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старої вільхи листя ще зелене...</w:t>
      </w:r>
    </w:p>
    <w:p>
      <w:r>
        <w:br/>
        <w:t xml:space="preserve"> В старої вільхи листя ще зелене...&lt;br /&gt;</w:t>
        <w:br/>
        <w:t>Полум’яніють пурпурові клени,&lt;br /&gt;</w:t>
        <w:br/>
        <w:t>Вона ж, здається, заблукала в літі,&lt;br /&gt;</w:t>
        <w:br/>
        <w:t>Міцний ще стовбур і тужаве віття.</w:t>
      </w:r>
    </w:p>
    <w:p>
      <w:r>
        <w:br/>
        <w:t>Вона потроху стала забувати,&lt;br /&gt;</w:t>
        <w:br/>
        <w:t>Що їй також потрібно відлітати,&lt;br /&gt;</w:t>
        <w:br/>
        <w:t>Бо сонячна здригається мембрана&lt;br /&gt;</w:t>
        <w:br/>
        <w:t>Як на полотнах Марчука Івана.</w:t>
      </w:r>
    </w:p>
    <w:p>
      <w:r>
        <w:br/>
        <w:t>Вже холоди стоять на переправі,&lt;br /&gt;</w:t>
        <w:br/>
        <w:t>А вільха літо ще не доспівала,&lt;br /&gt;</w:t>
        <w:br/>
        <w:t>Ще кучеряве листячко тремтливе,&lt;br /&gt;</w:t>
        <w:br/>
        <w:t>І видається, все іще можливе.</w:t>
      </w:r>
    </w:p>
    <w:p>
      <w:r>
        <w:br/>
        <w:t>А ліс цвіте у спалахах осінніх,&lt;br /&gt;</w:t>
        <w:br/>
        <w:t>Ніщо нам не віщує потрясіння,&lt;br /&gt;</w:t>
        <w:br/>
        <w:t>Сяйна пора для тихої задуми,&lt;br /&gt;</w:t>
        <w:br/>
        <w:t>І дно глибоке у краплині суму.</w:t>
      </w:r>
    </w:p>
    <w:p>
      <w:r>
        <w:br/>
        <w:t>Бо мить – і знов міняється картина –&lt;br /&gt;</w:t>
        <w:br/>
        <w:t>Тьмяніє явір, обліта калина.&lt;br /&gt;</w:t>
        <w:br/>
        <w:t>Чудної вільхи листячко погідне&lt;br /&gt;</w:t>
        <w:br/>
        <w:t>Про щось згадало і поволі блідне…</w:t>
      </w:r>
    </w:p>
    <w:p>
      <w:r>
        <w:br/>
        <w:t>Стікає з осокорів тихе світло,&lt;br /&gt;</w:t>
        <w:br/>
        <w:t>Усі ми чимось платимо за літо,&lt;br /&gt;</w:t>
        <w:br/>
        <w:t>Усіх гойда від листвяної дрожі,&lt;br /&gt;</w:t>
        <w:br/>
        <w:t>Всі восени ми на дерева схожі…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старої вільхи листя ще зелене...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