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пошуках Аляски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пошуках Аляски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