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полум'ї був спервовіку...</w:t>
      </w:r>
    </w:p>
    <w:p>
      <w:r>
        <w:br/>
        <w:t xml:space="preserve"> В полум'ї був спервовіку&lt;br /&gt;</w:t>
        <w:br/>
        <w:t>І в полум'я знову вернуся...&lt;br /&gt;</w:t>
        <w:br/>
        <w:t>І як те вугілля в горні&lt;br /&gt;</w:t>
        <w:br/>
        <w:t>В бурхливім горінні зникає,&lt;br /&gt;</w:t>
        <w:br/>
        <w:t>Так розімчать, розметають&lt;br /&gt;</w:t>
        <w:br/>
        <w:t>Сонячні вихори в пасма блискучі&lt;br /&gt;</w:t>
        <w:br/>
        <w:t>Спалене тіло моє.&lt;br /&gt;</w:t>
        <w:br/>
        <w:t>І там, невідущий, невісний,&lt;br /&gt;</w:t>
        <w:br/>
        <w:t>Міріадом бездумних частинок&lt;br /&gt;</w:t>
        <w:br/>
        <w:t>Зустрінуся знову з тобою,&lt;br /&gt;</w:t>
        <w:br/>
        <w:t>Колись – як і я – живою.&lt;br /&gt;</w:t>
        <w:br/>
        <w:t>Міріадом бездумних частинок&lt;br /&gt;</w:t>
        <w:br/>
        <w:t>З розсипаним пилом пилинки земної.&lt;br /&gt;</w:t>
        <w:br/>
        <w:t>І не повість нам, не скаже ніщо,&lt;br /&gt;</w:t>
        <w:br/>
        <w:t>Як у часі незглибнім,&lt;br /&gt;</w:t>
        <w:br/>
        <w:t>У світі заниклім,&lt;br /&gt;</w:t>
        <w:br/>
        <w:t>Два листки на єдиному дереві,&lt;br /&gt;</w:t>
        <w:br/>
        <w:t>Ми спахнули колись,&lt;br /&gt;</w:t>
        <w:br/>
        <w:t>І зчарованим зором уздріли&lt;br /&gt;</w:t>
        <w:br/>
        <w:t>Цвіт огневий над собою,&lt;br /&gt;</w:t>
        <w:br/>
        <w:t>І розцвіли в його світлі ласкавім,&lt;br /&gt;</w:t>
        <w:br/>
        <w:t>І невольники волі його&lt;br /&gt;</w:t>
        <w:br/>
        <w:t>Так безумно, так трепетно&lt;br /&gt;</w:t>
        <w:br/>
        <w:t>Поривалися серцем до серця,&lt;br /&gt;</w:t>
        <w:br/>
        <w:t>Не повість нам, не скаже ніщо.</w:t>
      </w:r>
    </w:p>
    <w:p>
      <w:r>
        <w:br/>
        <w:t>(З книги "Вересень" (1927)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полум'ї був спервовіку...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