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п'ятницю...</w:t>
      </w:r>
    </w:p>
    <w:p>
      <w:r>
        <w:br/>
        <w:t xml:space="preserve"> В п'ятницю&lt;br /&gt;</w:t>
        <w:br/>
        <w:t>Народився ,&lt;br /&gt;</w:t>
        <w:br/>
        <w:t>В п'ятницю…&lt;br /&gt;</w:t>
        <w:br/>
        <w:t>Казали люди:&lt;br /&gt;</w:t>
        <w:br/>
        <w:t>П'яницею буде.&lt;br /&gt;</w:t>
        <w:br/>
        <w:t>Лякались мама:&lt;br /&gt;</w:t>
        <w:br/>
        <w:t>Чи ж то насправді?&lt;br /&gt;</w:t>
        <w:br/>
        <w:t>В п'ятницю&lt;br /&gt;</w:t>
        <w:br/>
        <w:t>Народився ,&lt;br /&gt;</w:t>
        <w:br/>
        <w:t>В п'ятницю…&lt;br /&gt;</w:t>
        <w:br/>
        <w:t>П'ять разів&lt;br /&gt;</w:t>
        <w:br/>
        <w:t>Сіявся-просівався&lt;br /&gt;</w:t>
        <w:br/>
        <w:t>На решетах всіх&lt;br /&gt;</w:t>
        <w:br/>
        <w:t>(Кому лихо,&lt;br /&gt;</w:t>
        <w:br/>
        <w:t>А людям сміх).&lt;br /&gt;</w:t>
        <w:br/>
        <w:t>П'ять разів&lt;br /&gt;</w:t>
        <w:br/>
        <w:t>Сватався-женихався,&lt;br /&gt;</w:t>
        <w:br/>
        <w:t>Таки влип&lt;br /&gt;</w:t>
        <w:br/>
        <w:t>(Вгомонився).&lt;br /&gt;</w:t>
        <w:br/>
        <w:t>Мій ладо,&lt;br /&gt;</w:t>
        <w:br/>
        <w:t>Мій місяцю ясний…&lt;br /&gt;</w:t>
        <w:br/>
        <w:t>В п'ятницю&lt;br /&gt;</w:t>
        <w:br/>
        <w:t>Оженився,&lt;br /&gt;</w:t>
        <w:br/>
        <w:t>В п'ятницю.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п'ятницю...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