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Маркіянові роковини</w:t>
      </w:r>
    </w:p>
    <w:p>
      <w:r>
        <w:br/>
        <w:t xml:space="preserve"> &lt;p&gt;Він рідне слово пробудив.</w:t>
      </w:r>
    </w:p>
    <w:p>
      <w:r>
        <w:br/>
        <w:t>Те слово призабуте.</w:t>
      </w:r>
    </w:p>
    <w:p>
      <w:r>
        <w:br/>
        <w:t>З мужицьких серць добув його.</w:t>
      </w:r>
    </w:p>
    <w:p>
      <w:r>
        <w:br/>
        <w:t>Зі струн сільської нути.</w:t>
      </w:r>
    </w:p>
    <w:p>
      <w:r>
        <w:br/>
        <w:t>В погорді було скрізь воно,</w:t>
      </w:r>
    </w:p>
    <w:p>
      <w:r>
        <w:br/>
        <w:t>І пан ним соромився.</w:t>
      </w:r>
    </w:p>
    <w:p>
      <w:r>
        <w:br/>
        <w:t>Він на престол возніс його.</w:t>
      </w:r>
    </w:p>
    <w:p>
      <w:r>
        <w:br/>
        <w:t>Щоб світ йому вклонився.</w:t>
      </w:r>
    </w:p>
    <w:p>
      <w:r>
        <w:br/>
        <w:t>І кинув слово те в народ,</w:t>
      </w:r>
    </w:p>
    <w:p>
      <w:r>
        <w:br/>
        <w:t>На лан пустий і сірий,</w:t>
      </w:r>
    </w:p>
    <w:p>
      <w:r>
        <w:br/>
        <w:t>І плоду ждав з зерен своїх.</w:t>
      </w:r>
    </w:p>
    <w:p>
      <w:r>
        <w:br/>
        <w:t>Любові повен, віри.</w:t>
      </w:r>
    </w:p>
    <w:p>
      <w:r>
        <w:br/>
        <w:t>І впало сім'я слів його,</w:t>
      </w:r>
    </w:p>
    <w:p>
      <w:r>
        <w:br/>
        <w:t>На добру впало ниву</w:t>
      </w:r>
    </w:p>
    <w:p>
      <w:r>
        <w:br/>
        <w:t>І серед вихрів, в жар наруг-</w:t>
      </w:r>
    </w:p>
    <w:p>
      <w:r>
        <w:br/>
        <w:t>Розкинулось щасливо.</w:t>
      </w:r>
    </w:p>
    <w:p>
      <w:r>
        <w:br/>
        <w:t>І вже не згине слово те,</w:t>
      </w:r>
    </w:p>
    <w:p>
      <w:r>
        <w:br/>
        <w:t>Повік буде дзвеніти,</w:t>
      </w:r>
    </w:p>
    <w:p>
      <w:r>
        <w:br/>
        <w:t>Й пророка пам'ять збережуть</w:t>
      </w:r>
    </w:p>
    <w:p>
      <w:r>
        <w:br/>
        <w:t>Вкраїни вірні діти!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Маркіянові роковини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