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ліфті</w:t>
      </w:r>
    </w:p>
    <w:p>
      <w:r>
        <w:br/>
        <w:t xml:space="preserve"> Ліфт піднімає нас догори&lt;br /&gt;</w:t>
        <w:br/>
        <w:t>В ранки, і в півдні, і в вечори.</w:t>
      </w:r>
    </w:p>
    <w:p>
      <w:r>
        <w:br/>
        <w:t>В ліфті не світло, але й не тьмянко,&lt;br /&gt;</w:t>
        <w:br/>
        <w:t>Йдеш у гостиницю — в ліфт потрап.&lt;br /&gt;</w:t>
        <w:br/>
        <w:t>Стріне привітно стара негритянка.&lt;br /&gt;</w:t>
        <w:br/>
        <w:t>В неї робота все давн і ап *.</w:t>
      </w:r>
    </w:p>
    <w:p>
      <w:r>
        <w:br/>
        <w:t>Має старенька це мало діла&lt;br /&gt;</w:t>
        <w:br/>
        <w:t>З ранку до ночі і знов до зорі,&lt;br /&gt;</w:t>
        <w:br/>
        <w:t>Вже й на роботі тій посивіла,&lt;br /&gt;</w:t>
        <w:br/>
        <w:t>Все вона знизу, а інші вгорі.</w:t>
      </w:r>
    </w:p>
    <w:p>
      <w:r>
        <w:br/>
        <w:t>Наче по ліфту життя проходить,&lt;br /&gt;</w:t>
        <w:br/>
        <w:t>Руки стомились, в мозолях старі,&lt;br /&gt;</w:t>
        <w:br/>
        <w:t>Інший хтось п'є, і живе, й верховодить,&lt;br /&gt;</w:t>
        <w:br/>
        <w:t>Все вона знизу, а інші вгорі.</w:t>
      </w:r>
    </w:p>
    <w:p>
      <w:r>
        <w:br/>
        <w:t>В ліфтовій клітці свої звичаї,&lt;br /&gt;</w:t>
        <w:br/>
        <w:t>Містер до них із дитинства привик:&lt;br /&gt;</w:t>
        <w:br/>
        <w:t>Біла ліфтерша — він шляпу знімає,&lt;br /&gt;</w:t>
        <w:br/>
        <w:t>Чорна ліфтерша — стоїть, як бик,</w:t>
      </w:r>
    </w:p>
    <w:p>
      <w:r>
        <w:br/>
        <w:t>Шляпу ще глибше натягне на вуха,&lt;br /&gt;</w:t>
        <w:br/>
        <w:t>Топчеться важко, немов на огні,&lt;br /&gt;</w:t>
        <w:br/>
        <w:t>Наче його допікає задуха.&lt;br /&gt;</w:t>
        <w:br/>
        <w:t>З ними у ліфті їхать мені.</w:t>
      </w:r>
    </w:p>
    <w:p>
      <w:r>
        <w:br/>
        <w:t>Їх до десятка зайшло в кабіну,&lt;br /&gt;</w:t>
        <w:br/>
        <w:t>Морди, як ростбіф, з-під сірих шляп,&lt;br /&gt;</w:t>
        <w:br/>
        <w:t>Чорна ліфтерша веде машину&lt;br /&gt;</w:t>
        <w:br/>
        <w:t>Вгору і вгору, все ап та ап.</w:t>
      </w:r>
    </w:p>
    <w:p>
      <w:r>
        <w:br/>
        <w:t>Всі одвернулись од чорної — білі,&lt;br /&gt;</w:t>
        <w:br/>
        <w:t>Топчуться важко бики здичавілі,&lt;br /&gt;</w:t>
        <w:br/>
        <w:t>Не шахтарі, їм тут їхать не мода,&lt;br /&gt;</w:t>
        <w:br/>
        <w:t>Не трударі, — все банкірська порода.</w:t>
      </w:r>
    </w:p>
    <w:p>
      <w:r>
        <w:br/>
        <w:t>Ти вже привикла, що погляд як жала,&lt;br /&gt;</w:t>
        <w:br/>
        <w:t>От якби в мене в вітчизні жила,-&lt;br /&gt;</w:t>
        <w:br/>
        <w:t>Жито б ростила, пшениченьку б жала,&lt;br /&gt;</w:t>
        <w:br/>
        <w:t>Пісню із поля вела б до села.</w:t>
      </w:r>
    </w:p>
    <w:p>
      <w:r>
        <w:br/>
        <w:t>Так, мене доброму вчила мати&lt;br /&gt;</w:t>
        <w:br/>
        <w:t>Хлопчиком, певне, в юнацькій порі,&lt;br /&gt;</w:t>
        <w:br/>
        <w:t>Перед старішими шапку знімати,&lt;br /&gt;</w:t>
        <w:br/>
        <w:t>Щиро вклонятись, де є матері,</w:t>
      </w:r>
    </w:p>
    <w:p>
      <w:r>
        <w:br/>
        <w:t>Поцілувати натруджену руку,&lt;br /&gt;</w:t>
        <w:br/>
        <w:t>Білу чи чорну, немає біди,&lt;br /&gt;</w:t>
        <w:br/>
        <w:t>За материнську несказанну муку,&lt;br /&gt;</w:t>
        <w:br/>
        <w:t>За материнські великі труди.</w:t>
      </w:r>
    </w:p>
    <w:p>
      <w:r>
        <w:br/>
        <w:t>Тільки б, можливо, як виняток в світі,&lt;br /&gt;</w:t>
        <w:br/>
        <w:t>Не поклонився б я матері тій,&lt;br /&gt;</w:t>
        <w:br/>
        <w:t>Що породила цих лютих і ситих,&lt;br /&gt;</w:t>
        <w:br/>
        <w:t>Сірих — під шляпами — в злобі своїй!</w:t>
      </w:r>
    </w:p>
    <w:p>
      <w:r>
        <w:br/>
        <w:t>В ліфті не світло, але й не тьмянко,&lt;br /&gt;</w:t>
        <w:br/>
        <w:t>Я капелюха здіймаю один,&lt;br /&gt;</w:t>
        <w:br/>
        <w:t>Низько, вклоняюсь тобі, негритянко,&lt;br /&gt;</w:t>
        <w:br/>
        <w:t>Так, як вклоняється матері син.</w:t>
      </w:r>
    </w:p>
    <w:p>
      <w:r>
        <w:br/>
        <w:t>За мозолі твої, чесні і чисті,&lt;br /&gt;</w:t>
        <w:br/>
        <w:t>І за усмішку болючу, як звих,&lt;br /&gt;</w:t>
        <w:br/>
        <w:t>І за синів —чотирьох комуністів,&lt;br /&gt;</w:t>
        <w:br/>
        <w:t>За полінчованих і за живих.</w:t>
      </w:r>
    </w:p>
    <w:p>
      <w:r>
        <w:br/>
        <w:t>Як їй сльоза заблищала з журбою!&lt;br /&gt;</w:t>
        <w:br/>
        <w:t>Зашепотіли, міняючи тон,&lt;br /&gt;</w:t>
        <w:br/>
        <w:t>Гангстери-містери поміж собою:&lt;br /&gt;</w:t>
        <w:br/>
        <w:t>— Совєт Юніон?*&lt;br /&gt;</w:t>
        <w:br/>
        <w:t>— Совєт Юніон!</w:t>
      </w:r>
    </w:p>
    <w:p>
      <w:r>
        <w:br/>
        <w:t>Ліфт вже донизу пішов у ту пору,&lt;br /&gt;</w:t>
        <w:br/>
        <w:t>А негритянці здалося за мить:&lt;br /&gt;</w:t>
        <w:br/>
        <w:t>Тільки угору, і вгору, і вгору&lt;br /&gt;</w:t>
        <w:br/>
        <w:t>В щасті своєму вона летить.&lt;br /&gt;</w:t>
        <w:br/>
        <w:t>____________________________&lt;br /&gt;</w:t>
        <w:br/>
        <w:t>*Давн— донизу, ап— вгору (англ.),&lt;br /&gt;</w:t>
        <w:br/>
        <w:t>*Совєт Юніон — Радянський Союз (англ.).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ліфті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