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космічному оркестрі</w:t>
      </w:r>
    </w:p>
    <w:p>
      <w:r>
        <w:br/>
        <w:t xml:space="preserve"> 1&lt;br /&gt;</w:t>
        <w:br/>
        <w:t>Благословенні:&lt;br /&gt;</w:t>
        <w:br/>
        <w:t>матерія і просторінь, число і міра!&lt;br /&gt;</w:t>
        <w:br/>
        <w:t>Благословенні кольори, і тембри, і огонь,&lt;br /&gt;</w:t>
        <w:br/>
        <w:t>огонь, тональність всього світу,&lt;br /&gt;</w:t>
        <w:br/>
        <w:t>огонь і рух, огонь і рух!&lt;br /&gt;</w:t>
        <w:br/>
        <w:t>Дух, що прийняв єси все,&lt;br /&gt;</w:t>
        <w:br/>
        <w:t>хто ти єсть?&lt;br /&gt;</w:t>
        <w:br/>
        <w:t>Чи звать тебе спокоєм? вітром?&lt;br /&gt;</w:t>
        <w:br/>
        <w:t>сліпою силою машин?&lt;br /&gt;</w:t>
        <w:br/>
        <w:t>Чи слухом атомів, ігрою порошин?&lt;br /&gt;</w:t>
        <w:br/>
        <w:t>Ти перед всім світом руки звів, немов перед&lt;br /&gt;</w:t>
        <w:br/>
        <w:t>пюпітром,&lt;br /&gt;</w:t>
        <w:br/>
        <w:t>тло —&lt;br /&gt;</w:t>
        <w:br/>
        <w:t>пропелерами загуло,&lt;br /&gt;</w:t>
        <w:br/>
        <w:t>хаос у танці завертіло&lt;br /&gt;</w:t>
        <w:br/>
        <w:t>і десь тромбонами в бездонних коридорах&lt;br /&gt;</w:t>
        <w:br/>
        <w:t>оддало...&lt;br /&gt;</w:t>
        <w:br/>
        <w:t>Тьми-тем тіл, часток неспаяних самотньо&lt;br /&gt;</w:t>
        <w:br/>
        <w:t>забриніло:&lt;br /&gt;</w:t>
        <w:br/>
        <w:t>скоріш, скоріш,&lt;br /&gt;</w:t>
        <w:br/>
        <w:t>одне з одним,&lt;br /&gt;</w:t>
        <w:br/>
        <w:t>орбітно-плавко упадім&lt;br /&gt;</w:t>
        <w:br/>
        <w:t>скоріш!</w:t>
      </w:r>
    </w:p>
    <w:p>
      <w:r>
        <w:br/>
        <w:t>Мільйони сонцевих систем&lt;br /&gt;</w:t>
        <w:br/>
        <w:t>вібрують, рвуть і гоголять!&lt;br /&gt;</w:t>
        <w:br/>
        <w:t>Комети ржуть і баско мчаться,&lt;br /&gt;</w:t>
        <w:br/>
        <w:t>і океани над океанами шумлять.</w:t>
      </w:r>
    </w:p>
    <w:p>
      <w:r>
        <w:br/>
        <w:t>Тьми-тем тіл, часток неспаяних&lt;br /&gt;</w:t>
        <w:br/>
        <w:t>спіралять вниз, убік, у стелі...&lt;br /&gt;</w:t>
        <w:br/>
        <w:t>Огні! огні!&lt;br /&gt;</w:t>
        <w:br/>
        <w:t>І плачуть, і співають промені у далині,&lt;br /&gt;</w:t>
        <w:br/>
        <w:t>немов віолончелі.</w:t>
      </w:r>
    </w:p>
    <w:p>
      <w:r>
        <w:br/>
        <w:t>Дух, що пройняв єси все,&lt;br /&gt;</w:t>
        <w:br/>
        <w:t>хто ти єсть?</w:t>
      </w:r>
    </w:p>
    <w:p>
      <w:r>
        <w:br/>
        <w:t>2&lt;br /&gt;</w:t>
        <w:br/>
        <w:t>Я дух, дух вічності, матерії, я мускули передосвітні.&lt;br /&gt;</w:t>
        <w:br/>
        <w:t>Я часу дух, дух міри і простору, дух числа.&lt;br /&gt;</w:t>
        <w:br/>
        <w:t>Біжать річки аеролітні&lt;br /&gt;</w:t>
        <w:br/>
        <w:t>од одного мого весла...</w:t>
      </w:r>
    </w:p>
    <w:p>
      <w:r>
        <w:br/>
        <w:t>Я дух-рушій, я танк-такт, автомобілів хори,&lt;br /&gt;</w:t>
        <w:br/>
        <w:t>моторами двигтить мій двір-гараж.&lt;br /&gt;</w:t>
        <w:br/>
        <w:t>І я так легко, мов дітей на пляж,&lt;br /&gt;</w:t>
        <w:br/>
        <w:t>веду титанів у простори.&lt;br /&gt;</w:t>
        <w:br/>
        <w:t>Поверх над поверхом на воді,&lt;br /&gt;</w:t>
        <w:br/>
        <w:t>розміщаю системи,&lt;br /&gt;</w:t>
        <w:br/>
        <w:t>вкладаю молоді,&lt;br /&gt;</w:t>
        <w:br/>
        <w:t>даю їм теми.</w:t>
      </w:r>
    </w:p>
    <w:p>
      <w:r>
        <w:br/>
        <w:t>І от уже летять,&lt;br /&gt;</w:t>
        <w:br/>
        <w:t>через потоки плинуть.&lt;br /&gt;</w:t>
        <w:br/>
        <w:t>Аж поки не потонуть —&lt;br /&gt;</w:t>
        <w:br/>
        <w:t>не встану, не піду.</w:t>
      </w:r>
    </w:p>
    <w:p>
      <w:r>
        <w:br/>
        <w:t>Летіть, летіть, до сонць керуйте,&lt;br /&gt;</w:t>
        <w:br/>
        <w:t>керуйте в круглий дах!&lt;br /&gt;</w:t>
        <w:br/>
        <w:t>Скликайте всіх і федеруйте,&lt;br /&gt;</w:t>
        <w:br/>
        <w:t>розносьте гасла по світах!</w:t>
      </w:r>
    </w:p>
    <w:p>
      <w:r>
        <w:br/>
        <w:t>Не надавайте значення Сатурновим вінцям&lt;br /&gt;</w:t>
        <w:br/>
        <w:t>доволі жить для себе, черство!&lt;br /&gt;</w:t>
        <w:br/>
        <w:t>Усім планетам, всім сонцям&lt;br /&gt;</w:t>
        <w:br/>
        <w:t>свобода, рівність і братерство!&lt;br /&gt;</w:t>
        <w:br/>
        <w:t>І от уже летять&lt;br /&gt;</w:t>
        <w:br/>
        <w:t>через потоки плинуть.&lt;br /&gt;</w:t>
        <w:br/>
        <w:t>Аж поки не потонуть —&lt;br /&gt;</w:t>
        <w:br/>
        <w:t>не встану, не піду.</w:t>
      </w:r>
    </w:p>
    <w:p>
      <w:r>
        <w:br/>
        <w:t>Я дух, дух вічності, матерії, я мускули передосвітні. Я часу&lt;br /&gt;</w:t>
        <w:br/>
        <w:t>дух, дух міри і простору, дух числа. Біжать річки аеролітні&lt;br /&gt;</w:t>
        <w:br/>
        <w:t>од одного мого весла...</w:t>
      </w:r>
    </w:p>
    <w:p>
      <w:r>
        <w:br/>
        <w:t>4&lt;br /&gt;</w:t>
        <w:br/>
        <w:t>Що наші сльози і зойки і крики?&lt;br /&gt;</w:t>
        <w:br/>
        <w:t>Що всі драми землі в трагедії Космосу?&lt;br /&gt;</w:t>
        <w:br/>
        <w:t>Вічно юний, первісний і дикий,&lt;br /&gt;</w:t>
        <w:br/>
        <w:t>творець, на власнім творі розіп'ятий, —&lt;br /&gt;</w:t>
        <w:br/>
        <w:t>це він на незглибній глибині шаліє й казиться без&lt;br /&gt;</w:t>
        <w:br/>
        <w:t>берегів!&lt;br /&gt;</w:t>
        <w:br/>
        <w:t>Легені його бурі видихають!&lt;br /&gt;</w:t>
        <w:br/>
        <w:t>Серце обняло б найменший атом!&lt;br /&gt;</w:t>
        <w:br/>
        <w:t>А мозок думку динамітно рве!&lt;br /&gt;</w:t>
        <w:br/>
        <w:t>Безумний корабель, нагруднений вітрилами,&lt;br /&gt;</w:t>
        <w:br/>
        <w:t>якор, що в пісні над безоднями заякорить не може —&lt;br /&gt;</w:t>
        <w:br/>
        <w:t>це він прометейно в майбутнє ридає&lt;br /&gt;</w:t>
        <w:br/>
        <w:t>і не вертається ніколи.&lt;br /&gt;</w:t>
        <w:br/>
        <w:t>Ринуть сльози,&lt;br /&gt;</w:t>
        <w:br/>
        <w:t>води океану ринуть і розбиваються об вічність.&lt;br /&gt;</w:t>
        <w:br/>
        <w:t>Бризки одскакують, спилються!&lt;br /&gt;</w:t>
        <w:br/>
        <w:t>Бризки, мов іскри з-під кресива!&lt;br /&gt;</w:t>
        <w:br/>
        <w:t>Бризки далеким світам!&lt;br /&gt;</w:t>
        <w:br/>
        <w:t>Скажіть: що сонць системи, як не бризки?&lt;br /&gt;</w:t>
        <w:br/>
        <w:t>Скажіть: що земля, як не крапка?&lt;br /&gt;</w:t>
        <w:br/>
        <w:t>І вся людськість хіба не єсть інфузорії&lt;br /&gt;</w:t>
        <w:br/>
        <w:t>(пожирай, пожирай себе в краплі води)?&lt;br /&gt;</w:t>
        <w:br/>
        <w:t>Під парасолькою власної атмосфери,&lt;br /&gt;</w:t>
        <w:br/>
        <w:t>під хмарами дурману і брехні&lt;br /&gt;</w:t>
        <w:br/>
        <w:t>земля плекає душі парасольні,&lt;br /&gt;</w:t>
        <w:br/>
        <w:t>які ніколи не розберуться в мапі Космосу.&lt;br /&gt;</w:t>
        <w:br/>
        <w:t>Мозок їх ледве ворушить віками угноєну грядку.&lt;br /&gt;</w:t>
        <w:br/>
        <w:t>Століття чергової омани злегка притрусять канаву&lt;br /&gt;</w:t>
        <w:br/>
        <w:t>забобонів,&lt;br /&gt;</w:t>
        <w:br/>
        <w:t>а там ізнову випари й туман,&lt;br /&gt;</w:t>
        <w:br/>
        <w:t>а там ізнову войни і тюрма.&lt;br /&gt;</w:t>
        <w:br/>
        <w:t>І незчислимі панахиди під дахом парасольки — мов над&lt;br /&gt;</w:t>
        <w:br/>
        <w:t>болотом комарі.&lt;br /&gt;</w:t>
        <w:br/>
        <w:t>О людськість! О гордість скурпульозна!&lt;br /&gt;</w:t>
        <w:br/>
        <w:t>Чи ти коли дивилася в вічності телекоп?</w:t>
      </w:r>
    </w:p>
    <w:p>
      <w:r>
        <w:br/>
        <w:t>1921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космічному оркестрі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