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кінці вересня</w:t>
      </w:r>
    </w:p>
    <w:p>
      <w:r>
        <w:br/>
        <w:t xml:space="preserve"> Осінні квіти ще цвітуть серед долин,&lt;br /&gt;</w:t>
        <w:br/>
        <w:t>Ще ясен під вікном шумить зелений,&lt;br /&gt;</w:t>
        <w:br/>
        <w:t>Та ген од снігових од білих верховин&lt;br /&gt;</w:t>
        <w:br/>
        <w:t>Холодний світ зими пливе до мене.&lt;br /&gt;</w:t>
        <w:br/>
        <w:t>Ще в моїм серці сяє день ясний,&lt;br /&gt;</w:t>
        <w:br/>
        <w:t>Та темний чуб вже сивина укрила,&lt;br /&gt;</w:t>
        <w:br/>
        <w:t>Неначе буйний ряст зеленої весни&lt;br /&gt;</w:t>
        <w:br/>
        <w:t>Зимова паморозь нараз прибила.</w:t>
      </w:r>
    </w:p>
    <w:p>
      <w:r>
        <w:br/>
        <w:t>Вмирають квіти вже. I геть зника життя.&lt;br /&gt;</w:t>
        <w:br/>
        <w:t>Прилинь до мого серця, пташко мила!&lt;br /&gt;</w:t>
        <w:br/>
        <w:t>Сумний минає вік, немає вороття,&lt;br /&gt;</w:t>
        <w:br/>
        <w:t>Ген — край життя чекає нас могила.&lt;br /&gt;</w:t>
        <w:br/>
        <w:t>Я перший з нас помру. Скажи, скажи мені,&lt;br /&gt;</w:t>
        <w:br/>
        <w:t>Чи саван мій обмиєш ти сльозами,&lt;br /&gt;</w:t>
        <w:br/>
        <w:t>Чи спалахнуть в очах нових кохань вогні&lt;br /&gt;</w:t>
        <w:br/>
        <w:t>Й моє ім'я зотліє над вогнями?</w:t>
      </w:r>
    </w:p>
    <w:p>
      <w:r>
        <w:br/>
        <w:t>Якщо свою вуаль ти скинеш жалібну,&lt;br /&gt;</w:t>
        <w:br/>
        <w:t>Залиш її на камені у мене;&lt;br /&gt;</w:t>
        <w:br/>
        <w:t>Покину світ могил тоді на мить одну,&lt;br /&gt;</w:t>
        <w:br/>
        <w:t>Щоб підібрати те сумне знамено&lt;br /&gt;</w:t>
        <w:br/>
        <w:t>I сльози втерти ним,— в яку коротку мить&lt;br /&gt;</w:t>
        <w:br/>
        <w:t>Забула ти усе наше минуле!&lt;br /&gt;</w:t>
        <w:br/>
        <w:t>Та кров сердечних ран не легко зупинить,&lt;br /&gt;</w:t>
        <w:br/>
        <w:t>Воно і тут ячить — тривожне серце чуле.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кінці вересня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