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хаті Штурми</w:t>
      </w:r>
    </w:p>
    <w:p>
      <w:r>
        <w:br/>
        <w:t xml:space="preserve"> &lt;p&gt;Наддніпрянське вкрилось, як і інші села, густими осінніми туманами.</w:t>
      </w:r>
    </w:p>
    <w:p>
      <w:r>
        <w:br/>
        <w:t>Хати, здається, мов п’явки, вп’ялися в мокру землю і стоять такі зажурені-зажурені та дощем-негодою побиті...</w:t>
      </w:r>
    </w:p>
    <w:p>
      <w:r>
        <w:br/>
        <w:t>Січе осіння мряка, оббиває вітер необставлені хати — хазяйство сільської голоти, бо...</w:t>
      </w:r>
    </w:p>
    <w:p>
      <w:r>
        <w:br/>
        <w:t>— Гнила зима впала цього року — то підмерзає, то розтає... Не вспіла промайнуть покрова, як забіліло поле.</w:t>
      </w:r>
    </w:p>
    <w:p>
      <w:r>
        <w:br/>
        <w:t>— О, даються взнаки такі зими голоті: захарчує картопля — світу не радий!</w:t>
      </w:r>
    </w:p>
    <w:p>
      <w:r>
        <w:br/>
        <w:t>— А втім, злидні...</w:t>
      </w:r>
    </w:p>
    <w:p>
      <w:r>
        <w:br/>
        <w:t>Тільки-но ви до хати, як напівгола дітвора шарахнулась на піч, і з-за комина на вас визирають злякані бліді обличчя дітей.</w:t>
      </w:r>
    </w:p>
    <w:p>
      <w:r>
        <w:br/>
        <w:t>— А бліді, мабуть, не од сала?</w:t>
      </w:r>
    </w:p>
    <w:p>
      <w:r>
        <w:br/>
        <w:t>В хаті Штурми, крім буряків, картоплі та капусти, немає нічого. Бідний.</w:t>
      </w:r>
    </w:p>
    <w:p>
      <w:r>
        <w:br/>
        <w:t>Далі ваше око впало з печі на піл — просто спустилось вмісті з білявенькою дівчинкою, котра видавлює з вікна воду.</w:t>
      </w:r>
    </w:p>
    <w:p>
      <w:r>
        <w:br/>
        <w:t>На полу, під жердкою, стоїть ковганка: в неї стікає дощова вода з стелі.</w:t>
      </w:r>
    </w:p>
    <w:p>
      <w:r>
        <w:br/>
        <w:t>Так помалу, тихо: кап-кап-кап.</w:t>
      </w:r>
    </w:p>
    <w:p>
      <w:r>
        <w:br/>
        <w:t>Напільне вікно вихилилось луткою надвір, і вода так і плющить, і плющить.</w:t>
      </w:r>
    </w:p>
    <w:p>
      <w:r>
        <w:br/>
        <w:t>У вікнах онучі — шибки побиті. А діти лічать краплинки — веселі, сміються: горе не поклало ще на їхні молоді душі печаті суму, журби.</w:t>
      </w:r>
    </w:p>
    <w:p>
      <w:r>
        <w:br/>
        <w:t>— Сашко, дивись, раз, два... О, зараз не капа — дзюрчить!</w:t>
      </w:r>
    </w:p>
    <w:p>
      <w:r>
        <w:br/>
        <w:t>— Химко, чого це воно дзюрчить?</w:t>
      </w:r>
    </w:p>
    <w:p>
      <w:r>
        <w:br/>
        <w:t>— Мені холод-но-о,— плаче Сашко.</w:t>
      </w:r>
    </w:p>
    <w:p>
      <w:r>
        <w:br/>
        <w:t>Химка, білявенька дівчинка, заспокоює маленького брата і сумно проказує:</w:t>
      </w:r>
    </w:p>
    <w:p>
      <w:r>
        <w:br/>
        <w:t>— Дзюрчить? Нічого, Сашо, батько залагодять дірку... холодно — нехай протопимо грубу...</w:t>
      </w:r>
    </w:p>
    <w:p>
      <w:r>
        <w:br/>
        <w:t>До хати ввійшла бліда довгобраза жінка.</w:t>
      </w:r>
    </w:p>
    <w:p>
      <w:r>
        <w:br/>
        <w:t>— Ось і мати; а ти плакав, дурень...</w:t>
      </w:r>
    </w:p>
    <w:p>
      <w:r>
        <w:br/>
        <w:t>З-за комина почувся якийсь пискливий голос:</w:t>
      </w:r>
    </w:p>
    <w:p>
      <w:r>
        <w:br/>
        <w:t>— Я їсти хо-чу-у... Не дають їсти... лежу...</w:t>
      </w:r>
    </w:p>
    <w:p>
      <w:r>
        <w:br/>
        <w:t>— Господи! Подай їм, Химко, картоплю!</w:t>
      </w:r>
    </w:p>
    <w:p>
      <w:r>
        <w:br/>
        <w:t>— Давала — не хоче: вона, мабуть, мамо, хвора, бо така гаряча-гаряча.</w:t>
      </w:r>
    </w:p>
    <w:p>
      <w:r>
        <w:br/>
        <w:t>Мати журливо-безнадійно глянула на образи.</w:t>
      </w:r>
    </w:p>
    <w:p>
      <w:r>
        <w:br/>
        <w:t>— За що ми мучимось? Багаті самогоном заливаються, а ми з голоду пухнемо... Голий грабить, палить: хай грабить!..</w:t>
      </w:r>
    </w:p>
    <w:p>
      <w:r>
        <w:br/>
        <w:t>Рішуче підвелась:</w:t>
      </w:r>
    </w:p>
    <w:p>
      <w:r>
        <w:br/>
        <w:t>— Улясю, дочко моя хороша! Що в тебе болить, голубко...</w:t>
      </w:r>
    </w:p>
    <w:p>
      <w:r>
        <w:br/>
        <w:t>Не доказала і залилась дрібними, як горох, сльозами...</w:t>
      </w:r>
    </w:p>
    <w:p>
      <w:r>
        <w:br/>
        <w:t>Діти й собі зайшлися плакати.</w:t>
      </w:r>
    </w:p>
    <w:p>
      <w:r>
        <w:br/>
        <w:t>Химка зціпила рученята, схилилась на стіл і гірко-гірко заплакала; Сашко ж злякано поглядав то на матір, то на покуття, на образ св. Миколи, уквітчаного польовими васильками, і хлипав.</w:t>
      </w:r>
    </w:p>
    <w:p>
      <w:r>
        <w:br/>
        <w:t>А Уляся з гарячки шептала:</w:t>
      </w:r>
    </w:p>
    <w:p>
      <w:r>
        <w:br/>
        <w:t>— Картопля... надоїло... всігда картопля...</w:t>
      </w:r>
    </w:p>
    <w:p>
      <w:r>
        <w:br/>
        <w:t>— Дядько Корній ідуть...</w:t>
      </w:r>
    </w:p>
    <w:p>
      <w:r>
        <w:br/>
        <w:t>— Чого це він з роботи?..</w:t>
      </w:r>
    </w:p>
    <w:p>
      <w:r>
        <w:br/>
        <w:t>Стукнули двері:</w:t>
      </w:r>
    </w:p>
    <w:p>
      <w:r>
        <w:br/>
        <w:t>— Драстуйте. Плачете: воно всігда так — біда біду кличе... Там, на пасбурах, з Михайлом нещастя, тут Уляся...</w:t>
      </w:r>
    </w:p>
    <w:p>
      <w:r>
        <w:br/>
        <w:t>— В больниці?!</w:t>
      </w:r>
    </w:p>
    <w:p>
      <w:r>
        <w:br/>
        <w:t>...Штурмі на цукроварні одбило пальці.</w:t>
      </w:r>
    </w:p>
    <w:p>
      <w:r>
        <w:br/>
        <w:t>Закам’яніли постаті на стінах; в хаті запанували тиша і жах, і тільки знадвору було чути, як шумів дощ і трясло вітром шибки: вічне горе просилось у сім’ю Штурми...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хаті Штурми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