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казармі</w:t>
      </w:r>
    </w:p>
    <w:p>
      <w:r>
        <w:br/>
        <w:t xml:space="preserve"> &lt;p&gt;Вечір в казармі.</w:t>
      </w:r>
    </w:p>
    <w:p>
      <w:r>
        <w:br/>
        <w:t>Пан капрал простягнувся на ліжку і крикнув:</w:t>
      </w:r>
    </w:p>
    <w:p>
      <w:r>
        <w:br/>
        <w:t>— Другий цуг!*</w:t>
      </w:r>
    </w:p>
    <w:p>
      <w:r>
        <w:br/>
        <w:t>Вояки збіглися до нього.</w:t>
      </w:r>
    </w:p>
    <w:p>
      <w:r>
        <w:br/>
        <w:t>Підвівся на ліктях і зробив здивоване лице.</w:t>
      </w:r>
    </w:p>
    <w:p>
      <w:r>
        <w:br/>
        <w:t>— Ота*во-во є другий цуг!? Ото-во-во-во-о!? Герштельт! Герштельт!.. * Казав я! Чули, один з другим? Абтретен марш! ** Як скажу "абтретен", то все, що жиє, має відскочити, як би в тебе, в твого тата і маму грім ударив! А, мокрі рекрути, я вам дам науку! Я кличу другий цуч, а він, один з другим, лізе, як стара, перевалена корова! Чекайте, я вас навчу дисципліни...</w:t>
      </w:r>
    </w:p>
    <w:p>
      <w:r>
        <w:br/>
        <w:t>Почекав хвилину і раптом знов крикнув:</w:t>
      </w:r>
    </w:p>
    <w:p>
      <w:r>
        <w:br/>
        <w:t>— Другий цуг!</w:t>
      </w:r>
    </w:p>
    <w:p>
      <w:r>
        <w:br/>
        <w:t>З гримотом і тупотом, як стадо сполошених коней, кинулося все до нього.</w:t>
      </w:r>
    </w:p>
    <w:p>
      <w:r>
        <w:br/>
        <w:t>— Герштельт!</w:t>
      </w:r>
    </w:p>
    <w:p>
      <w:r>
        <w:br/>
        <w:t>Всі відскочили, як ошпарені.</w:t>
      </w:r>
    </w:p>
    <w:p>
      <w:r>
        <w:br/>
        <w:t>— Падай!</w:t>
      </w:r>
    </w:p>
    <w:p>
      <w:r>
        <w:br/>
        <w:t>Всі впали на землю.</w:t>
      </w:r>
    </w:p>
    <w:p>
      <w:r>
        <w:br/>
        <w:t>— Встань! Всі схопилися.</w:t>
      </w:r>
    </w:p>
    <w:p>
      <w:r>
        <w:br/>
        <w:t>Командував далі те саме, лиш у скорішому темпі.</w:t>
      </w:r>
    </w:p>
    <w:p>
      <w:r>
        <w:br/>
        <w:t>Зчинився гуркіт і тупіт, як у кінській стайні.</w:t>
      </w:r>
    </w:p>
    <w:p>
      <w:r>
        <w:br/>
        <w:t>За годинку настала задуха, шум і сопіння немов із тридцяти ковальських міхів.</w:t>
      </w:r>
    </w:p>
    <w:p>
      <w:r>
        <w:br/>
        <w:t>Вояки витирали піт, стогнали, падали і зривалися.</w:t>
      </w:r>
    </w:p>
    <w:p>
      <w:r>
        <w:br/>
        <w:t>Хтось штовхнув переднього під бік, бо той вдарив його зап'ястком у голову. Шепотом сипались прокльони, з кута долетів здушений сміх..</w:t>
      </w:r>
    </w:p>
    <w:p>
      <w:r>
        <w:br/>
        <w:t>Від того сміху капрал мов сказився. Скочив, вхопив тріпачку і загатив по головах, плечах і руках.</w:t>
      </w:r>
    </w:p>
    <w:p>
      <w:r>
        <w:br/>
        <w:t>* Відставити! (нім.) — Ред. '* Назад! (нім.)—Ред.</w:t>
      </w:r>
    </w:p>
    <w:p>
      <w:r>
        <w:br/>
        <w:t>Тверді хлопські голови витримали, а капрал змучився. Сів на ліжко і закликав знов цілий цуг. Хлопці прибігли, і настала важка тиша. Капрал мовив хриплим голосом:</w:t>
      </w:r>
    </w:p>
    <w:p>
      <w:r>
        <w:br/>
        <w:t>— А тепер знаєте, за що я дав вам такого духу? Рекрути дивилися на нього тупо.</w:t>
      </w:r>
    </w:p>
    <w:p>
      <w:r>
        <w:br/>
        <w:t>— Пся кров! Матір вашу! Не знаєте?!</w:t>
      </w:r>
    </w:p>
    <w:p>
      <w:r>
        <w:br/>
        <w:t>— Ні,— впало кілька голосів.</w:t>
      </w:r>
    </w:p>
    <w:p>
      <w:r>
        <w:br/>
        <w:t>. — А онде що?! — показав на одне ліжко в куті; на нім лежав хтось під ковдрою.</w:t>
      </w:r>
    </w:p>
    <w:p>
      <w:r>
        <w:br/>
        <w:t>Лукавий сміх блиснув з-під капралових брів:</w:t>
      </w:r>
    </w:p>
    <w:p>
      <w:r>
        <w:br/>
        <w:t>— То є весь цуг?! А он хто лежить? Ідіть і тягніть його сюди за ноги.</w:t>
      </w:r>
    </w:p>
    <w:p>
      <w:r>
        <w:br/>
        <w:t>Вояки кинулися до ліжка, як голодні вовки, і за хвилину тягнули товариша штовхаючи.</w:t>
      </w:r>
    </w:p>
    <w:p>
      <w:r>
        <w:br/>
        <w:t>— Аби тебе грім забив! Дивись, а ми через нього так парились! А бог би тебе побив!</w:t>
      </w:r>
    </w:p>
    <w:p>
      <w:r>
        <w:br/>
        <w:t>Блідий жовнір протирав очі і роззирався. Капрал взяв його на допит.</w:t>
      </w:r>
    </w:p>
    <w:p>
      <w:r>
        <w:br/>
        <w:t>— Ти що за один?</w:t>
      </w:r>
    </w:p>
    <w:p>
      <w:r>
        <w:br/>
        <w:t>— Сень Макітра.</w:t>
      </w:r>
    </w:p>
    <w:p>
      <w:r>
        <w:br/>
        <w:t>— Ге, Сень, певно, бабин син.</w:t>
      </w:r>
    </w:p>
    <w:p>
      <w:r>
        <w:br/>
        <w:t>— Ні, я не маю нікого.</w:t>
      </w:r>
    </w:p>
    <w:p>
      <w:r>
        <w:br/>
        <w:t>— А звідки ж ти взявся, коли ти не маєш нікого? З кропиви? Ти, певне, покропивник?</w:t>
      </w:r>
    </w:p>
    <w:p>
      <w:r>
        <w:br/>
        <w:t>— Не глуміться, пане капрал, мої тато і мама в могилі спочивають, а ви...</w:t>
      </w:r>
    </w:p>
    <w:p>
      <w:r>
        <w:br/>
        <w:t>— Гм, Макітра... Чекай, будемо мати в чім мак терти! Ти чого заліз під одіяло, коли я кликав цуг?</w:t>
      </w:r>
    </w:p>
    <w:p>
      <w:r>
        <w:br/>
        <w:t>— Я слабий.</w:t>
      </w:r>
    </w:p>
    <w:p>
      <w:r>
        <w:br/>
        <w:t>— Ти слаби-ий? Чекай, я тебе вилікую. Ге, це якась телігенція — він мені тут буде коники пускати! То ти не мав кому на голову вилізти та прийшов тут до мого цугу? Чекай, небоже, я тобі вилізу на твоє здоров'я... Можеш таки нині справити собі труну... Ти чому не писався хворим?</w:t>
      </w:r>
    </w:p>
    <w:p>
      <w:r>
        <w:br/>
        <w:t>Макітра розбудився цілком, повів головою набік, на його лиці перемигнув дивний усміх і вмить щез, око стало студене, як сталь. По хвилі спитав:</w:t>
      </w:r>
    </w:p>
    <w:p>
      <w:r>
        <w:br/>
        <w:t>— Що з того вийде? Я вже не раз писався, але побачив, що це ні на що...</w:t>
      </w:r>
    </w:p>
    <w:p>
      <w:r>
        <w:br/>
        <w:t>Капрал побілів, втяв зубами губу, дивився довго на нього, а потім сказав:</w:t>
      </w:r>
    </w:p>
    <w:p>
      <w:r>
        <w:br/>
        <w:t>— Я пізнаю по твоїх очах, що ти така гадина, якої світ не видів. Ну, але чекай, з мене ще більша гадина. Я вже виджу, що буду мати з тобою клопіт. Ми обоє так легко не розійдемося, як ти гадаєш.</w:t>
      </w:r>
    </w:p>
    <w:p>
      <w:r>
        <w:br/>
        <w:t>Встав і нахилився до нього.</w:t>
      </w:r>
    </w:p>
    <w:p>
      <w:r>
        <w:br/>
        <w:t>— За два місяці маю йти на урльоп *, я дуже радий би вирватися вже раз із цього проклятого пекла, але ади (вдарив себе в груди), аби я тут через тебе і два роки мав лишитися, то я тобі кінця доїду! Я тобі в'язи скручу! Чекай, хлопе, злодію!..</w:t>
      </w:r>
    </w:p>
    <w:p>
      <w:r>
        <w:br/>
        <w:t>ч — Пане капрал,— сказав спокійно Макітра з тим самим холодним усміхом,— хто ж видів таке балакати? Чому ж би ви мали через мене не йти на урльоп? Але ж підете, бігме, підете! Підете навіть скорше!.. Капрал тупнув ногою:</w:t>
      </w:r>
    </w:p>
    <w:p>
      <w:r>
        <w:br/>
        <w:t>— Мовчи! — Потім звернувся до інших:— Хлопці, коли він так одіяло любить, то дайте йому його цієї ночі, бо будете всі паритись через нього. Один за всіх — всі за одного; такий наказ у війську.</w:t>
      </w:r>
    </w:p>
    <w:p>
      <w:r>
        <w:br/>
        <w:t>— Добре! — гукнуло з десять голосів.</w:t>
      </w:r>
    </w:p>
    <w:p>
      <w:r>
        <w:br/>
        <w:t>"Дати одіяло" — значить кинути вночі на когось одіяло і задушити або вимісити чоловіка так, аби вмер він у госпіталі.</w:t>
      </w:r>
    </w:p>
    <w:p>
      <w:r>
        <w:br/>
        <w:t>— А я вам, хлопці, раджу — дайте спокій з одіялом,— звернувся Макітра до товаришів.</w:t>
      </w:r>
    </w:p>
    <w:p>
      <w:r>
        <w:br/>
        <w:t>—. Або що?! Диви, який знайшовся! Ще страшить, гї-гї!</w:t>
      </w:r>
    </w:p>
    <w:p>
      <w:r>
        <w:br/>
        <w:t>— На мені аж сорочка полотном стала! — додав перко-носий Юхт, що сховав тим часом Макітрин хліб з полички.</w:t>
      </w:r>
    </w:p>
    <w:p>
      <w:r>
        <w:br/>
        <w:t>— Другий цуг! Вояки збіглися.</w:t>
      </w:r>
    </w:p>
    <w:p>
      <w:r>
        <w:br/>
        <w:t>— Мой, не хочу блузи на собі!</w:t>
      </w:r>
    </w:p>
    <w:p>
      <w:r>
        <w:br/>
        <w:t>Кілька стягало з капрала блузу, а він тим часом навчав:</w:t>
      </w:r>
    </w:p>
    <w:p>
      <w:r>
        <w:br/>
        <w:t>— Наказ має бути наказ. Аби я тобі не знати що казав, то мусиш все зробити. Якби я тобі що злого казав зробити, то ти можеш на другий день рано писатися до рапорту, але наказ мусить бути виконаний, бо інакше за субординацію йдеш до тюрми. Скажу тобі: "Хлопе, хапай рушницю і стріляй-ся!" — або: "Лізь на вікно і скачи з другого поверху!" — ти хапаєш рушницю і стріляєш або скачеш з другого поверху, а завтра можеш йти і писати на мене до рапорту, чи як собі хочеш, але наказ має бути наказ!.. Хлопе, а якби я так сказав тобі:— Бери сірник і підпали хату!</w:t>
      </w:r>
    </w:p>
    <w:p>
      <w:r>
        <w:br/>
        <w:t>— Єсть! — крикнув Юхт, як несамовитий, і прибіг з пачкою сірників.— Котру хату кажете підпалити, пане капрале?</w:t>
      </w:r>
    </w:p>
    <w:p>
      <w:r>
        <w:br/>
        <w:t>— Чекай, гадюко! А... ти хочеш підпалити?! Злодію,— таж за се кримінал! Хати не вільно підпалювати, і тому, коли б я тобі такий наказ дав, то ти не смієш мене слухати, бо такий наказ не є важний.</w:t>
      </w:r>
    </w:p>
    <w:p>
      <w:r>
        <w:br/>
        <w:t>* Відпустка (нім.).— Ред.</w:t>
      </w:r>
    </w:p>
    <w:p>
      <w:r>
        <w:br/>
        <w:t>Капрал перервав науку військових правил і крикнув:</w:t>
      </w:r>
    </w:p>
    <w:p>
      <w:r>
        <w:br/>
        <w:t>— Мой, не хочу штанів на собі! Стягли панталони.</w:t>
      </w:r>
    </w:p>
    <w:p>
      <w:r>
        <w:br/>
        <w:t>— Мой, не хочу черевиків!</w:t>
      </w:r>
    </w:p>
    <w:p>
      <w:r>
        <w:br/>
        <w:t>Макітра стягнув черевики, капрал притримав їх пальцями, раптом пустив, той полетів з черевиком і мало не вибив собі зубів, вдарившись об залізну піч.</w:t>
      </w:r>
    </w:p>
    <w:p>
      <w:r>
        <w:br/>
        <w:t>Капрал вийняв цигарку.</w:t>
      </w:r>
    </w:p>
    <w:p>
      <w:r>
        <w:br/>
        <w:t>— Горить!</w:t>
      </w:r>
    </w:p>
    <w:p>
      <w:r>
        <w:br/>
        <w:t>Двадцять людей прибігло і вийняло сірники з кишені.</w:t>
      </w:r>
    </w:p>
    <w:p>
      <w:r>
        <w:br/>
        <w:t>— А тепер все, що жиє, стелить ліжка і лягає! Стелили ліжка, складали мундири, молилися і лягали. Черговий, якому припала нині черга, виліз на стіл, взяв</w:t>
      </w:r>
    </w:p>
    <w:p>
      <w:r>
        <w:br/>
        <w:t>одною рукою закрутку лампи і прочитав напам'ять:</w:t>
      </w:r>
    </w:p>
    <w:p>
      <w:r>
        <w:br/>
        <w:t>— Добраніч, панове старші, і вам, колеги! Світло з хати — дівчина до хати, аби пан капрал мали що кохати!</w:t>
      </w:r>
    </w:p>
    <w:p>
      <w:r>
        <w:br/>
        <w:t>— Файно! — муркнув капрал.</w:t>
      </w:r>
    </w:p>
    <w:p>
      <w:r>
        <w:br/>
        <w:t>Жовнір фукнув у лампу, і стало темно, як під землею.</w:t>
      </w:r>
    </w:p>
    <w:p>
      <w:r>
        <w:br/>
        <w:t>— Котрий скаже нині байку?</w:t>
      </w:r>
    </w:p>
    <w:p>
      <w:r>
        <w:br/>
        <w:t>По довгім торзі зачав оповідати Савчук:</w:t>
      </w:r>
    </w:p>
    <w:p>
      <w:r>
        <w:br/>
        <w:t>— ...Був раз жовнір, що не знав ніякого страху. Не боявся він ні ночі, ні громів, ні ворога, ні смерті. І не мав він нікого й нічого, лише такий камінь, що був чистий, як сльоза, і світив, немов роса на схід сонця. І носив він той камінь при собі, і беріг його від людей, і видів себе в ньому, як у дзеркалі. А був той камінь дивний: від кривди темнів, від просвітку ставав ясніший...</w:t>
      </w:r>
    </w:p>
    <w:p>
      <w:r>
        <w:br/>
        <w:t>Одні слухали це оповідання, інші заглибилися в свою гризоту, в спогади і западали в сон.</w:t>
      </w:r>
    </w:p>
    <w:p>
      <w:r>
        <w:br/>
        <w:t>Макітра скулився під ковдрою і кашляв. Сів на ліжку, обняв обіруч коліна, підсунув їх аж під шию та стиснув зуби — так кололо його в грудях і спирало дух. Знов душило його до кашлю, в грудях і горлянці стало гаряче, виступив холодний піт. Він зомлів. Через годину пробудився, сидячи з головою, схиленою на коліна. В пам'яті промайнув один ранок. Сень стоїть перед лікарем, той наказує скинути сорочку, обстукує його кулаком так, аж чути у другій кімнаті, і каже, що йому нічого не хибує.</w:t>
      </w:r>
    </w:p>
    <w:p>
      <w:r>
        <w:br/>
        <w:t>— ...А він таки не піддався і, як лежав лише в сорочці, так встав, узяв карабін, настромив багнет і пішов відбирати свій камінь, в якому була мамина сльоза і його честь,— гуділи слова казки.</w:t>
      </w:r>
    </w:p>
    <w:p>
      <w:r>
        <w:br/>
        <w:t>З далекого кута долетів шепіт:</w:t>
      </w:r>
    </w:p>
    <w:p>
      <w:r>
        <w:br/>
        <w:t>— Мой, Грицю, кажу тобі — не лізь! Ти хочеш якої біди? Тебе.який напав? Ти капралів вірник? Таж завтра може таке саме впасти на тебе. Кажу тобі — не йди, бо, не дай, боже, чого, то я сам таки досвіта йду і пишу рапорт на тебе.</w:t>
      </w:r>
    </w:p>
    <w:p>
      <w:r>
        <w:br/>
        <w:t>Вчув це Макітра. Зняв потихеньку гвинтівку з залізного гака, наложив під одіялом багнет, взяв коробку з п'ятьма патронами і заклав їх в замок. Підсунувся до залізної штаби п головах ліжка, обпер карабін на колінах і чекав.</w:t>
      </w:r>
    </w:p>
    <w:p>
      <w:r>
        <w:br/>
        <w:t>Савчук кінчив казку сонним голосом, вкінці затих. Дехто хропів...</w:t>
      </w:r>
    </w:p>
    <w:p>
      <w:r>
        <w:br/>
        <w:t>Згодом скрипнула дошка в підлозі, щось зачепилось об стіл, там мовби придушений хихот.</w:t>
      </w:r>
    </w:p>
    <w:p>
      <w:r>
        <w:br/>
        <w:t>Злодійський рух з куткка посувається до середини залу, до Макітриного ліжка.</w:t>
      </w:r>
    </w:p>
    <w:p>
      <w:r>
        <w:br/>
        <w:t>Сусідній товариш хропе на всі заставки, от вони вже коло нього, минають його — спинилися праворуч від Макітри. Два по боках, один у ногах розтягають щось і насувають на ліжко. Чиїсь руки лапають по ліжку і скрадаються до ніг Макітри, як вовки.</w:t>
      </w:r>
    </w:p>
    <w:p>
      <w:r>
        <w:br/>
        <w:t>Тут хтось, немовби його грім луснув, підняв трійголос і гепнув на землю, потім перекинувся стіл, гримнув постріл, аж казарма здригнула, і все, що жило, схопилося на ноги.</w:t>
      </w:r>
    </w:p>
    <w:p>
      <w:r>
        <w:br/>
        <w:t>— Гвалт! Караул! Пане капрале! Світло!</w:t>
      </w:r>
    </w:p>
    <w:p>
      <w:r>
        <w:br/>
        <w:t>Новий постріл впав потемки на ліжко капрала. Той схопився і чмихнув під ліжко. Влетів вартовий з ліхтарем, капрал з денної черги, фельдфебель та офіцер.</w:t>
      </w:r>
    </w:p>
    <w:p>
      <w:r>
        <w:br/>
        <w:t>На підлозі качався прибитий Юхт, за столом зойкав і трусився піддячий.</w:t>
      </w:r>
    </w:p>
    <w:p>
      <w:r>
        <w:br/>
        <w:t>Раптом очі всіх упали на Макітру. Він кинувся за капралом під ліжко, той вискочив, розправив руки і заревів, як звір:</w:t>
      </w:r>
    </w:p>
    <w:p>
      <w:r>
        <w:br/>
        <w:t>— Чи ти варіят, чи хворий?</w:t>
      </w:r>
    </w:p>
    <w:p>
      <w:r>
        <w:br/>
        <w:t>В ту ж мить гримнув четвертий постріл. Капрал схопився однією рукою за груди, другу спер поза себе до стіни, поволі зсунувся вбік і впав на ліжко.</w:t>
      </w:r>
    </w:p>
    <w:p>
      <w:r>
        <w:br/>
        <w:t>— Ти що робиш? — крикнув офіцер і вихопив у нього карабін.</w:t>
      </w:r>
    </w:p>
    <w:p>
      <w:r>
        <w:br/>
        <w:t>Макітра поклав руки на коліна. На сорочці у нього червоніла кров. Він посміхнувся безглуздо і сказав спокійно:</w:t>
      </w:r>
    </w:p>
    <w:p>
      <w:r>
        <w:br/>
        <w:t>— А що ж би?.. Цим двом свинтухам я дав одіяло, того сучого сина пустив у відпустку, а мене беріть до шпиталю чи до тюрми — мені все одно...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казармі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