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ярах</w:t>
      </w:r>
    </w:p>
    <w:p>
      <w:r>
        <w:br/>
        <w:t xml:space="preserve"> &lt;p&gt;В ЯРАX</w:t>
      </w:r>
    </w:p>
    <w:p>
      <w:r>
        <w:br/>
        <w:t>З високої гори видно села, ліси... А на горі порито ями. Ями темні і в них темно. Стук далеко розноситься під землею, гуде чавуном. Стук і балачка. Під землею в темряві, в пітьмі гостро б'є копаниця глину. Одколюються шматки жирної сизої глини: упаде кам'янистий, розляжеться, порозлазиться у всі кутки печери темними тінями. Заховались в печерях глибоких копаниці, б'ють та стукають. А наверху день, пече сонце, посміхаються з худої знесиленої трави, пожовклої, мов од морозу... Лише полинь пожмакує повирізуваним срібно-сірим листям... Перестав, стомився, замовк стук, луна рознеслась по ямі німо й глухо. Темрява. Зазирає в яму сонце, хоче досягти дна... Без сонця сидять, обидва на вогкій глині, повиті тінями. Копаниці лежать осторонь.</w:t>
      </w:r>
    </w:p>
    <w:p>
      <w:r>
        <w:br/>
        <w:t>— Хведоре, в тебе немає борошна?</w:t>
      </w:r>
    </w:p>
    <w:p>
      <w:r>
        <w:br/>
        <w:t>— Немає,—чутно зітхнув Хведір,—чорт його знає, що робити... А ще багато й копати. Риєш, риєш без кінця, а нічого не видовбав і досі... Ганчарі корови мають.</w:t>
      </w:r>
    </w:p>
    <w:p>
      <w:r>
        <w:br/>
        <w:t>— Ти хоч дітей не маєш,—заздро вимовив Каленик. Пітні обличчя подивились на кучу глини...</w:t>
      </w:r>
    </w:p>
    <w:p>
      <w:r>
        <w:br/>
        <w:t>— Проклята! — Хтось з них вимовив. А Хведір підняв руку, заворушив мотлохом, обчепив м'язи...</w:t>
      </w:r>
    </w:p>
    <w:p>
      <w:r>
        <w:br/>
        <w:t>Закурили. Обидва були босі; потрепані, грубим шкуратіком пообтягувані, здорові ступні одливалися на вогкій глині. Заморено дихали, і піт з бороди крапав на пошматовану, замазану сорочку; на носі, на лобі текли "краплі...</w:t>
      </w:r>
    </w:p>
    <w:p>
      <w:r>
        <w:br/>
        <w:t>А зверху, крізь проруб показувалось бліде, синювате небо; иноді проносились хмари й тоді робилося ще темніше.. Каленик знову щось пробалакав. А Хведір подивився.</w:t>
      </w:r>
    </w:p>
    <w:p>
      <w:r>
        <w:br/>
        <w:t>— Чи скоро закінчимо?</w:t>
      </w:r>
    </w:p>
    <w:p>
      <w:r>
        <w:br/>
        <w:t>— А, чорт його знає... Може повірять ганчарі, то й так дадуть борошна?</w:t>
      </w:r>
    </w:p>
    <w:p>
      <w:r>
        <w:br/>
        <w:t>— Якби то!</w:t>
      </w:r>
    </w:p>
    <w:p>
      <w:r>
        <w:br/>
        <w:t>Взялись за копаниці й знову падали на долівку шматки глини; важко одгукувалась луна, бігала з одного кінця в другий довго, довго... і зомліла ніжними тремтіннями—замирала; а там знову новий розгін колихався без кінця. Били не разом, по черзі і од того ще дужче нісся, замирав гул...</w:t>
      </w:r>
    </w:p>
    <w:p>
      <w:r>
        <w:br/>
        <w:t>Каленик і Хведір — брати, жили в сусідах, бідкалися, зранку щодня ходили копати глину. Без сонця... І очі в них були блискучі, дивились глиною сірою, сірою... А ввечері вертались додому, спали міцно.</w:t>
      </w:r>
    </w:p>
    <w:p>
      <w:r>
        <w:br/>
        <w:t>Затихло, покидали копаниці, а сами лізли догори; переставляли потрепані ноги по пічурках. Вилізли, заболіли очі; а сонце висушило піт, принадно смажило тіло, вщупувалось по-за одягом. Каленик обітерся сорочкою, розвіз грязь і сів. Хведір подивився на небо.</w:t>
      </w:r>
    </w:p>
    <w:p>
      <w:r>
        <w:br/>
        <w:t>— Дощу не буде... От, слухай, якби завтра повитягати, скінчити та взяти борошна!</w:t>
      </w:r>
    </w:p>
    <w:p>
      <w:r>
        <w:br/>
        <w:t>Той згодився, покивав головою. Хведір згадав:</w:t>
      </w:r>
    </w:p>
    <w:p>
      <w:r>
        <w:br/>
        <w:t>— Давай обід варити.</w:t>
      </w:r>
    </w:p>
    <w:p>
      <w:r>
        <w:br/>
        <w:t>— А хліб?</w:t>
      </w:r>
    </w:p>
    <w:p>
      <w:r>
        <w:br/>
        <w:t>— Та вистачить. — Руки мокрі, од глини брудно-сині, витер об штани. Закашляв довго, пильно і вихаркав на пожовклі квіти чорний, важкий ворох слини. Високо підвів груди.</w:t>
      </w:r>
    </w:p>
    <w:p>
      <w:r>
        <w:br/>
        <w:t>— Ху,—заморено дихав.</w:t>
      </w:r>
    </w:p>
    <w:p>
      <w:r>
        <w:br/>
        <w:t>— Ти-б пішов до доктора. А то в тебе щось таке... неладне!</w:t>
      </w:r>
    </w:p>
    <w:p>
      <w:r>
        <w:br/>
        <w:t>— Ходив. Грошей немає на лікарство!</w:t>
      </w:r>
    </w:p>
    <w:p>
      <w:r>
        <w:br/>
        <w:t>— А без грошей не можна? Там все-ж є в вольниці!</w:t>
      </w:r>
    </w:p>
    <w:p>
      <w:r>
        <w:br/>
        <w:t>Подивився Хведір:</w:t>
      </w:r>
    </w:p>
    <w:p>
      <w:r>
        <w:br/>
        <w:t>— Є, є... Та не для нас. Он піп брав у доктора без грошей, а я не піп, так мені не можна... Шкуродери!</w:t>
      </w:r>
    </w:p>
    <w:p>
      <w:r>
        <w:br/>
        <w:t>І знову закашляв, наллялося кров'ю обличчя і він вискакував, подавався вперед, ніби його хвиля штовхала.</w:t>
      </w:r>
    </w:p>
    <w:p>
      <w:r>
        <w:br/>
        <w:t>— Ото!—похита в головою Каленик:—наче, дивиться, й здоровий, а недовговічний.</w:t>
      </w:r>
    </w:p>
    <w:p>
      <w:r>
        <w:br/>
        <w:t>Це вдарило Хведора і він мовчки прикусив губу та обсмикував вуса.</w:t>
      </w:r>
    </w:p>
    <w:p>
      <w:r>
        <w:br/>
        <w:t>— А якби хоч трохи достатків. Дав-би та купив ліків... Немає—розвів руками—робиш і немає. Як воно другі? Такий був, як і я, а тепер розбагатів. Ну, ось тобі, Хведось!</w:t>
      </w:r>
    </w:p>
    <w:p>
      <w:r>
        <w:br/>
        <w:t>— Е, в того була коняка, спекулянчив. Піджився. Ну, годі! Йди по дрова, а я піду наберу води.</w:t>
      </w:r>
    </w:p>
    <w:p>
      <w:r>
        <w:br/>
        <w:t>Розійшлись. Ліс шепотів унизу, обмережувався на жовтому піску. Бугри од глини, зарослі вижов-клою лободою, розтріскались. А ями глибокі, залляті жовтим сонячним сяйвом, потім сірими листочками, ховали дно... Густо ями: одна біля одної. Побуравились копаницями, а стіни шерехувато розкололись. Поламані, нерівні... А внизу схилився кучерявий, дубовий ліс. Він завжди балакав і заглажувався під луки і де-не-де обіймав зелених.</w:t>
      </w:r>
    </w:p>
    <w:p>
      <w:r>
        <w:br/>
        <w:t>Повернулись назад. Каленик ніс у казанку воду, а Хведір—дрова. Осторонь, якраз над ямою стояли рогачики, а на них почепилось на палиці колесо з великими спицями—ним втягували глину... А недалеко майже на самій горі, верба общипана коливавалась, переморгувалась з далеким лісом. А вони сиділи, багаття тріскало, розгоралось... Каленик мовчазний, з рудою бородою дивився кудись на ліс, на низ; пальці у нього отперли, зігнулись.</w:t>
      </w:r>
    </w:p>
    <w:p>
      <w:r>
        <w:br/>
        <w:t>Хведір повернувся, ліг на спину, заложив за голову руки:</w:t>
      </w:r>
    </w:p>
    <w:p>
      <w:r>
        <w:br/>
        <w:t>— Оце кінчимо, та й плюнемо.</w:t>
      </w:r>
    </w:p>
    <w:p>
      <w:r>
        <w:br/>
        <w:t>І кашляв, хватавсь за груди. Каленик. жалісливо кидав крадькома очима та зашкарублими руками вертів цигарку.</w:t>
      </w:r>
    </w:p>
    <w:p>
      <w:r>
        <w:br/>
        <w:t>Тіні шматками падали по буртах, падали на обличчя, задивлялись на мережаний пісок. Каленик думав, потім повагом сказав:</w:t>
      </w:r>
    </w:p>
    <w:p>
      <w:r>
        <w:br/>
        <w:t>— А добре, що 'ти не маєш дітей.</w:t>
      </w:r>
    </w:p>
    <w:p>
      <w:r>
        <w:br/>
        <w:t>— Добре?! Через жінку не маю... Він жалкував за дітьми...</w:t>
      </w:r>
    </w:p>
    <w:p>
      <w:r>
        <w:br/>
        <w:t>Пообідали, стомлено позіхали обидва, витягували руки.</w:t>
      </w:r>
    </w:p>
    <w:p>
      <w:r>
        <w:br/>
        <w:t>— Спати хочеться...</w:t>
      </w:r>
    </w:p>
    <w:p>
      <w:r>
        <w:br/>
        <w:t>— Ніч є за-для того! Що ти — барин хіба?</w:t>
      </w:r>
    </w:p>
    <w:p>
      <w:r>
        <w:br/>
        <w:t>Сонце пекло не так, один бік ями обливався неглибоко сяйвом. Цвіли очі, посмішка загравалась у Хведора...</w:t>
      </w:r>
    </w:p>
    <w:p>
      <w:r>
        <w:br/>
        <w:t>Через гору тягнувся дзвін... далекий, знесилений пропинався через неї.</w:t>
      </w:r>
    </w:p>
    <w:p>
      <w:r>
        <w:br/>
        <w:t>— Кого це ховають?</w:t>
      </w:r>
    </w:p>
    <w:p>
      <w:r>
        <w:br/>
        <w:t>— Тепер що-дня, майже.</w:t>
      </w:r>
    </w:p>
    <w:p>
      <w:r>
        <w:br/>
        <w:t>Хведір веселішав, бо трохи відпочив. .. Шелеснула під мову обкусана верба, а груди забігали швидко...</w:t>
      </w:r>
    </w:p>
    <w:p>
      <w:r>
        <w:br/>
        <w:t>— Ну, лізьмо! — і обидва полізли в яму. Знов&gt; стук, грюкіт—то високий, неясний, то низький, кривий.</w:t>
      </w:r>
    </w:p>
    <w:p>
      <w:r>
        <w:br/>
        <w:t>Падає глина, а там одберуть її ганчарі; а може на підводах спочатку, а потім залізницею одвезуть на завод. Далі наліплять з неї горшків, мисочок, обмалюють чудовими фарбами... Не побачуть Хведір та Каленик надзвичайної краси...</w:t>
      </w:r>
    </w:p>
    <w:p>
      <w:r>
        <w:br/>
        <w:t>Керамника то, а це—глина. Сіра, сіра пов'їдалась в тіло та струпами забризкалась...</w:t>
      </w:r>
    </w:p>
    <w:p>
      <w:r>
        <w:br/>
        <w:t>...Цей рік—посуха. Стужно приходиться обом, потроху ще тримаються.</w:t>
      </w:r>
    </w:p>
    <w:p>
      <w:r>
        <w:br/>
        <w:t>— Надія на глину, хоч проклята, а через неї їмо шматок хліба!</w:t>
      </w:r>
    </w:p>
    <w:p>
      <w:r>
        <w:br/>
        <w:t>І ...Відпочивали часто. Хведір кашляв і тут, але не №ак. Обернувся.</w:t>
      </w:r>
    </w:p>
    <w:p>
      <w:r>
        <w:br/>
        <w:t>— Уже на Катеринославщині люди дохнуть, як мухи ^-в-осени.</w:t>
      </w:r>
    </w:p>
    <w:p>
      <w:r>
        <w:br/>
        <w:t>— А в нас? Батрачка з дитиною вмерла. Недавно... Опухла, посиніла...</w:t>
      </w:r>
    </w:p>
    <w:p>
      <w:r>
        <w:br/>
        <w:t>: ...Мовчанка.</w:t>
      </w:r>
    </w:p>
    <w:p>
      <w:r>
        <w:br/>
        <w:t>— Може в комнезам? Чуєш!</w:t>
      </w:r>
    </w:p>
    <w:p>
      <w:r>
        <w:br/>
        <w:t>— А хто-ж тоді позичить борошна? Та й то казати, як провідає хто з лісовиків, то не помилують, мабуть.</w:t>
      </w:r>
    </w:p>
    <w:p>
      <w:r>
        <w:br/>
        <w:t>і Якби жили в селі, а то забрались на яри, в Костен-ський... Мабуть обійдемось'</w:t>
      </w:r>
    </w:p>
    <w:p>
      <w:r>
        <w:br/>
        <w:t>До заходу, за гору падало сонце. Сутінки прозорі в чорніли, а далі полум'ям зітлілим згасала прозора мовчанка...</w:t>
      </w:r>
    </w:p>
    <w:p>
      <w:r>
        <w:br/>
        <w:t>Сиріше розносився дух глини. Становилось мокро у печерях.</w:t>
      </w:r>
    </w:p>
    <w:p>
      <w:r>
        <w:br/>
        <w:t>— Ну, досить копати! На завтра буде що витягати!</w:t>
      </w:r>
    </w:p>
    <w:p>
      <w:r>
        <w:br/>
        <w:t>Вилізли вдруге. Замісць сонця їх зустріла зоря к жовторожевою пеленою... ^</w:t>
      </w:r>
    </w:p>
    <w:p>
      <w:r>
        <w:br/>
        <w:t>Витерли обличчя об сорочки. Каленик начепив і куцину, а Хведір журьу. Зверху в'їлись широкі кінці 5 копаниць...</w:t>
      </w:r>
    </w:p>
    <w:p>
      <w:r>
        <w:br/>
        <w:t>Пішли...</w:t>
      </w:r>
    </w:p>
    <w:p>
      <w:r>
        <w:br/>
        <w:t>Зірки не блимали, бо було ще рано...</w:t>
      </w:r>
    </w:p>
    <w:p>
      <w:r>
        <w:br/>
        <w:t>Йшли обидва стежкою, через ліс. Вона вимилилась к, водою і схожа була на кручу. Занесена пісками, вкрита ї щебнями, крутилась по-між кущами і показувала [ ' иноді товсті коріння дубів.</w:t>
      </w:r>
    </w:p>
    <w:p>
      <w:r>
        <w:br/>
        <w:t>Хведір побіг, зареготався. З гори понесло хутко униз, за ліс.</w:t>
      </w:r>
    </w:p>
    <w:p>
      <w:r>
        <w:br/>
        <w:t>Каленик плюнув, сказав:</w:t>
      </w:r>
    </w:p>
    <w:p>
      <w:r>
        <w:br/>
        <w:t>— Диви, який веселий, а дома жінку мабуть бити буде!</w:t>
      </w:r>
    </w:p>
    <w:p>
      <w:r>
        <w:br/>
        <w:t>Каленик повагом, великими чобітьми обминав говсте коріння, вимите дощами.. Поводив рудою бородою. Нарешті зійшов з гори.</w:t>
      </w:r>
    </w:p>
    <w:p>
      <w:r>
        <w:br/>
        <w:t>— Чого ти так черепашиш? — крикнув Хведір і його голос був життєрадісний, повний весняного гаму, лунав у співах вечора.</w:t>
      </w:r>
    </w:p>
    <w:p>
      <w:r>
        <w:br/>
        <w:t>Каленик подивився на чоботи, вони почорніли, руді латки поховались.</w:t>
      </w:r>
    </w:p>
    <w:p>
      <w:r>
        <w:br/>
        <w:t>— Диви, роса впала!</w:t>
      </w:r>
    </w:p>
    <w:p>
      <w:r>
        <w:br/>
        <w:t>— Справді.</w:t>
      </w:r>
    </w:p>
    <w:p>
      <w:r>
        <w:br/>
        <w:t>Зраднішав Каленик, сіпав ногами, бо він ходив так: сіпне, поставить ступню, відпочине з мент, тоді знову сіпне. В очах у обох глина сіра розтавала, а радість, немов облита росою — заблискувалась полум'ям.</w:t>
      </w:r>
    </w:p>
    <w:p>
      <w:r>
        <w:br/>
        <w:t>Перед очима, на південь, захилила обрій гора, одрубом пішла од річки і вкрита лісами де-не-де піскуватилась.</w:t>
      </w:r>
    </w:p>
    <w:p>
      <w:r>
        <w:br/>
        <w:t>Там на горі яранське кладовище. Волохаті хрести, а посередині бересток. Давнє кладовище, схоже на старого облізлого ведмедя... Розчепирив свої лапи ведьмідь, вигнув спину хмарами .. Стоногий ведьмідь!</w:t>
      </w:r>
    </w:p>
    <w:p>
      <w:r>
        <w:br/>
        <w:t>За горою, мабуть, села і люди. А ближче луки обгорнулись зеленою рядниною, щоб не змерзнути.</w:t>
      </w:r>
    </w:p>
    <w:p>
      <w:r>
        <w:br/>
        <w:t>Замотрошився деркач: дрр-дрр.</w:t>
      </w:r>
    </w:p>
    <w:p>
      <w:r>
        <w:br/>
        <w:t>Вечірні смутки жовтою пеленою закрасу-вали левади. Левади, і ще левади... Плуг не проходив, не тріщав перієм. Цілиною співає під ногами придавлений перій, високий, пручкий, як дівочі груди...</w:t>
      </w:r>
    </w:p>
    <w:p>
      <w:r>
        <w:br/>
        <w:t>А деркач свою думку тягне, забувається.</w:t>
      </w:r>
    </w:p>
    <w:p>
      <w:r>
        <w:br/>
        <w:t>Здалося Каленику, що рвуться об леміш, об чересло нитки перія.</w:t>
      </w:r>
    </w:p>
    <w:p>
      <w:r>
        <w:br/>
        <w:t>...Здалося й розмріялося.</w:t>
      </w:r>
    </w:p>
    <w:p>
      <w:r>
        <w:br/>
        <w:t>На левади впала пороша рос...</w:t>
      </w:r>
    </w:p>
    <w:p>
      <w:r>
        <w:br/>
        <w:t>...Перейшли через дорогу; починався Костенський ліс, а там, за ним яри.</w:t>
      </w:r>
    </w:p>
    <w:p>
      <w:r>
        <w:br/>
        <w:t>Хатки попритулялись на скелях, над проваллями...</w:t>
      </w:r>
    </w:p>
    <w:p>
      <w:r>
        <w:br/>
        <w:t>— Ти мені позич картоплі, а то Катерина мене з'їсть,—обізвався Каленик до Хведора.</w:t>
      </w:r>
    </w:p>
    <w:p>
      <w:r>
        <w:br/>
        <w:t>— Гаразд, пришли кого-небудь. Прощавай, завтра раненько щоб там був!</w:t>
      </w:r>
    </w:p>
    <w:p>
      <w:r>
        <w:br/>
        <w:t>— Добре!</w:t>
      </w:r>
    </w:p>
    <w:p>
      <w:r>
        <w:br/>
        <w:t>Соковитий вечірній зір луків розтягався... Порвався, пропав. Волохаті руки дубів вились по стежці.</w:t>
      </w:r>
    </w:p>
    <w:p>
      <w:r>
        <w:br/>
        <w:t>Через дерево загавкав собака.</w:t>
      </w:r>
    </w:p>
    <w:p>
      <w:r>
        <w:br/>
        <w:t>Назустріч вибіг хлопчик, зовсім маленький ще, почепився на руку боязко.</w:t>
      </w:r>
    </w:p>
    <w:p>
      <w:r>
        <w:br/>
        <w:t>— Тату, тату! Хліб є?</w:t>
      </w:r>
    </w:p>
    <w:p>
      <w:r>
        <w:br/>
        <w:t>— Сьогодні картоплю будемо їсти, завтра хліб.— А сам одвів очі кудись на город, став. До хлопчика промовив:</w:t>
      </w:r>
    </w:p>
    <w:p>
      <w:r>
        <w:br/>
        <w:t>— Івасю, йди в хату!</w:t>
      </w:r>
    </w:p>
    <w:p>
      <w:r>
        <w:br/>
        <w:t>Одійшов Івась, сів недалеко на пеньку.</w:t>
      </w:r>
    </w:p>
    <w:p>
      <w:r>
        <w:br/>
        <w:t>— А вчора хліб мати дістали! — всміхнувся він.</w:t>
      </w:r>
    </w:p>
    <w:p>
      <w:r>
        <w:br/>
        <w:t>Каленик зняв копаницю, обіперся. Жінка вийшла з хати.</w:t>
      </w:r>
    </w:p>
    <w:p>
      <w:r>
        <w:br/>
        <w:t>— Борошна приніс?</w:t>
      </w:r>
    </w:p>
    <w:p>
      <w:r>
        <w:br/>
        <w:t>Він мовчав, а Катерина не вгомонялась. Потім раптом крикнула:</w:t>
      </w:r>
    </w:p>
    <w:p>
      <w:r>
        <w:br/>
        <w:t>— Наробив дітей! Годуй!</w:t>
      </w:r>
    </w:p>
    <w:p>
      <w:r>
        <w:br/>
        <w:t>Розгорілась кров, здвигнулась рука од копаниці, а сам слабо сказав:</w:t>
      </w:r>
    </w:p>
    <w:p>
      <w:r>
        <w:br/>
        <w:t>— Катерино! Не був ніколи... Не знаєш мене чи що? На картоплі посидимо. Побіжи до Хведора; обіцяв дати!</w:t>
      </w:r>
    </w:p>
    <w:p>
      <w:r>
        <w:br/>
        <w:t>Жінка заспокоїлась.</w:t>
      </w:r>
    </w:p>
    <w:p>
      <w:r>
        <w:br/>
        <w:t>— А завтра буде?</w:t>
      </w:r>
    </w:p>
    <w:p>
      <w:r>
        <w:br/>
        <w:t>— Завтра витягнемо глину, тоді й борошно буде! Скинув біля присінків мотузок, взяв на руки Івася. Хведір жив насупроти і жінка хутко повернулась,</w:t>
      </w:r>
    </w:p>
    <w:p>
      <w:r>
        <w:br/>
        <w:t>у пелені несла картоплю...</w:t>
      </w:r>
    </w:p>
    <w:p>
      <w:r>
        <w:br/>
        <w:t>Яри поринали в завісі синього серпанку.</w:t>
      </w:r>
    </w:p>
    <w:p>
      <w:r>
        <w:br/>
        <w:t>Каленик дивився на горщик, облизаний жовтим зубастим язиком. Випустив з рук Івася.</w:t>
      </w:r>
    </w:p>
    <w:p>
      <w:r>
        <w:br/>
        <w:t>Хата кострубато похилилась; погнила і мовчазно насунула бовдур високий, товстий. Маленькі вікна задивлялись на багаття.</w:t>
      </w:r>
    </w:p>
    <w:p>
      <w:r>
        <w:br/>
        <w:t>— Ну, йди!—жінка нетерпляче покликала їсти. Каленик сів, повеселішав.</w:t>
      </w:r>
    </w:p>
    <w:p>
      <w:r>
        <w:br/>
        <w:t>— Катрусю, не журись. Завтра буде борошно!</w:t>
      </w:r>
    </w:p>
    <w:p>
      <w:r>
        <w:br/>
        <w:t>А маленька дитина, менша за Івася, підняла руки.</w:t>
      </w:r>
    </w:p>
    <w:p>
      <w:r>
        <w:br/>
        <w:t>— Е, е!</w:t>
      </w:r>
    </w:p>
    <w:p>
      <w:r>
        <w:br/>
        <w:t>Всміхнувся Каленик.</w:t>
      </w:r>
    </w:p>
    <w:p>
      <w:r>
        <w:br/>
        <w:t>ЗО</w:t>
      </w:r>
    </w:p>
    <w:p>
      <w:r>
        <w:br/>
        <w:t>— А знають, що таке хліб... Немає землі, дитинко [ а то-б не журились. Хто хліборобив, тому дали,</w:t>
      </w:r>
    </w:p>
    <w:p>
      <w:r>
        <w:br/>
        <w:t>а таким як я,—дулю... А втім не подохнемо.</w:t>
      </w:r>
    </w:p>
    <w:p>
      <w:r>
        <w:br/>
        <w:t>Забрязкотіли миски. Івась почепився на шию батькові і сховався з ним у хаті.</w:t>
      </w:r>
    </w:p>
    <w:p>
      <w:r>
        <w:br/>
        <w:t>Запустіло в подвір'ї...</w:t>
      </w:r>
    </w:p>
    <w:p>
      <w:r>
        <w:br/>
        <w:t>На ярах парких висвічувались хатки—там спали, .чекаючи завтрішнього, голодного дня... Через кручу, ' на другім кінці, виглядала Хведорова хата. Мертво.</w:t>
      </w:r>
    </w:p>
    <w:p>
      <w:r>
        <w:br/>
        <w:t>Багаття загасло й огонь не грається на мокрому ^-тумані. З річки продирається потоками теплий пар.</w:t>
      </w:r>
    </w:p>
    <w:p>
      <w:r>
        <w:br/>
        <w:t>Молодіє ніч. А небо затяглося хмарами, насупило брови. Стереже однобарвну хмару. Кладовище стоїть — осторонь, просунуло в пазуху хмар волохаті руки.</w:t>
      </w:r>
    </w:p>
    <w:p>
      <w:r>
        <w:br/>
        <w:t>Стома...</w:t>
      </w:r>
    </w:p>
    <w:p>
      <w:r>
        <w:br/>
        <w:t>Раптом пронісся загартований вітер і повідомляли І дуби один одного.</w:t>
      </w:r>
    </w:p>
    <w:p>
      <w:r>
        <w:br/>
        <w:t>...Враз наповнились синім сяйвом ярки, засвітилось подвір'я.</w:t>
      </w:r>
    </w:p>
    <w:p>
      <w:r>
        <w:br/>
        <w:t>Блиснуло і вмент золота гадюка зарилася у хмари.</w:t>
      </w:r>
    </w:p>
    <w:p>
      <w:r>
        <w:br/>
        <w:t>А в підгір'ї ліс зашепотів.</w:t>
      </w:r>
    </w:p>
    <w:p>
      <w:r>
        <w:br/>
        <w:t>Ударило.</w:t>
      </w:r>
    </w:p>
    <w:p>
      <w:r>
        <w:br/>
        <w:t>А потім забризкав дощ... Забилось, залопотіло... Рипнули двері. Каленик глянув лагідно.</w:t>
      </w:r>
    </w:p>
    <w:p>
      <w:r>
        <w:br/>
        <w:t>— Не оставляє таки доля — і пішов у хату. Ніч промайнула хутко.</w:t>
      </w:r>
    </w:p>
    <w:p>
      <w:r>
        <w:br/>
        <w:t>Каленик одягся, взувся, нап'ялив шапку. Зійшовся там, де сходилися дві стежки, з Хведором. Поздоровкався. Хведір побіг, сковзаючись із гори, вперед. А Каленик зареготався.</w:t>
      </w:r>
    </w:p>
    <w:p>
      <w:r>
        <w:br/>
        <w:t>— Ти сьогодні жінки не бив, того, мабуть, і веселий?</w:t>
      </w:r>
    </w:p>
    <w:p>
      <w:r>
        <w:br/>
        <w:t>—А ти чого не надутий?</w:t>
      </w:r>
    </w:p>
    <w:p>
      <w:r>
        <w:br/>
        <w:t>— Та я за дощик радію!</w:t>
      </w:r>
    </w:p>
    <w:p>
      <w:r>
        <w:br/>
        <w:t>На листі стоманітним діямантом налились роси; од зорі зачервонілись луки; спереду тільки висока гора, залита лісом...</w:t>
      </w:r>
    </w:p>
    <w:p>
      <w:r>
        <w:br/>
        <w:t>Хведір сміявся:</w:t>
      </w:r>
    </w:p>
    <w:p>
      <w:r>
        <w:br/>
        <w:t>— Тебе жінка не била?</w:t>
      </w:r>
    </w:p>
    <w:p>
      <w:r>
        <w:br/>
        <w:t>— Слухай, Хведоре, ти смієшся. А знаєш... Під гарячу руку замилую... Чортам буде тошно. Терплю, але як і ввірветься...</w:t>
      </w:r>
    </w:p>
    <w:p>
      <w:r>
        <w:br/>
        <w:t>Хведір поміряв його поглядом:</w:t>
      </w:r>
    </w:p>
    <w:p>
      <w:r>
        <w:br/>
        <w:t>— Я знаю: навкулачки ти вмієш, а тут куций, брате!</w:t>
      </w:r>
    </w:p>
    <w:p>
      <w:r>
        <w:br/>
        <w:t>(Збризкувались прозорим, м'яким склом... Підходили до глинищ. Та-ж сама гора. І з неї видно однакові села...</w:t>
      </w:r>
    </w:p>
    <w:p>
      <w:r>
        <w:br/>
        <w:t>Але Каленик полохливо обмер, обірвався:</w:t>
      </w:r>
    </w:p>
    <w:p>
      <w:r>
        <w:br/>
        <w:t>— Диви!</w:t>
      </w:r>
    </w:p>
    <w:p>
      <w:r>
        <w:br/>
        <w:t>1 жаху повні широкі, покров'янілі очі бігали по ямі. Хведір ковтнув глину, ноги затрусилися.</w:t>
      </w:r>
    </w:p>
    <w:p>
      <w:r>
        <w:br/>
        <w:t>— Діждались дощика!</w:t>
      </w:r>
    </w:p>
    <w:p>
      <w:r>
        <w:br/>
        <w:t>— І борошна — заїкнувся несамовито Каленик, потім припав з копаницею, підкопувався до заваленої ями.</w:t>
      </w:r>
    </w:p>
    <w:p>
      <w:r>
        <w:br/>
        <w:t>— Може нетовсто, зверху тільки?</w:t>
      </w:r>
    </w:p>
    <w:p>
      <w:r>
        <w:br/>
        <w:t>Сів і Хведір, брав руками важкі шматки і з прокляттям викидав...</w:t>
      </w:r>
    </w:p>
    <w:p>
      <w:r>
        <w:br/>
        <w:t>...Каленик одкинув далеко копаницю.</w:t>
      </w:r>
    </w:p>
    <w:p>
      <w:r>
        <w:br/>
        <w:t>— Що? Раділи за дощ? А тепер...—і раптом прокляв долю, дощ і глину.</w:t>
      </w:r>
    </w:p>
    <w:p>
      <w:r>
        <w:br/>
        <w:t>— А їсти'</w:t>
      </w:r>
    </w:p>
    <w:p>
      <w:r>
        <w:br/>
        <w:t>Завалена глиною яма, насмішкувато сіріла. Стояв синій ранок.</w:t>
      </w:r>
    </w:p>
    <w:p>
      <w:r>
        <w:br/>
        <w:t>Верба общипана зрухнулась, затрусила мрякою, 1а біля заваленої ями прибилось дощем вчорашнє йбагаття—вугілля.</w:t>
      </w:r>
    </w:p>
    <w:p>
      <w:r>
        <w:br/>
        <w:t>— Що робити?</w:t>
      </w:r>
    </w:p>
    <w:p>
      <w:r>
        <w:br/>
        <w:t>— Підемо на заробітки.</w:t>
      </w:r>
    </w:p>
    <w:p>
      <w:r>
        <w:br/>
        <w:t>— А жінка? А діти?</w:t>
      </w:r>
    </w:p>
    <w:p>
      <w:r>
        <w:br/>
        <w:t>— А то не знаю. Тут де-небудь пристроїш!</w:t>
      </w:r>
    </w:p>
    <w:p>
      <w:r>
        <w:br/>
        <w:t>— Тут де-небудь? — гірко перекривив Каленик,— я не піду додому. В село піду, може наймусь, або юозичу дещо!</w:t>
      </w:r>
    </w:p>
    <w:p>
      <w:r>
        <w:br/>
        <w:t>Потім повернув вправоруч на дорогу.</w:t>
      </w:r>
    </w:p>
    <w:p>
      <w:r>
        <w:br/>
        <w:t>...Каленик ходив найматись, його всюди стрічали з посмішкою і розводили руками.</w:t>
      </w:r>
    </w:p>
    <w:p>
      <w:r>
        <w:br/>
        <w:t>— Самим не стає їсти!</w:t>
      </w:r>
    </w:p>
    <w:p>
      <w:r>
        <w:br/>
        <w:t>І він обурений вернувся додому. Після дощу чебрець розривався в сонячному по-Гвітрі. Хата посвіжішала, бо бур'ян, що ріс на стрісі, позеленів. Катерина зустріла Каленика:</w:t>
      </w:r>
    </w:p>
    <w:p>
      <w:r>
        <w:br/>
        <w:t>— Кінчили вже?</w:t>
      </w:r>
    </w:p>
    <w:p>
      <w:r>
        <w:br/>
        <w:t>Він мовчав і дивився на діти. Катерина знову:</w:t>
      </w:r>
    </w:p>
    <w:p>
      <w:r>
        <w:br/>
        <w:t>— Чого мовчиш? Хіба може...—боялась доказати, нервово перебирала пальцями передника.</w:t>
      </w:r>
    </w:p>
    <w:p>
      <w:r>
        <w:br/>
        <w:t>— Завалилась яма!—вибухнув—і не балакай, а то вб'ю. Уб'ю!—і підняв руку.</w:t>
      </w:r>
    </w:p>
    <w:p>
      <w:r>
        <w:br/>
        <w:t>— Коли це ти став такий? Лякаєш? Ох, горенько! —заскаржилась і раптом змовкла. — А потім знову: Йолопе, чого стоїш"? Нічого не їли сьогодні. Пху на тебе!—обернулась і плюнула.</w:t>
      </w:r>
    </w:p>
    <w:p>
      <w:r>
        <w:br/>
        <w:t>Розлилась живцем кров по жилах. Надулись жили.</w:t>
      </w:r>
    </w:p>
    <w:p>
      <w:r>
        <w:br/>
        <w:t>— На тобі! —Вдарив і вмить пішов у хату. Вона схватилась за голову і тихо сіла на порозі.</w:t>
      </w:r>
    </w:p>
    <w:p>
      <w:r>
        <w:br/>
        <w:t>Не плакала. Івась прибіг.</w:t>
      </w:r>
    </w:p>
    <w:p>
      <w:r>
        <w:br/>
        <w:t>— Мамо, я хочу їсти.</w:t>
      </w:r>
    </w:p>
    <w:p>
      <w:r>
        <w:br/>
        <w:t>А там провалля сходили, підіймались на гору. Каленик проліз крізь двері.</w:t>
      </w:r>
    </w:p>
    <w:p>
      <w:r>
        <w:br/>
        <w:t>— Катерино! Я йду на заробітки. Кажуть, що в Ковалівці хліб є.</w:t>
      </w:r>
    </w:p>
    <w:p>
      <w:r>
        <w:br/>
        <w:t>— А я?</w:t>
      </w:r>
    </w:p>
    <w:p>
      <w:r>
        <w:br/>
        <w:t>— Продаси кохту, мій піджак, поки-що. А там я навідаюсь.</w:t>
      </w:r>
    </w:p>
    <w:p>
      <w:r>
        <w:br/>
        <w:t>Нічого не відповіла. Злісно подивилась услід. Постать Каленика трохи пригорблена нижчала в яру... Він пішов до Хведора. А маленька дитина злізла на руки до матери і закричала:—е,—е!</w:t>
      </w:r>
    </w:p>
    <w:p>
      <w:r>
        <w:br/>
        <w:t>— їсти хочеш,—спитала Катерина і щільніш притулилась до дитини...</w:t>
      </w:r>
    </w:p>
    <w:p>
      <w:r>
        <w:br/>
        <w:t>...Каленик вернувся з Хведором, взяв клунка і винуватий підійшов до жінки:</w:t>
      </w:r>
    </w:p>
    <w:p>
      <w:r>
        <w:br/>
        <w:t>— Ну, прощавай! Не сердься, та бережи себе. Скотилась сльоза. Поцілував Івася і пішов.</w:t>
      </w:r>
    </w:p>
    <w:p>
      <w:r>
        <w:br/>
        <w:t>А Катерина дивилась услід.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