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гаю</w:t>
      </w:r>
    </w:p>
    <w:p>
      <w:r>
        <w:br/>
        <w:t xml:space="preserve"> Той — мудрець, чиї завжди свободнії&lt;br /&gt;</w:t>
        <w:br/>
        <w:t>Над землею вітають думки,&lt;br /&gt;</w:t>
        <w:br/>
        <w:t>Для кого дишуть камні холоднії,&lt;br /&gt;</w:t>
        <w:br/>
        <w:t>З ким говорять квітки і струмки.</w:t>
      </w:r>
    </w:p>
    <w:p>
      <w:r>
        <w:br/>
        <w:t>Бодлер</w:t>
      </w:r>
    </w:p>
    <w:p>
      <w:r>
        <w:br/>
        <w:t>І</w:t>
      </w:r>
    </w:p>
    <w:p>
      <w:r>
        <w:br/>
        <w:t>— Гей, гаю зелений,&lt;br /&gt;</w:t>
        <w:br/>
        <w:t>Чи є в твоїй пущі живий чоловік?&lt;br /&gt;</w:t>
        <w:br/>
        <w:t>Озвись хто на поклик мій гучно-шалений,&lt;br /&gt;</w:t>
        <w:br/>
        <w:t>Подай відповідний бадьорий свій крик.</w:t>
      </w:r>
    </w:p>
    <w:p>
      <w:r>
        <w:br/>
        <w:t>Чи тільки один я самітно блукаю&lt;br /&gt;</w:t>
        <w:br/>
        <w:t>Між сосен високих і пишних дубів,&lt;br /&gt;</w:t>
        <w:br/>
        <w:t>Тоді як од людського ґвалту тікаю,&lt;br /&gt;</w:t>
        <w:br/>
        <w:t>Од пут і кайданів покірних рабів!</w:t>
      </w:r>
    </w:p>
    <w:p>
      <w:r>
        <w:br/>
        <w:t>Як дуже обридне сумне нарікання&lt;br /&gt;</w:t>
        <w:br/>
        <w:t>Моїх обезсилених темних братів,&lt;br /&gt;</w:t>
        <w:br/>
        <w:t>І праця селян, і довічне страждання,&lt;br /&gt;</w:t>
        <w:br/>
        <w:t>І торг невсипущих гучних городів.</w:t>
      </w:r>
    </w:p>
    <w:p>
      <w:r>
        <w:br/>
        <w:t>То тиша й самотність зеленого гаю&lt;br /&gt;</w:t>
        <w:br/>
        <w:t>Миліші мені од шумливого краю.</w:t>
      </w:r>
    </w:p>
    <w:p>
      <w:r>
        <w:br/>
        <w:t>ІІ</w:t>
      </w:r>
    </w:p>
    <w:p>
      <w:r>
        <w:br/>
        <w:t>Як тільки промовив я там на узліссі&lt;br /&gt;</w:t>
        <w:br/>
        <w:t>Свій поклик до гаю, зітхнувши грудьми,&lt;br /&gt;</w:t>
        <w:br/>
        <w:t>Мій голос далеко луною пронісся&lt;br /&gt;</w:t>
        <w:br/>
        <w:t>В гаю таємничім, не вчутий людьми.</w:t>
      </w:r>
    </w:p>
    <w:p>
      <w:r>
        <w:br/>
        <w:t>Неначе той голос з шумливого місця&lt;br /&gt;</w:t>
        <w:br/>
        <w:t>Разливо прилинув з гучної юрби&lt;br /&gt;</w:t>
        <w:br/>
        <w:t>І вмер, здивувавши і квіти, і листя,&lt;br /&gt;</w:t>
        <w:br/>
        <w:t>І сосни високі, і пишні дуби.</w:t>
      </w:r>
    </w:p>
    <w:p>
      <w:r>
        <w:br/>
        <w:t>Неначе в якім зачарованім крузі,&lt;br /&gt;</w:t>
        <w:br/>
        <w:t>В таємнім мешканні незнаних творінь,&lt;br /&gt;</w:t>
        <w:br/>
        <w:t>Все знову затихло навколо, як в усі,&lt;br /&gt;</w:t>
        <w:br/>
        <w:t>І все обгорнула довічняя тінь.</w:t>
      </w:r>
    </w:p>
    <w:p>
      <w:r>
        <w:br/>
        <w:t>З природою в тиші такій таємничій&lt;br /&gt;</w:t>
        <w:br/>
        <w:t>Зливається розум і дух чоловічий.</w:t>
      </w:r>
    </w:p>
    <w:p>
      <w:r>
        <w:br/>
        <w:t>III</w:t>
      </w:r>
    </w:p>
    <w:p>
      <w:r>
        <w:br/>
        <w:t>Нас вабить до себе природа велична,&lt;br /&gt;</w:t>
        <w:br/>
        <w:t>Як мати своїх нерозумних дітей,&lt;br /&gt;</w:t>
        <w:br/>
        <w:t>Та тільки не швидко краса її вічна&lt;br /&gt;</w:t>
        <w:br/>
        <w:t>Захопить бентежних, шумливих людей,</w:t>
      </w:r>
    </w:p>
    <w:p>
      <w:r>
        <w:br/>
        <w:t>Бо, сліпо нещасні і сліпо щасливі,&lt;br /&gt;</w:t>
        <w:br/>
        <w:t>Вони ще не можуть краси зрозуміть,&lt;br /&gt;</w:t>
        <w:br/>
        <w:t>Для їх приємніші місця полохливі,&lt;br /&gt;</w:t>
        <w:br/>
        <w:t>Де пеклом життя їх кипить і шумить,</w:t>
      </w:r>
    </w:p>
    <w:p>
      <w:r>
        <w:br/>
        <w:t>Щасливі ж, природо, ті вільні мешканці,&lt;br /&gt;</w:t>
        <w:br/>
        <w:t>Що тільки знаходять розвагу в тобі:&lt;br /&gt;</w:t>
        <w:br/>
        <w:t>Вони твої діти, щасливі обранці,&lt;br /&gt;</w:t>
        <w:br/>
        <w:t>Ти мати їм в щасті і мати в журбі —</w:t>
      </w:r>
    </w:p>
    <w:p>
      <w:r>
        <w:br/>
        <w:t>І гімн тобі вільний од віку й до віка&lt;br /&gt;</w:t>
        <w:br/>
        <w:t>Не стихне ніколи в устах чоловіка.</w:t>
      </w:r>
    </w:p>
    <w:p>
      <w:r>
        <w:br/>
        <w:t>1909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