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дорозі на той світ</w:t>
      </w:r>
    </w:p>
    <w:p>
      <w:r>
        <w:br/>
        <w:t xml:space="preserve"> &lt;p&gt;Старий Семенин ладився на смерть. Парубка виправив в поле, а дітей порозсилав за орудками. Лишень сам з дівчиною остався в хаті. А дівчину лишив тому, аби було кому піти за людьми до дзвонення.</w:t>
      </w:r>
    </w:p>
    <w:p>
      <w:r>
        <w:br/>
        <w:t>Лежав на ліжку і чекав смерті. Водив очима по столі, по стінах, по святих образах і знов замикав очі. Так замикав, як би не мав їх уже більше розплющити. По хвилі розхилилась шпарочка, ширшала, і знов дивився, так дивився, як би перший раз, по довгій неприсутності в хаті, оглядав її.</w:t>
      </w:r>
    </w:p>
    <w:p>
      <w:r>
        <w:br/>
        <w:t>А дівчина сиділа побіч і мухи відганяла. Сам старий сили не мав вже.</w:t>
      </w:r>
    </w:p>
    <w:p>
      <w:r>
        <w:br/>
        <w:t>— А далеко до вечора? — простогнав.</w:t>
      </w:r>
    </w:p>
    <w:p>
      <w:r>
        <w:br/>
        <w:t>— От щойно над лісом сонце.</w:t>
      </w:r>
    </w:p>
    <w:p>
      <w:r>
        <w:br/>
        <w:t>— А то раз муха тне!</w:t>
      </w:r>
    </w:p>
    <w:p>
      <w:r>
        <w:br/>
        <w:t>— Десь на дощ так.</w:t>
      </w:r>
    </w:p>
    <w:p>
      <w:r>
        <w:br/>
        <w:t>Хорому в грудях грало. Як би камінчики хто спускав раз в раз. А коли придушило, закашлявся, ледве відійшов. Дівчина вставала. Страх збирав її. Віддалялась за піч і несміло, лячно дивилась, як старий боровся. Відтак знов підходила і приглядалась. А коли запевнилася, що живе, сідала. Тяжко було і йому, і їй.</w:t>
      </w:r>
    </w:p>
    <w:p>
      <w:r>
        <w:br/>
        <w:t>Під вечір погіршилось хорому. Щовечора погіршалось. Підводився і обертався. Хвилями цілком тихо ставало.</w:t>
      </w:r>
    </w:p>
    <w:p>
      <w:r>
        <w:br/>
        <w:t>Але через ніч — та й минуло. Переломилася хороба. Раненько засвітились старому очі і повеселішали, як би й не знав нічого про слабість. Вставати хотів.</w:t>
      </w:r>
    </w:p>
    <w:p>
      <w:r>
        <w:br/>
        <w:t>— Таку силу чую в собі, що Лно до ціпа ставай!</w:t>
      </w:r>
    </w:p>
    <w:p>
      <w:r>
        <w:br/>
        <w:t>І справді оглядався за сніпцем. Брався вставати. Лишень діти не позволили.</w:t>
      </w:r>
    </w:p>
    <w:p>
      <w:r>
        <w:br/>
        <w:t>Пильнувати не треба було перед смертію — і старий лишився сам один. То сідав, то лягав. Переглядав минуле.</w:t>
      </w:r>
    </w:p>
    <w:p>
      <w:r>
        <w:br/>
        <w:t>Нагадав собі молодість свою: як то він парубкував та й за дівчатами вганяв. Одну і другу піддурив, а з десятою оженився.</w:t>
      </w:r>
    </w:p>
    <w:p>
      <w:r>
        <w:br/>
        <w:t>Така дужість вступила в нього, що ще раз забаглось жінки. Чому би ні? Старші женяться, а йому на Петра і Павла 1 щойно шістдесятка минула.</w:t>
      </w:r>
    </w:p>
    <w:p>
      <w:r>
        <w:br/>
        <w:t>Став перепускати одну жінку по другій зі свого села, із других сіл, де яку знав. Міркував собі, котра би то йому могла бути пара.</w:t>
      </w:r>
    </w:p>
    <w:p>
      <w:r>
        <w:br/>
        <w:t>"Лишень чи діти пристануть? Бо то і у них свій розум!"</w:t>
      </w:r>
    </w:p>
    <w:p>
      <w:r>
        <w:br/>
        <w:t>Так собі розбирає старий на всі боки і до дзеркальця зазирає. Підголюється та стає о яких тридцять літ відразу молодшим. В руки сплеснув з радості.</w:t>
      </w:r>
    </w:p>
    <w:p>
      <w:r>
        <w:br/>
        <w:t>Дітей щойно не видко.</w:t>
      </w:r>
    </w:p>
    <w:p>
      <w:r>
        <w:br/>
        <w:t>Смеркається. Худоба вертає і подзвонює. Вертають людські, і його ззаду тягнуться та з-поза плотів городовину обсмикують.</w:t>
      </w:r>
    </w:p>
    <w:p>
      <w:r>
        <w:br/>
        <w:t>Приємний вечір. Лагідний вітер обдмухує квітки, охолоджує на прихід роси. А квітки весело глядять. Здається, заговорили б, якби знали спосіб. А приглянешся ближче, ніби говорять, ніби шепчуть, ніби підсміхаються. Як гарно, як любо. Хотіло б ся підслухати їх мову та зрозуміти значіння її слів.</w:t>
      </w:r>
    </w:p>
    <w:p>
      <w:r>
        <w:br/>
        <w:t>Старий станув на порозі любуватись видом. Чистими струями плили лагідні лучі вечірнього сонця, а хмарочки, як клубочки ясного пір'я, сунулись по небі. Супокій там, вгорі, супокій тут, на землі. Нема ніде горя. Так весело, так радісно. Начеб молодість вертала!</w:t>
      </w:r>
    </w:p>
    <w:p>
      <w:r>
        <w:br/>
        <w:t>З поля молодички вертають. Спенцери на раменах, сорочки мало до тіла не поприлипали, а лиця повні, червоні. Між ними дівчат кілька. Співають обжинкової. Та такої веселої, живої, начеб весільною була.</w:t>
      </w:r>
    </w:p>
    <w:p>
      <w:r>
        <w:br/>
        <w:t>Підійшов старий до воріт. Притягнула його сила якась. Жінки підсміхувались, а се ще більше розохочувало. Він собі до них:</w:t>
      </w:r>
    </w:p>
    <w:p>
      <w:r>
        <w:br/>
        <w:t>— Здорові були!</w:t>
      </w:r>
    </w:p>
    <w:p>
      <w:r>
        <w:br/>
        <w:t>— А як? Вже подужали?</w:t>
      </w:r>
    </w:p>
    <w:p>
      <w:r>
        <w:br/>
        <w:t>— Або то слабий був коли?</w:t>
      </w:r>
    </w:p>
    <w:p>
      <w:r>
        <w:br/>
        <w:t>— Таже, казали, вмирати мали вже.</w:t>
      </w:r>
    </w:p>
    <w:p>
      <w:r>
        <w:br/>
        <w:t>— Ой-ой! Чи то так легко вмерти, як ся каже?</w:t>
      </w:r>
    </w:p>
    <w:p>
      <w:r>
        <w:br/>
        <w:t>— Ну, правда. А ще вам! Таж то кров і молоко!</w:t>
      </w:r>
    </w:p>
    <w:p>
      <w:r>
        <w:br/>
        <w:t>— Ге-ге-ге-ге! Жартуєте собі зі старого!</w:t>
      </w:r>
    </w:p>
    <w:p>
      <w:r>
        <w:br/>
        <w:t>— Ой, присяйбо, ні! Сама би вийшла за вас, якби не чоловік!</w:t>
      </w:r>
    </w:p>
    <w:p>
      <w:r>
        <w:br/>
        <w:t>— Ади, яка охоча! — понеслось гуртом, і хихоталися молодята та крилися одно за друге.</w:t>
      </w:r>
    </w:p>
    <w:p>
      <w:r>
        <w:br/>
        <w:t>— Але є молодиці, що ще варта гріха. Ану, дядьку, попробуйте! Самому скучно. Та майна буде кому допильнувати, аби не розточилось.</w:t>
      </w:r>
    </w:p>
    <w:p>
      <w:r>
        <w:br/>
        <w:t>— Ая, майно, майно! Ади, яка мудра!</w:t>
      </w:r>
    </w:p>
    <w:p>
      <w:r>
        <w:br/>
        <w:t>— Може би, вас висватати? Не пожалуєте!</w:t>
      </w:r>
    </w:p>
    <w:p>
      <w:r>
        <w:br/>
        <w:t>— Та з ким? — спитав старий, так, через цікавість.</w:t>
      </w:r>
    </w:p>
    <w:p>
      <w:r>
        <w:br/>
        <w:t>— Аз тою з-під лісу!</w:t>
      </w:r>
    </w:p>
    <w:p>
      <w:r>
        <w:br/>
        <w:t>А йому аж очі заіскрились. Справді, раз собі жіночка була! Як дівкою ще жила, то панич із двора стрілявся і на ціле життя калікою став.</w:t>
      </w:r>
    </w:p>
    <w:p>
      <w:r>
        <w:br/>
        <w:t>— А не заостра?</w:t>
      </w:r>
    </w:p>
    <w:p>
      <w:r>
        <w:br/>
        <w:t>— Куди там! Спершу була. А тепер, як літа присіли, то і іфов остигла. Саме для вас!</w:t>
      </w:r>
    </w:p>
    <w:p>
      <w:r>
        <w:br/>
        <w:t>Старий похилився через ворота і наче надумувався, пригадував собі щось.</w:t>
      </w:r>
    </w:p>
    <w:p>
      <w:r>
        <w:br/>
        <w:t>— Ну, а люди?</w:t>
      </w:r>
    </w:p>
    <w:p>
      <w:r>
        <w:br/>
        <w:t>— Що люди? Або люди не побираються? га?</w:t>
      </w:r>
    </w:p>
    <w:p>
      <w:r>
        <w:br/>
        <w:t>— Але не в таких літах!</w:t>
      </w:r>
    </w:p>
    <w:p>
      <w:r>
        <w:br/>
        <w:t>— Ще старші!</w:t>
      </w:r>
    </w:p>
    <w:p>
      <w:r>
        <w:br/>
        <w:t>"Правда,— подумав собі старий.— Та й я ще не такий в літах",— і потряс воротами, як би на доказ своїх сил. Ворота заскрипіли жалко і перевалились.</w:t>
      </w:r>
    </w:p>
    <w:p>
      <w:r>
        <w:br/>
        <w:t>Старий впевнився, що ще не потребував боятися баби.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дорозі на той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