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святого Юрія</w:t>
      </w:r>
    </w:p>
    <w:p>
      <w:r>
        <w:br/>
        <w:t xml:space="preserve"> Не мені, не мені судилося&lt;br /&gt;</w:t>
        <w:br/>
        <w:t>Сіять мак на твоїх полях…&lt;br /&gt;</w:t>
        <w:br/>
        <w:t>Ой, Пречистая Діво, змилуйся,&lt;br /&gt;</w:t>
        <w:br/>
        <w:t>Пом’яни в своїх молитвах…</w:t>
      </w:r>
    </w:p>
    <w:p>
      <w:r>
        <w:br/>
        <w:t>В день святого весняного Юрія&lt;br /&gt;</w:t>
        <w:br/>
        <w:t>До криниці по воду йшла…&lt;br /&gt;</w:t>
        <w:br/>
        <w:t>Божевільною білою бурею&lt;br /&gt;</w:t>
        <w:br/>
        <w:t>За криницею вишня цвіла…</w:t>
      </w:r>
    </w:p>
    <w:p>
      <w:r>
        <w:br/>
        <w:t>Міліони прозорих метеликів&lt;br /&gt;</w:t>
        <w:br/>
        <w:t>Прославляли життя і смерть…&lt;br /&gt;</w:t>
        <w:br/>
        <w:t>Запашних міліони келихів&lt;br /&gt;</w:t>
        <w:br/>
        <w:t>П’яним медом наповнені вщерть…</w:t>
      </w:r>
    </w:p>
    <w:p>
      <w:r>
        <w:br/>
        <w:t>І стояла у сні під криницею,&lt;br /&gt;</w:t>
        <w:br/>
        <w:t>Снила ніжно весняним сном,&lt;br /&gt;</w:t>
        <w:br/>
        <w:t>Причастилась весни таємницею,&lt;br /&gt;</w:t>
        <w:br/>
        <w:t>Золотим весняним вином.</w:t>
      </w:r>
    </w:p>
    <w:p>
      <w:r>
        <w:br/>
        <w:t>І було наче зоряна ніч вино,&lt;br /&gt;</w:t>
        <w:br/>
        <w:t>Помутились думки мої…&lt;br /&gt;</w:t>
        <w:br/>
        <w:t>Тільки чую: – Хороша дівчино! —&lt;br /&gt;</w:t>
        <w:br/>
        <w:t>Гей, коня мого напої…</w:t>
      </w:r>
    </w:p>
    <w:p>
      <w:r>
        <w:br/>
        <w:t>Подивилась, а поруч стомлений&lt;br /&gt;</w:t>
        <w:br/>
        <w:t>Білий кінь, як птиця тремтів…&lt;br /&gt;</w:t>
        <w:br/>
        <w:t>А на ньому хтось соняшним променем&lt;br /&gt;</w:t>
        <w:br/>
        <w:t>В біло-злотнім убранні горів…</w:t>
      </w:r>
    </w:p>
    <w:p>
      <w:r>
        <w:br/>
        <w:t>Ой навіщо я подивилася?&lt;br /&gt;</w:t>
        <w:br/>
        <w:t>Чарівний біло-злотний птах…&lt;br /&gt;</w:t>
        <w:br/>
        <w:t>Не мені, не мені судилося&lt;br /&gt;</w:t>
        <w:br/>
        <w:t>Сіять мак на твоїх полях.</w:t>
      </w:r>
    </w:p>
    <w:p>
      <w:r>
        <w:br/>
        <w:t>Се ж його променясті кучері&lt;br /&gt;</w:t>
        <w:br/>
        <w:t>Я тримала в своїх руках,&lt;br /&gt;</w:t>
        <w:br/>
        <w:t>Як тугим перевеслом мучила&lt;br /&gt;</w:t>
        <w:br/>
        <w:t>Хвилю золота в пишних снопах…</w:t>
      </w:r>
    </w:p>
    <w:p>
      <w:r>
        <w:br/>
        <w:t>Чи не його се очи вдосвіта&lt;br /&gt;</w:t>
        <w:br/>
        <w:t>Я угледіла в небі колись,&lt;br /&gt;</w:t>
        <w:br/>
        <w:t>Коли світлими росами хтось ридав,&lt;br /&gt;</w:t>
        <w:br/>
        <w:t>Схід мережив брилянтом сліз?..</w:t>
      </w:r>
    </w:p>
    <w:p>
      <w:r>
        <w:br/>
        <w:t>Се ж для його убрання пишного&lt;br /&gt;</w:t>
        <w:br/>
        <w:t>Золотило сонце сніги,&lt;br /&gt;</w:t>
        <w:br/>
        <w:t>Гаптувало між білою вишнею&lt;br /&gt;</w:t>
        <w:br/>
        <w:t>Самоцвіти свої дорогі…</w:t>
      </w:r>
    </w:p>
    <w:p>
      <w:r>
        <w:br/>
        <w:t>Се ж його червоними маками&lt;br /&gt;</w:t>
        <w:br/>
        <w:t>Усміхалися влітку уста…&lt;br /&gt;</w:t>
        <w:br/>
        <w:t>І крижані крапельки плакали,&lt;br /&gt;</w:t>
        <w:br/>
        <w:t>І дзеркалилась в цебрах вода…</w:t>
      </w:r>
    </w:p>
    <w:p>
      <w:r>
        <w:br/>
        <w:t>Та навколо святого Юрія&lt;br /&gt;</w:t>
        <w:br/>
        <w:t>Білим сяйвом вились пелюстки…&lt;br /&gt;</w:t>
        <w:br/>
        <w:t>Божевільною білою бурею&lt;br /&gt;</w:t>
        <w:br/>
        <w:t>Танцювали свої танки…</w:t>
      </w:r>
    </w:p>
    <w:p>
      <w:r>
        <w:br/>
        <w:t>Напувала коня похилого,&lt;br /&gt;</w:t>
        <w:br/>
        <w:t>Помутилося все в ту мить…&lt;br /&gt;</w:t>
        <w:br/>
        <w:t>І спитала вершника білого:&lt;br /&gt;</w:t>
        <w:br/>
        <w:t>Може б в хату зайшов спочить?</w:t>
      </w:r>
    </w:p>
    <w:p>
      <w:r>
        <w:br/>
        <w:t>Усміхнувся… На тлі зеленого&lt;br /&gt;</w:t>
        <w:br/>
        <w:t>Золотою гадючкою спис…&lt;br /&gt;</w:t>
        <w:br/>
        <w:t>– Чи нема на війні нареченого?&lt;br /&gt;</w:t>
        <w:br/>
        <w:t>Ти за нього мені молись…</w:t>
      </w:r>
    </w:p>
    <w:p>
      <w:r>
        <w:br/>
        <w:t>У нестямі до ніг схилилася,&lt;br /&gt;</w:t>
        <w:br/>
        <w:t>Розтопила душу в сльозах…&lt;br /&gt;</w:t>
        <w:br/>
        <w:t>Не мені, не мені судилося&lt;br /&gt;</w:t>
        <w:br/>
        <w:t>Сіять мак на твоїх полях…</w:t>
      </w:r>
    </w:p>
    <w:p>
      <w:r>
        <w:br/>
        <w:t>Тупнув кінь і знялася курява,&lt;br /&gt;</w:t>
        <w:br/>
        <w:t>Закрутився далеко шлях…&lt;br /&gt;</w:t>
        <w:br/>
        <w:t>Зникли очи святого Юрія,&lt;br /&gt;</w:t>
        <w:br/>
        <w:t>Чарівний біло-злотний птах…</w:t>
      </w:r>
    </w:p>
    <w:p>
      <w:r>
        <w:br/>
        <w:t>І, цілуючи білий слід його,&lt;br /&gt;</w:t>
        <w:br/>
        <w:t>Проридала душа свій гріх…&lt;br /&gt;</w:t>
        <w:br/>
        <w:t>Ой навіщо до раю світлого&lt;br /&gt;</w:t>
        <w:br/>
        <w:t>Вводиш, Боже, вродливих святих?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святого Юрія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