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Уривок із поеми</w:t>
      </w:r>
    </w:p>
    <w:p>
      <w:r>
        <w:br/>
        <w:t xml:space="preserve"> ...Це юності мотиви опівнічні,&lt;br /&gt;</w:t>
        <w:br/>
        <w:t>це карнавальний дим довкола плах,&lt;br /&gt;</w:t>
        <w:br/>
        <w:t>двосічний дотеп і свіча у січні,&lt;br /&gt;</w:t>
        <w:br/>
        <w:t>бравада крові й бородатий страх,&lt;br /&gt;</w:t>
        <w:br/>
        <w:t>це все, що мав, – за кучерик на шиї!..&lt;br /&gt;</w:t>
        <w:br/>
        <w:t>Це дім, де рок – оброком, а за крок&lt;br /&gt;</w:t>
        <w:br/>
        <w:t>з пожовклих довоєнних сторінок&lt;br /&gt;</w:t>
        <w:br/>
        <w:t>співали соловецькі соловії, –&lt;br /&gt;</w:t>
        <w:br/>
        <w:t>чи думав ти, який у них хосен?&lt;br /&gt;</w:t>
        <w:br/>
        <w:t>Та вже світало, і лунав Дассен.</w:t>
      </w:r>
    </w:p>
    <w:p>
      <w:r>
        <w:br/>
        <w:t>А місто віршів, бунтів, поцілунків&lt;br /&gt;</w:t>
        <w:br/>
        <w:t>явило інший лик із інших сцен,&lt;br /&gt;</w:t>
        <w:br/>
        <w:t>коли з-за слів, неначе з-за лаштунків,&lt;br /&gt;</w:t>
        <w:br/>
        <w:t>як сюзерен, виходив манекен,&lt;br /&gt;</w:t>
        <w:br/>
        <w:t>коли зіниці клались на полиці –&lt;br /&gt;</w:t>
        <w:br/>
        <w:t>і літери сахалися зіниць,&lt;br /&gt;</w:t>
        <w:br/>
        <w:t>коли занадто мертва смерть дзвіниць&lt;br /&gt;</w:t>
        <w:br/>
        <w:t>дірки засклила в хроніках столиці&lt;br /&gt;</w:t>
        <w:br/>
        <w:t>й хіба що голубам служило скло...&lt;br /&gt;</w:t>
        <w:br/>
        <w:t>Невже тоді нічого не було?!</w:t>
      </w:r>
    </w:p>
    <w:p>
      <w:r>
        <w:br/>
        <w:t>Були ж неопалима віща круча&lt;br /&gt;</w:t>
        <w:br/>
        <w:t>й немилосердне в щирості село,&lt;br /&gt;</w:t>
        <w:br/>
        <w:t>його щетина спогадів колюча&lt;br /&gt;</w:t>
        <w:br/>
        <w:t>й невіра в балакуче ремесло.&lt;br /&gt;</w:t>
        <w:br/>
        <w:t>Були ж – уперше – Хортиця і Галич,&lt;br /&gt;</w:t>
        <w:br/>
        <w:t>листок на плесі й полотняний сніг,&lt;br /&gt;</w:t>
        <w:br/>
        <w:t>перешепти в кав’яреньках тісних&lt;br /&gt;</w:t>
        <w:br/>
        <w:t>про білу квітку і про скіфську далеч, –&lt;br /&gt;</w:t>
        <w:br/>
        <w:t>дарма, що хрестовик собі сотав&lt;br /&gt;</w:t>
        <w:br/>
        <w:t>безбарвну і солодку нить октав.</w:t>
      </w:r>
    </w:p>
    <w:p>
      <w:r>
        <w:br/>
        <w:t>Іще не відшуміли бурі в склянці,&lt;br /&gt;</w:t>
        <w:br/>
        <w:t>коли, з космацьких зринувши отав,&lt;br /&gt;</w:t>
        <w:br/>
        <w:t>убогу тишу, як підлогу в танці,&lt;br /&gt;</w:t>
        <w:br/>
        <w:t>двадцятилітній вітер розхитав,&lt;br /&gt;</w:t>
        <w:br/>
        <w:t>озвучивши потоки світлі й темні,&lt;br /&gt;</w:t>
        <w:br/>
        <w:t>розгледівши в імлі стражденний лик&lt;br /&gt;</w:t>
        <w:br/>
        <w:t>того, від кого одвернувся вік,&lt;br /&gt;</w:t>
        <w:br/>
        <w:t>почувши й відголоски потаємні,&lt;br /&gt;</w:t>
        <w:br/>
        <w:t>й біловолосу жінку на скалі,&lt;br /&gt;</w:t>
        <w:br/>
        <w:t>і рід її – в ганьбі або в землі.</w:t>
      </w:r>
    </w:p>
    <w:p>
      <w:r>
        <w:br/>
        <w:t>Коли уламки вівтаря в дровітню&lt;br /&gt;</w:t>
        <w:br/>
        <w:t>складали, нагорлавшись при столі,&lt;br /&gt;</w:t>
        <w:br/>
        <w:t>розворушило ватру старожитню:&lt;br /&gt;</w:t>
        <w:br/>
        <w:t>"Скажіть мені, поети Василі!.." –&lt;br /&gt;</w:t>
        <w:br/>
        <w:t>заговоріть, поети, хто як може,&lt;br /&gt;</w:t>
        <w:br/>
        <w:t>щоб задихнулись в подушках пухких&lt;br /&gt;</w:t>
        <w:br/>
        <w:t>обрізані рядочки, для яких&lt;br /&gt;</w:t>
        <w:br/>
        <w:t>задовге навіть найкоротше ложе, –&lt;br /&gt;</w:t>
        <w:br/>
        <w:t>хоча здавалось: звідки серед пуст&lt;br /&gt;</w:t>
        <w:br/>
        <w:t>узявся той всевидящий прокруст?</w:t>
      </w:r>
    </w:p>
    <w:p>
      <w:r>
        <w:br/>
        <w:t>Допоки лаври, впавши на литаври,&lt;br /&gt;</w:t>
        <w:br/>
        <w:t>глушили слав і слів смертельний хруст,&lt;br /&gt;</w:t>
        <w:br/>
        <w:t>"Печальний етнос, трохи що не маври!" –&lt;br /&gt;</w:t>
        <w:br/>
        <w:t>у закарпатця вирвалось із уст.&lt;br /&gt;</w:t>
        <w:br/>
        <w:t>Допоки цвів у поступі повзучім&lt;br /&gt;</w:t>
        <w:br/>
        <w:t>безпам’ятний співучий переляк,&lt;br /&gt;</w:t>
        <w:br/>
        <w:t>своє тернове поле подоляк&lt;br /&gt;</w:t>
        <w:br/>
        <w:t>ніяк не міг обміряти співзвуччям,&lt;br /&gt;</w:t>
        <w:br/>
        <w:t>і реготав у риму Асмодей –&lt;br /&gt;</w:t>
        <w:br/>
        <w:t>львів’янин-батяр, бородань-спудей.</w:t>
      </w:r>
    </w:p>
    <w:p>
      <w:r>
        <w:br/>
        <w:t>Коли душа потроху відмокає,&lt;br /&gt;</w:t>
        <w:br/>
        <w:t>напередовець із підгір’я, де й&lt;br /&gt;</w:t>
        <w:br/>
        <w:t>пісні – живі, вертепи відмикає&lt;br /&gt;</w:t>
        <w:br/>
        <w:t>і скрипку притискає до грудей.&lt;br /&gt;</w:t>
        <w:br/>
        <w:t>Заціпило узір парадним ряднам,&lt;br /&gt;</w:t>
        <w:br/>
        <w:t>затіпало сановні тілеса, –&lt;br /&gt;</w:t>
        <w:br/>
        <w:t>і площа вознеслась у небеса,&lt;br /&gt;</w:t>
        <w:br/>
        <w:t>обвита шумовинням виноградним,&lt;br /&gt;</w:t>
        <w:br/>
        <w:t>і крізь епохи й війни, сміх і схлип&lt;br /&gt;</w:t>
        <w:br/>
        <w:t>доніс до нас крихкий даґеротип.</w:t>
      </w:r>
    </w:p>
    <w:p>
      <w:r>
        <w:br/>
        <w:t>А час довкіл? Лякав, як лепрозорій!&lt;br /&gt;</w:t>
        <w:br/>
        <w:t>Чи розібратись в ньому не могли б?&lt;br /&gt;</w:t>
        <w:br/>
        <w:t>А може, є в тім умисел прозорий,&lt;br /&gt;</w:t>
        <w:br/>
        <w:t>що запізнали й полиновий хліб?..&lt;br /&gt;</w:t>
        <w:br/>
        <w:t>Куди пощезнуть відблиски примарні,&lt;br /&gt;</w:t>
        <w:br/>
        <w:t>коли доба не черт і рез, а криз&lt;br /&gt;</w:t>
        <w:br/>
        <w:t>високі строфи профільтрує крізь&lt;br /&gt;</w:t>
        <w:br/>
        <w:t>цідилку з респіраторної марлі?&lt;br /&gt;</w:t>
        <w:br/>
        <w:t>Так, це новий, немолодий мотив, –&lt;br /&gt;</w:t>
        <w:br/>
        <w:t>але кого він вбив чи захистив?..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Уривок із поеми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