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Уривок</w:t>
      </w:r>
    </w:p>
    <w:p>
      <w:r>
        <w:br/>
        <w:t xml:space="preserve"> Як проходив тою дорогою —&lt;br /&gt;</w:t>
        <w:br/>
        <w:t>То зустрілися:&lt;br /&gt;</w:t>
        <w:br/>
        <w:t>Я і ти.&lt;br /&gt;</w:t>
        <w:br/>
        <w:t>Два листочки спало з дерева,&lt;br /&gt;</w:t>
        <w:br/>
        <w:t>Два листи.&lt;br /&gt;</w:t>
        <w:br/>
        <w:t>І понесла вода прозорая&lt;br /&gt;</w:t>
        <w:br/>
        <w:t>Ті листи…&lt;br /&gt;</w:t>
        <w:br/>
        <w:t>– Не пройти нам з тобою, дівчинко,&lt;br /&gt;</w:t>
        <w:br/>
        <w:t>Не роз’їхатись,&lt;br /&gt;</w:t>
        <w:br/>
        <w:t>Не пройти!&lt;br /&gt;</w:t>
        <w:br/>
        <w:t>Усміхнулася, похилилася:&lt;br /&gt;</w:t>
        <w:br/>
        <w:t>Хлопці ті!&lt;br /&gt;</w:t>
        <w:br/>
        <w:t>– Від мосточка в боки різнії —&lt;br /&gt;</w:t>
        <w:br/>
        <w:t>Дві ж путі!&lt;br /&gt;</w:t>
        <w:br/>
        <w:t>– Не кажи не кажи так, дівчино…&lt;br /&gt;</w:t>
        <w:br/>
        <w:t>– Ат, пусте!&lt;br /&gt;</w:t>
        <w:br/>
        <w:t>Засміялася, озирнулася&lt;br /&gt;</w:t>
        <w:br/>
        <w:t>В рідний степ.&lt;br /&gt;</w:t>
        <w:br/>
        <w:t>Так зустрілися, так віталися&lt;br /&gt;</w:t>
        <w:br/>
        <w:t>Ти і я.&lt;br /&gt;</w:t>
        <w:br/>
        <w:t>І в очей та уст не питалися,&lt;br /&gt;</w:t>
        <w:br/>
        <w:t>Як ім’я.&lt;br /&gt;</w:t>
        <w:br/>
        <w:t>– Не пройти нам з тобою,&lt;br /&gt;</w:t>
        <w:br/>
        <w:t>дівчино, —&lt;br /&gt;</w:t>
        <w:br/>
        <w:t>Не роз’їхатись,&lt;br /&gt;</w:t>
        <w:br/>
        <w:t>Не пройти!&lt;br /&gt;</w:t>
        <w:br/>
        <w:t>Подивилася та й заплакала:&lt;br /&gt;</w:t>
        <w:br/>
        <w:t>– А все ти!</w:t>
      </w:r>
    </w:p>
    <w:p>
      <w:r>
        <w:br/>
        <w:t>Та бодай тим листочкам не падати&lt;br /&gt;</w:t>
        <w:br/>
        <w:t>На мою на біду.&lt;br /&gt;</w:t>
        <w:br/>
        <w:t>Вже тебе не стрічатиму і не&lt;br /&gt;</w:t>
        <w:br/>
        <w:t>знатиму, —&lt;br /&gt;</w:t>
        <w:br/>
        <w:t>На місток не піду.&lt;br /&gt;</w:t>
        <w:br/>
        <w:t>Не було про тебе і вістки,&lt;br /&gt;</w:t>
        <w:br/>
        <w:t>Та немає і досі.&lt;br /&gt;</w:t>
        <w:br/>
        <w:t>Вже минуло гаряче літо&lt;br /&gt;</w:t>
        <w:br/>
        <w:t>Й кавунами червоними осінь.&lt;br /&gt;</w:t>
        <w:br/>
        <w:t>Не одна, не одна вже осінь!&lt;br /&gt;</w:t>
        <w:br/>
        <w:t>Ой, четверта, ще й п’ята…&lt;br /&gt;</w:t>
        <w:br/>
        <w:t>… Вже не буду тебе дожидатись,&lt;br /&gt;</w:t>
        <w:br/>
        <w:t>Не буду виглядати.&lt;br /&gt;</w:t>
        <w:br/>
        <w:t>Так забулося й не згадалося б,&lt;br /&gt;</w:t>
        <w:br/>
        <w:t>І про тебе б не чув, не знав.&lt;br /&gt;</w:t>
        <w:br/>
        <w:t>Тільки ті літа,&lt;br /&gt;</w:t>
        <w:br/>
        <w:t>Тільки ті роки&lt;br /&gt;</w:t>
        <w:br/>
        <w:t>Пропив, прогуляв!..&lt;br /&gt;</w:t>
        <w:br/>
        <w:t>Та як знову проходив дорогою —&lt;br /&gt;</w:t>
        <w:br/>
        <w:t>Де колись:&lt;br /&gt;</w:t>
        <w:br/>
        <w:t>Я і ти, —&lt;br /&gt;</w:t>
        <w:br/>
        <w:t>Два листочки впало з дерева,&lt;br /&gt;</w:t>
        <w:br/>
        <w:t>Два листи.&lt;br /&gt;</w:t>
        <w:br/>
        <w:t>І понесла вода прозорая&lt;br /&gt;</w:t>
        <w:br/>
        <w:t>Ті листи.&lt;br /&gt;</w:t>
        <w:br/>
        <w:t>…Від місточка ж у боки різнії —&lt;br /&gt;</w:t>
        <w:br/>
        <w:t>Дві дороги лягло, широкії —&lt;br /&gt;</w:t>
        <w:br/>
        <w:t>Дві путі…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Уривок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