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Українському народові</w:t>
      </w:r>
    </w:p>
    <w:p>
      <w:r>
        <w:br/>
        <w:t xml:space="preserve"> До згоди всі! В ясній блакиті&lt;br /&gt;</w:t>
        <w:br/>
        <w:t>Палає зірка золота,&lt;br /&gt;</w:t>
        <w:br/>
        <w:t>Брати, розрадою розбиті,&lt;br /&gt;</w:t>
        <w:br/>
        <w:t>То сяє нам свята мета.</w:t>
      </w:r>
    </w:p>
    <w:p>
      <w:r>
        <w:br/>
        <w:t>Вставай, в кого душа жива,&lt;br /&gt;</w:t>
        <w:br/>
        <w:t>Шикуйсь до лави лава,&lt;br /&gt;</w:t>
        <w:br/>
        <w:t>Уже минає ніч кривава,&lt;br /&gt;</w:t>
        <w:br/>
        <w:t>Вже сяє нам зоря нова.</w:t>
      </w:r>
    </w:p>
    <w:p>
      <w:r>
        <w:br/>
        <w:t>До згоди всі! Бодай навколо&lt;br /&gt;</w:t>
        <w:br/>
        <w:t>Ще чути гук і рев гармат,&lt;br /&gt;</w:t>
        <w:br/>
        <w:t>Але зростає наше коло,&lt;br /&gt;</w:t>
        <w:br/>
        <w:t>Єднається вже з братом брат.</w:t>
      </w:r>
    </w:p>
    <w:p>
      <w:r>
        <w:br/>
        <w:t>Вставай! в кого душа жива,&lt;br /&gt;</w:t>
        <w:br/>
        <w:t>Шикуйсь до лави лава,&lt;br /&gt;</w:t>
        <w:br/>
        <w:t>Уже минає ніч кривава,&lt;br /&gt;</w:t>
        <w:br/>
        <w:t>Вже сяє нам зоря нова.</w:t>
      </w:r>
    </w:p>
    <w:p>
      <w:r>
        <w:br/>
        <w:t>Наш ясний меч – братерство й згода!&lt;br /&gt;</w:t>
        <w:br/>
        <w:t>Ми ним подужаємо всіх,&lt;br /&gt;</w:t>
        <w:br/>
        <w:t>Ми благо нашого народа&lt;br /&gt;</w:t>
        <w:br/>
        <w:t>Збудуєм на кістках своїх.</w:t>
      </w:r>
    </w:p>
    <w:p>
      <w:r>
        <w:br/>
        <w:t>Вставай! в кого душа жива,&lt;br /&gt;</w:t>
        <w:br/>
        <w:t>Шикуйсь до лави лава,&lt;br /&gt;</w:t>
        <w:br/>
        <w:t>Уже минає ніч кривава,&lt;br /&gt;</w:t>
        <w:br/>
        <w:t>Вже сяє нам зоря нова.</w:t>
      </w:r>
    </w:p>
    <w:p>
      <w:r>
        <w:br/>
        <w:t>Життя і смерть тобі, Вкраїно,&lt;br /&gt;</w:t>
        <w:br/>
        <w:t>Ми без вагання віддамо,&lt;br /&gt;</w:t>
        <w:br/>
        <w:t>Ми сили всі зберем в’єдино,&lt;br /&gt;</w:t>
        <w:br/>
        <w:t>Вороже змиємо ярмо.</w:t>
      </w:r>
    </w:p>
    <w:p>
      <w:r>
        <w:br/>
        <w:t>Вставай! в кого душа жива,&lt;br /&gt;</w:t>
        <w:br/>
        <w:t>Шикуйсь до лави лава,&lt;br /&gt;</w:t>
        <w:br/>
        <w:t>Уже минає ніч кривава,&lt;br /&gt;</w:t>
        <w:br/>
        <w:t>Вже сяє нам зоря нова.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Українському народові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