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Український вертеп</w:t>
      </w:r>
    </w:p>
    <w:p>
      <w:r>
        <w:br/>
        <w:t xml:space="preserve"> Колядники завжди верталися з вирію,&lt;br /&gt;</w:t>
        <w:br/>
        <w:t>як предки, поставши із мертвих, приходили в гості.&lt;br /&gt;</w:t>
        <w:br/>
        <w:t>Приносили короб із хмарами, снами і звірами,&lt;br /&gt;</w:t>
        <w:br/>
        <w:t>щоб не раз відбути життя на помості.</w:t>
      </w:r>
    </w:p>
    <w:p>
      <w:r>
        <w:br/>
        <w:t>Додому вела їх звізда навпростець, над снігами,&lt;br /&gt;</w:t>
        <w:br/>
        <w:t>і падала теплим обличчям господарю просто в долоні.&lt;br /&gt;</w:t>
        <w:br/>
        <w:t>Як радісно йшли! — хоч не мали землі під ногами, —&lt;br /&gt;</w:t>
        <w:br/>
        <w:t>волхви добіблейські — лишившись у смерті в полоні.</w:t>
      </w:r>
    </w:p>
    <w:p>
      <w:r>
        <w:br/>
        <w:t>Це магія давня — сховатись від смерті за ляльку,&lt;br /&gt;</w:t>
        <w:br/>
        <w:t>що виструже майстер (доречна ще й схожість портретна!),&lt;br /&gt;</w:t>
        <w:br/>
        <w:t>та, щоб захистити від лиха, пристріту і ляку,&lt;br /&gt;</w:t>
        <w:br/>
        <w:t>замкне усі душі навічно у скриньці вертепній.</w:t>
      </w:r>
    </w:p>
    <w:p>
      <w:r>
        <w:br/>
        <w:t>Ту скриньку таїли в криївках поганського раю,&lt;br /&gt;</w:t>
        <w:br/>
        <w:t>куди відлітали птахи, де трава зимувала із листом.&lt;br /&gt;</w:t>
        <w:br/>
        <w:t>Коли насували, немов з того світу, сніги з-за Дунаю,&lt;br /&gt;</w:t>
        <w:br/>
        <w:t>тоді Коляда вигравала-котилася полем сріблистим.</w:t>
      </w:r>
    </w:p>
    <w:p>
      <w:r>
        <w:br/>
        <w:t>Вертеп оживав, як у вулику рій,&lt;br /&gt;</w:t>
        <w:br/>
        <w:t>для вселенського дійства,&lt;br /&gt;</w:t>
        <w:br/>
        <w:t>щоб знов чародійно минуле з майбутнім з'єднати:&lt;br /&gt;</w:t>
        <w:br/>
        <w:t>співали колядки, сонця і голубок ліпили із тіста&lt;br /&gt;</w:t>
        <w:br/>
        <w:t>і в небо пускали — будити весну коло хати.</w:t>
      </w:r>
    </w:p>
    <w:p>
      <w:r>
        <w:br/>
        <w:t>Та князь Володимир навів пастухів з Віфлієма,&lt;br /&gt;</w:t>
        <w:br/>
        <w:t>що дев'ять віків несли вість палестинську про диво.&lt;br /&gt;</w:t>
        <w:br/>
        <w:t>Народ у Дніпрі похрестили з плачем, і кадила черемха...&lt;br /&gt;</w:t>
        <w:br/>
        <w:t>Язичницькі душі ляльок похрестили&lt;br /&gt;</w:t>
        <w:br/>
        <w:t>за кількасот літ святобливо.</w:t>
      </w:r>
    </w:p>
    <w:p>
      <w:r>
        <w:br/>
        <w:t>Тоді до вертепу прибилася діва Марія з Ісусом —&lt;br /&gt;</w:t>
        <w:br/>
        <w:t>їй місяць насвітлював стежку,&lt;br /&gt;</w:t>
        <w:br/>
        <w:t>а тьму насилав надовкола цар Ірод.</w:t>
      </w:r>
    </w:p>
    <w:p>
      <w:r>
        <w:br/>
        <w:t>Тепло ще живе, ще корівка жує...&lt;br /&gt;</w:t>
        <w:br/>
        <w:t>Запорожець підморгує вусом,&lt;br /&gt;</w:t>
        <w:br/>
        <w:t>що Смерть тут не владна, — їй вдруге не сповнити вирок.&lt;br /&gt;</w:t>
        <w:br/>
        <w:t>І янгол тріпоче крилами, як полум'я свічки&lt;br /&gt;</w:t>
        <w:br/>
        <w:t>на людному вічі, —&lt;br /&gt;</w:t>
        <w:br/>
        <w:t>багріє крайнебо іще з давнини і світанок займається ясен.&lt;br /&gt;</w:t>
        <w:br/>
        <w:t>Всі ждуть — не діждуться урочої стрічі,&lt;br /&gt;</w:t>
        <w:br/>
        <w:t>коли три царі із дарами приступлять до ясел.</w:t>
      </w:r>
    </w:p>
    <w:p>
      <w:r>
        <w:br/>
        <w:t>...Було — і минуло. В покинутій хаті дяка, на горищі,&lt;br /&gt;</w:t>
        <w:br/>
        <w:t>мороз оселився у стінах вертепу,&lt;br /&gt;</w:t>
        <w:br/>
        <w:t>шурхочуть у сіннику миші,&lt;br /&gt;</w:t>
        <w:br/>
        <w:t>що кинулись врозтіч ляльки — і застигли...&lt;br /&gt;</w:t>
        <w:br/>
        <w:t>Кому це все треба?&lt;br /&gt;</w:t>
        <w:br/>
        <w:t>Хтось ніби колядку заводить різдвяної ночі? —&lt;br /&gt;</w:t>
        <w:br/>
        <w:t>То вітер хурделистий свище...&lt;br /&gt;</w:t>
        <w:br/>
        <w:t>І тиша повсюди. Лиш тиша по тиші. —&lt;br /&gt;</w:t>
        <w:br/>
        <w:t>Ця тиша сягає до самого неба.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Український вертеп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