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Україно!</w:t>
      </w:r>
    </w:p>
    <w:p>
      <w:r>
        <w:br/>
        <w:t xml:space="preserve"> В удовичій одежі йдеш&lt;br /&gt;</w:t>
        <w:br/>
        <w:t>Через сей світ&lt;br /&gt;</w:t>
        <w:br/>
        <w:t>І ноги на терни кладеш&lt;br /&gt;</w:t>
        <w:br/>
        <w:t>Вже сотки літ.</w:t>
      </w:r>
    </w:p>
    <w:p>
      <w:r>
        <w:br/>
        <w:t>Зі змучених грудей трясеш&lt;br /&gt;</w:t>
        <w:br/>
        <w:t>Кровавий слід.&lt;br /&gt;</w:t>
        <w:br/>
        <w:t>І руки сковані несеш&lt;br /&gt;</w:t>
        <w:br/>
        <w:t>Вже сотки літ.</w:t>
      </w:r>
    </w:p>
    <w:p>
      <w:r>
        <w:br/>
        <w:t>Падеш, як пада на сніги&lt;br /&gt;</w:t>
        <w:br/>
        <w:t>Ізмерзлий цвіт,&lt;br /&gt;</w:t>
        <w:br/>
        <w:t>Бо мучать Тебе вороги&lt;br /&gt;</w:t>
        <w:br/>
        <w:t>Вже сотки літ,</w:t>
      </w:r>
    </w:p>
    <w:p>
      <w:r>
        <w:br/>
        <w:t>І чорна зрада гріб гребе&lt;br /&gt;</w:t>
        <w:br/>
        <w:t>Тобі в привіт,&lt;br /&gt;</w:t>
        <w:br/>
        <w:t>Бо діти зраджують тебе&lt;br /&gt;</w:t>
        <w:br/>
        <w:t>Вже сотки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