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Україно… Степ та поле...</w:t>
      </w:r>
    </w:p>
    <w:p>
      <w:r>
        <w:br/>
        <w:t xml:space="preserve"> Україно… Степ та поле&lt;br /&gt;</w:t>
        <w:br/>
        <w:t>чорноземні розляглись,&lt;br /&gt;</w:t>
        <w:br/>
        <w:t>їх одмухують тополі,&lt;br /&gt;</w:t>
        <w:br/>
        <w:t>оперізує їх ліс.&lt;br /&gt;</w:t>
        <w:br/>
        <w:t>Рівний степ… як на долоні,&lt;br /&gt;</w:t>
        <w:br/>
        <w:t>небо – синяя гора,&lt;br /&gt;</w:t>
        <w:br/>
        <w:t>по степу мчать бистрі коні,&lt;br /&gt;</w:t>
        <w:br/>
        <w:t>по степу лунає храп.&lt;br /&gt;</w:t>
        <w:br/>
        <w:t>Їду. В серце ллється радість,&lt;br /&gt;</w:t>
        <w:br/>
        <w:t>ллються хвилями пісні…&lt;br /&gt;</w:t>
        <w:br/>
        <w:t>і лунає гімн Дніпра десь…&lt;br /&gt;</w:t>
        <w:br/>
        <w:t>Чи то в казці, чи ві сні?&lt;br /&gt;</w:t>
        <w:br/>
        <w:t>К-га-к-га-а – ґеґочуть ґави,&lt;br /&gt;</w:t>
        <w:br/>
        <w:t>Мітингують: степ – сельбуд,&lt;br /&gt;</w:t>
        <w:br/>
        <w:t>та цілуються заграви&lt;br /&gt;</w:t>
        <w:br/>
        <w:t>з небом, з вітром на степу.&lt;br /&gt;</w:t>
        <w:br/>
        <w:t>Он колони навколо,&lt;br /&gt;</w:t>
        <w:br/>
        <w:t>чую близький крик коня…&lt;br /&gt;</w:t>
        <w:br/>
        <w:t>Гей хутчіше, балаголо*,&lt;br /&gt;</w:t>
        <w:br/>
        <w:t>"степових" своїх ганяй!&lt;br /&gt;</w:t>
        <w:br/>
        <w:t>Сонце гасне. Небо літнє&lt;br /&gt;</w:t>
        <w:br/>
        <w:t>вже сховалось в синій млі…&lt;br /&gt;</w:t>
        <w:br/>
        <w:t>Тпр-ру! і стали коні пітні&lt;br /&gt;</w:t>
        <w:br/>
        <w:t>і приріс віз до землі,&lt;br /&gt;</w:t>
        <w:br/>
        <w:t>все сховалося у пітьмі,&lt;br /&gt;</w:t>
        <w:br/>
        <w:t>з днем і степ уже зомлів.&lt;br /&gt;</w:t>
        <w:br/>
        <w:t>А навколо – степ та поле&lt;br /&gt;</w:t>
        <w:br/>
        <w:t>чорноземні розляглись,&lt;br /&gt;</w:t>
        <w:br/>
        <w:t>їх одмухують тополі,&lt;br /&gt;</w:t>
        <w:br/>
        <w:t>оперізує їх ліс.</w:t>
      </w:r>
    </w:p>
    <w:p>
      <w:r>
        <w:br/>
        <w:t>*балаголо — єврейський візник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Україно… Степ та поле...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