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 моя</w:t>
      </w:r>
    </w:p>
    <w:p>
      <w:r>
        <w:br/>
        <w:t xml:space="preserve"> Запалали огні за долиною синьою неба,&lt;br /&gt;</w:t>
        <w:br/>
        <w:t>Самольоти гудуть, бо на захід фронти і фронти.&lt;br /&gt;</w:t>
        <w:br/>
        <w:t>Україно моя, мені в світі нічого не треба,&lt;br /&gt;</w:t>
        <w:br/>
        <w:t>Тільки б голос твій чути і ніжність твою берегти.</w:t>
      </w:r>
    </w:p>
    <w:p>
      <w:r>
        <w:br/>
        <w:t>Як росли ми ізмалку? Скрипіла у хаті колиска,&lt;br /&gt;</w:t>
        <w:br/>
        <w:t>Загасав каганець чи горіла воскова свіча,&lt;br /&gt;</w:t>
        <w:br/>
        <w:t>Ти нам шлях показала, який під зірницями блиска,&lt;br /&gt;</w:t>
        <w:br/>
        <w:t>І проміння багряне подібне було до меча.</w:t>
      </w:r>
    </w:p>
    <w:p>
      <w:r>
        <w:br/>
        <w:t>Люлі, люлі, дитино, засни, мій синочку, нівроку,&lt;br /&gt;</w:t>
        <w:br/>
        <w:t>Люлі, люлі, засни...— так співали синам матері.&lt;br /&gt;</w:t>
        <w:br/>
        <w:t>Ми ж виходили вніч на закурену стежку широку,&lt;br /&gt;</w:t>
        <w:br/>
        <w:t>І сестра наша, доля, вела од зорі до зорі.</w:t>
      </w:r>
    </w:p>
    <w:p>
      <w:r>
        <w:br/>
        <w:t>Паровоз прогуде: може, з фронту вертають солдата?&lt;br /&gt;</w:t>
        <w:br/>
        <w:t>Мо', й житам квітувать? На отаву позве сіножать?&lt;br /&gt;</w:t>
        <w:br/>
        <w:t>Повертались батьки на хвилину до рідної хати,&lt;br /&gt;</w:t>
        <w:br/>
        <w:t>Щоб навчити синів, як гвинтівки на бій заряджать.</w:t>
      </w:r>
    </w:p>
    <w:p>
      <w:r>
        <w:br/>
        <w:t>Журавлі пролетіли: а може, є вісті від брата&lt;br /&gt;</w:t>
        <w:br/>
        <w:t>Із карпатських долин, з полинових потоптаних меж?&lt;br /&gt;</w:t>
        <w:br/>
        <w:t>Розкололась земля. Наставала велика розплата.&lt;br /&gt;</w:t>
        <w:br/>
        <w:t>За лужком-бережком багряніли картини пожеж.</w:t>
      </w:r>
    </w:p>
    <w:p>
      <w:r>
        <w:br/>
        <w:t>То ішла революція в сірій тужавій шинелі&lt;br /&gt;</w:t>
        <w:br/>
        <w:t>Із окопів грязьких, із-під куль на ромашковий шлях.&lt;br /&gt;</w:t>
        <w:br/>
        <w:t>Гомоніли солдати: — Ми з'їли доволі шрапнелі,&lt;br /&gt;</w:t>
        <w:br/>
        <w:t>Хай ще німець куштує на зритих снарядом полях.</w:t>
      </w:r>
    </w:p>
    <w:p>
      <w:r>
        <w:br/>
        <w:t>Поминули літа. Зацвітає Шевченкова круча,&lt;br /&gt;</w:t>
        <w:br/>
        <w:t>Домни плавлять метал. Подніпров'я колише човни.&lt;br /&gt;</w:t>
        <w:br/>
        <w:t>Україно моя, напливає загрозлива туча&lt;br /&gt;</w:t>
        <w:br/>
        <w:t>І дзюбаті шуліки з чужої, як смерть, сторони.</w:t>
      </w:r>
    </w:p>
    <w:p>
      <w:r>
        <w:br/>
        <w:t>В них на крилах не зорі барвисті, веселі, гарячі —&lt;br /&gt;</w:t>
        <w:br/>
        <w:t>На підкриллі в них бомби і чорні зловісні хрести.&lt;br /&gt;</w:t>
        <w:br/>
        <w:t>Спостеріг я вночі: загоряються очі юначі&lt;br /&gt;</w:t>
        <w:br/>
        <w:t>І виходять полки на залізні й дубові мости.</w:t>
      </w:r>
    </w:p>
    <w:p>
      <w:r>
        <w:br/>
        <w:t>І шуліки ті падають, полум'ям білим повиті,&lt;br /&gt;</w:t>
        <w:br/>
        <w:t>Танки, димом закутані, трупом залізним лягли,&lt;br /&gt;</w:t>
        <w:br/>
        <w:t>І трасуючих куль золоті розтікаються ниті.&lt;br /&gt;</w:t>
        <w:br/>
        <w:t>Смерть за смерть ворогам! На шулік вилітають орли!</w:t>
      </w:r>
    </w:p>
    <w:p>
      <w:r>
        <w:br/>
        <w:t>Я в Дніпра запитаю:&lt;br /&gt;</w:t>
        <w:br/>
        <w:t>— Скажи мені, сивий Славуто,&lt;br /&gt;</w:t>
        <w:br/>
        <w:t>Ти, забомблений сталлю, свинцевого звідав дощу? —&lt;br /&gt;</w:t>
        <w:br/>
        <w:t>І Дніпро заревів:&lt;br /&gt;</w:t>
        <w:br/>
        <w:t>— Мною кривду стару не забуто,&lt;br /&gt;</w:t>
        <w:br/>
        <w:t>А нової наруги я вічно катам не прощу!</w:t>
      </w:r>
    </w:p>
    <w:p>
      <w:r>
        <w:br/>
        <w:t>Та й запінився дужий, і час пригадавши Батиїв,&lt;br /&gt;</w:t>
        <w:br/>
        <w:t>І німецьких зажер в вісімнадцятім літі, в бою.&lt;br /&gt;</w:t>
        <w:br/>
        <w:t>-Здрастуй, Києве любий!— І каже, всміхнувшися,&lt;br /&gt;</w:t>
        <w:br/>
        <w:t>Київ:&lt;br /&gt;</w:t>
        <w:br/>
        <w:t>Я чекаю на вас, я чекаю, як воїн стою.</w:t>
      </w:r>
    </w:p>
    <w:p>
      <w:r>
        <w:br/>
        <w:t>Україно моя, далі, грозами свіжо пропахлі,&lt;br /&gt;</w:t>
        <w:br/>
        <w:t>Польова моя мрійнице. Крапля у сонці з весла.&lt;br /&gt;</w:t>
        <w:br/>
        <w:t>Я віддам свою кров, свою силу і ніжність до краплі,&lt;br /&gt;</w:t>
        <w:br/>
        <w:t>Щоб з пожару ти встала, тополею в небо росла.</w:t>
      </w:r>
    </w:p>
    <w:p>
      <w:r>
        <w:br/>
        <w:t>То ж палають вогні за долиною синього неба,&lt;br /&gt;</w:t>
        <w:br/>
        <w:t>Самольоти гудуть, бо на захід фронти і фронти.&lt;br /&gt;</w:t>
        <w:br/>
        <w:t>Україно Радянська, у світі нічого не треба,&lt;br /&gt;</w:t>
        <w:br/>
        <w:t>Тільки б голос твій чути і ніжність твою берегти.</w:t>
      </w:r>
    </w:p>
    <w:p>
      <w:r>
        <w:br/>
        <w:t>Тільки б бачить тебе у народів привольному колі,&lt;br /&gt;</w:t>
        <w:br/>
        <w:t>Де завжди набиралась могуття, і слави, й снаги.&lt;br /&gt;</w:t>
        <w:br/>
        <w:t>Із синами Росії на грізному ратному полі&lt;br /&gt;</w:t>
        <w:br/>
        <w:t>Стій, як месниця вірна! Хай падають ниць вороги!</w:t>
      </w:r>
    </w:p>
    <w:p>
      <w:r>
        <w:br/>
        <w:t>ІІ</w:t>
      </w:r>
    </w:p>
    <w:p>
      <w:r>
        <w:br/>
        <w:t>Ти ізнов мені снишся на стежці гіркої розлуки&lt;br /&gt;</w:t>
        <w:br/>
        <w:t>Синім лугом, ромашкою, птицею з канівських круч.&lt;br /&gt;</w:t>
        <w:br/>
        <w:t>Так візьми ж мою кров і візьми моє серце у руки,&lt;br /&gt;</w:t>
        <w:br/>
        <w:t>Тільки снами не муч і невипитим горем не муч.</w:t>
      </w:r>
    </w:p>
    <w:p>
      <w:r>
        <w:br/>
        <w:t>Я топтав кілометрів не сто, і не двісті, й не триста,&lt;br /&gt;</w:t>
        <w:br/>
        <w:t>Все в похід, у похід, в небезпеки на правім краю.&lt;br /&gt;</w:t>
        <w:br/>
        <w:t>Он зоря вечорова до мене шепоче барвиста:&lt;br /&gt;</w:t>
        <w:br/>
        <w:t>— Що ж ти став, як німий, надивляйся на землю&lt;br /&gt;</w:t>
        <w:br/>
        <w:t>свою!</w:t>
      </w:r>
    </w:p>
    <w:p>
      <w:r>
        <w:br/>
        <w:t>Надивляйся на землю, де сизі орли клекотіли&lt;br /&gt;</w:t>
        <w:br/>
        <w:t>Із могили високої в димнім безмежжі доріг.-&lt;br /&gt;</w:t>
        <w:br/>
        <w:t>І лежала земля, в попелищі земля чорнотіла,&lt;br /&gt;</w:t>
        <w:br/>
        <w:t>Я дививсь — і німів, і прощавсь, і прощатись не міг.</w:t>
      </w:r>
    </w:p>
    <w:p>
      <w:r>
        <w:br/>
        <w:t>Я ізнов тебе вгледжу в народів привольному колі,&lt;br /&gt;</w:t>
        <w:br/>
        <w:t>Де завжди набиралась могуття, і слави, й снаги.&lt;br /&gt;</w:t>
        <w:br/>
        <w:t>Із синами Росії на грізному ратному полі&lt;br /&gt;</w:t>
        <w:br/>
        <w:t>Стій, як месниця вірна! Хай падають ниць вороги!</w:t>
      </w:r>
    </w:p>
    <w:p>
      <w:r>
        <w:br/>
        <w:t>ІІІ</w:t>
      </w:r>
    </w:p>
    <w:p>
      <w:r>
        <w:br/>
        <w:t>Знову кличу тебе, чи ти голосу не розпізнала?&lt;br /&gt;</w:t>
        <w:br/>
        <w:t>Знов прошу: озовись! Молода і далека моя!&lt;br /&gt;</w:t>
        <w:br/>
        <w:t>Може б, вітром я став, тільки ж хмар налягає навала,&lt;br /&gt;</w:t>
        <w:br/>
        <w:t>Може б, співом покликать,— так де ж його взять&lt;br /&gt;</w:t>
        <w:br/>
        <w:t>солов'я?</w:t>
      </w:r>
    </w:p>
    <w:p>
      <w:r>
        <w:br/>
        <w:t>На дніпровській долині ромашка зів'яла побита.&lt;br /&gt;</w:t>
        <w:br/>
        <w:t>Тополина скрипить. Догоряє мій батьківський дім&lt;br /&gt;</w:t>
        <w:br/>
        <w:t>І не хочу я вітром лягати під кінські копита,&lt;br /&gt;</w:t>
        <w:br/>
        <w:t>Соловейком співати на чорному горі твоїм.</w:t>
      </w:r>
    </w:p>
    <w:p>
      <w:r>
        <w:br/>
        <w:t>Буду дихати, падать, рости й воювать до загину,&lt;br /&gt;</w:t>
        <w:br/>
        <w:t>Бо великий наш гнів, бо дорога рівнішою є.&lt;br /&gt;</w:t>
        <w:br/>
        <w:t>Я візьму твого смутку і горя важку половину&lt;br /&gt;</w:t>
        <w:br/>
        <w:t>розтерзане, горде, нескорене серце моє!</w:t>
      </w:r>
    </w:p>
    <w:p>
      <w:r>
        <w:br/>
        <w:t>І піду, як Микула, пригнусь, потемнію від ноші,&lt;br /&gt;</w:t>
        <w:br/>
        <w:t>Висхну, спрагою битий, можливо, впаду на сліду,&lt;br /&gt;</w:t>
        <w:br/>
        <w:t>Але бачити буду: цвіти зацвітають хороші&lt;br /&gt;</w:t>
        <w:br/>
        <w:t>У твоїм, Україно, зеленім і вічнім саду.</w:t>
      </w:r>
    </w:p>
    <w:p>
      <w:r>
        <w:br/>
        <w:t>Тільки бачить тебе у народів привольному колі,&lt;br /&gt;</w:t>
        <w:br/>
        <w:t>Де завжди набиралась могуття, і слави, й снаги.&lt;br /&gt;</w:t>
        <w:br/>
        <w:t>Із синами Росії на грізному ратному полі&lt;br /&gt;</w:t>
        <w:br/>
        <w:t>Стій, як месниця вірна! Хай падають ниць вороги!</w:t>
      </w:r>
    </w:p>
    <w:p>
      <w:r>
        <w:br/>
        <w:t>ІV</w:t>
      </w:r>
    </w:p>
    <w:p>
      <w:r>
        <w:br/>
        <w:t>Вставай, моя рідна, розлуки доволі,&lt;br /&gt;</w:t>
        <w:br/>
        <w:t>Які ми з тобою ще будем багаті —&lt;br /&gt;</w:t>
        <w:br/>
        <w:t>Веселкою в небі, барвінком у полі,&lt;br /&gt;</w:t>
        <w:br/>
        <w:t>Розплатою-люттю при спаленій хаті.</w:t>
      </w:r>
    </w:p>
    <w:p>
      <w:r>
        <w:br/>
        <w:t>Торкнусь тебе ніжно— і рук моїх дотик&lt;br /&gt;</w:t>
        <w:br/>
        <w:t>Забурха вогнем, і я взрю опівночі:&lt;br /&gt;</w:t>
        <w:br/>
        <w:t>Дитини забитої змучений ротик,&lt;br /&gt;</w:t>
        <w:br/>
        <w:t>Залізом обпечені очі дівочі,</w:t>
      </w:r>
    </w:p>
    <w:p>
      <w:r>
        <w:br/>
        <w:t>Дідівську сльозу, закривавлену з жалю,&lt;br /&gt;</w:t>
        <w:br/>
        <w:t>Сорочку стару на розстрілянім тілі.&lt;br /&gt;</w:t>
        <w:br/>
        <w:t>Простіть, якщо словом кого запечалю,&lt;br /&gt;</w:t>
        <w:br/>
        <w:t>Далекі мої, дорогі, помарнілі!</w:t>
      </w:r>
    </w:p>
    <w:p>
      <w:r>
        <w:br/>
        <w:t>Свисти не свисти, проклятуща нагайко,&lt;br /&gt;</w:t>
        <w:br/>
        <w:t>Не бачив катюга розплати такої:&lt;br /&gt;</w:t>
        <w:br/>
        <w:t>У димному полі встає Наливайко&lt;br /&gt;</w:t>
        <w:br/>
        <w:t>І землю стрясає страшною рукою.</w:t>
      </w:r>
    </w:p>
    <w:p>
      <w:r>
        <w:br/>
        <w:t>І тінь його віща в залізній закові&lt;br /&gt;</w:t>
        <w:br/>
        <w:t>Випростує плечі під хмари невмиті.&lt;br /&gt;</w:t>
        <w:br/>
        <w:t>Озброєні Діти Залізнякові,&lt;br /&gt;</w:t>
        <w:br/>
        <w:t>Ми пройдем шляхами при стиглому житі.</w:t>
      </w:r>
    </w:p>
    <w:p>
      <w:r>
        <w:br/>
        <w:t>І прийдем до тебе, солдати-звитяжці,&lt;br /&gt;</w:t>
        <w:br/>
        <w:t>У дружбі великій, в братерстві святому:&lt;br /&gt;</w:t>
        <w:br/>
        <w:t>Сухар у торбинці, вода у баклажці&lt;br /&gt;</w:t>
        <w:br/>
        <w:t>І зустріч сестри біля отчого дому.</w:t>
      </w:r>
    </w:p>
    <w:p>
      <w:r>
        <w:br/>
        <w:t>Радянська Вкраїно! Розлуки доволі,&lt;br /&gt;</w:t>
        <w:br/>
        <w:t>Які ми з тобою ще будем багаті —&lt;br /&gt;</w:t>
        <w:br/>
        <w:t>Веселкою в небі, барвінком у полі,&lt;br /&gt;</w:t>
        <w:br/>
        <w:t>Розплатою-люттю при спаленій хаті!</w:t>
      </w:r>
    </w:p>
    <w:p>
      <w:r>
        <w:br/>
        <w:t>V</w:t>
      </w:r>
    </w:p>
    <w:p>
      <w:r>
        <w:br/>
        <w:t>Не плачте, мамо, не треба, вже не вернути сина.&lt;br /&gt;</w:t>
        <w:br/>
        <w:t>Он він лежить під тином, скроня злегка в крові.&lt;br /&gt;</w:t>
        <w:br/>
        <w:t>І меркне зимовий вечір, утіха твоя єдина,&lt;br /&gt;</w:t>
        <w:br/>
        <w:t>А з лісу ідуть повстанці, закурені в дим, живі.</w:t>
      </w:r>
    </w:p>
    <w:p>
      <w:r>
        <w:br/>
        <w:t>Чого ти журишся, батьку, що хату спалили кляті?&lt;br /&gt;</w:t>
        <w:br/>
        <w:t>Брата забили в пута, сивіє, бач, голова.&lt;br /&gt;</w:t>
        <w:br/>
        <w:t>Пожитки твої хороші, радості небагаті-&lt;br /&gt;</w:t>
        <w:br/>
        <w:t>Усе димить в попелищі і тліє, не дотліва.</w:t>
      </w:r>
    </w:p>
    <w:p>
      <w:r>
        <w:br/>
        <w:t>Іржали коні в артілі, ворота скрипіли новії,&lt;br /&gt;</w:t>
        <w:br/>
        <w:t>Забрали овець і коней — кривавий слід по траві...&lt;br /&gt;</w:t>
        <w:br/>
        <w:t>І меркне зимовий вечір в далекій сивій завії,&lt;br /&gt;</w:t>
        <w:br/>
        <w:t>А з лісу ідуть повстанці, закурені в дим, живі.</w:t>
      </w:r>
    </w:p>
    <w:p>
      <w:r>
        <w:br/>
        <w:t>Он ту яблуневу гілку, де снігу замети білі,&lt;br /&gt;</w:t>
        <w:br/>
        <w:t>Ти сам щепив із сусідом, цвіти, мій веселий дім!&lt;br /&gt;</w:t>
        <w:br/>
        <w:t>Ми знаємо, знаєм, знаєм! — кричать пеньки обгорілі&lt;br /&gt;</w:t>
        <w:br/>
        <w:t>Із хати, з комори, з клуні в сльозах і в горі твоїм.</w:t>
      </w:r>
    </w:p>
    <w:p>
      <w:r>
        <w:br/>
        <w:t>Повішених вітер гойдає. Гармата б'є опівночі.&lt;br /&gt;</w:t>
        <w:br/>
        <w:t>І тліє все в попелищі: і радість, і труд, і піт.&lt;br /&gt;</w:t>
        <w:br/>
        <w:t>Дивляться зорі з неба, немов замучених очі,&lt;br /&gt;</w:t>
        <w:br/>
        <w:t>Немов розстріляних очі біля кленових воріт.</w:t>
      </w:r>
    </w:p>
    <w:p>
      <w:r>
        <w:br/>
        <w:t>Не плачте, мамо, не треба, і ви не журіться, тату,&lt;br /&gt;</w:t>
        <w:br/>
        <w:t>Друзі ідуть зі сходу, сурма не грає — б'є!&lt;br /&gt;</w:t>
        <w:br/>
        <w:t>Катів поведуть на страту, на нашу святу розплату,&lt;br /&gt;</w:t>
        <w:br/>
        <w:t>І в них не вистачить крові за грізне горе твоє!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