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в старовину</w:t>
      </w:r>
    </w:p>
    <w:p>
      <w:r>
        <w:br/>
        <w:t xml:space="preserve"> Ліс густий, дрімучий, темний,&lt;br /&gt;</w:t>
        <w:br/>
        <w:t>Споконвічний ліс росте,&lt;br /&gt;</w:t>
        <w:br/>
        <w:t>Не проб'ється навіть сонце&lt;br /&gt;</w:t>
        <w:br/>
        <w:t>Крізь гілля його густе.</w:t>
      </w:r>
    </w:p>
    <w:p>
      <w:r>
        <w:br/>
        <w:t>Велетенські граби, вільхи,&lt;br /&gt;</w:t>
        <w:br/>
        <w:t>Сосни, явори, дуби&lt;br /&gt;</w:t>
        <w:br/>
        <w:t>Раз в століття полягають&lt;br /&gt;</w:t>
        <w:br/>
        <w:t>Після віку боротьби.</w:t>
      </w:r>
    </w:p>
    <w:p>
      <w:r>
        <w:br/>
        <w:t>Де родились, там вмирають,&lt;br /&gt;</w:t>
        <w:br/>
        <w:t>Обертаються у тлінь,&lt;br /&gt;</w:t>
        <w:br/>
        <w:t>На могилах виростає&lt;br /&gt;</w:t>
        <w:br/>
        <w:t>Ряд наступних поколінь.</w:t>
      </w:r>
    </w:p>
    <w:p>
      <w:r>
        <w:br/>
        <w:t>По лісах шумлять потоки,&lt;br /&gt;</w:t>
        <w:br/>
        <w:t>Смарагдові від трави,&lt;br /&gt;</w:t>
        <w:br/>
        <w:t>Розпливаючись то в багна,&lt;br /&gt;</w:t>
        <w:br/>
        <w:t>То в озера, то в стави.</w:t>
      </w:r>
    </w:p>
    <w:p>
      <w:r>
        <w:br/>
        <w:t>По річках, озерах, багнах&lt;br /&gt;</w:t>
        <w:br/>
        <w:t>Вічний галас, вічний спів,&lt;br /&gt;</w:t>
        <w:br/>
        <w:t>Крик гусей, качок і чапель,&lt;br /&gt;</w:t>
        <w:br/>
        <w:t>Зойк чайок і журавлів.</w:t>
      </w:r>
    </w:p>
    <w:p>
      <w:r>
        <w:br/>
        <w:t>Лебедині білі зграї&lt;br /&gt;</w:t>
        <w:br/>
        <w:t>В небі хмарами летять,&lt;br /&gt;</w:t>
        <w:br/>
        <w:t>Навкруги орлині крила&lt;br /&gt;</w:t>
        <w:br/>
        <w:t>Гучно, хижо лопотять.</w:t>
      </w:r>
    </w:p>
    <w:p>
      <w:r>
        <w:br/>
        <w:t>Над струмком спинився олень,&lt;br /&gt;</w:t>
        <w:br/>
        <w:t>Прислухається, тремтить,&lt;br /&gt;</w:t>
        <w:br/>
        <w:t>Десь почув непевний шелест&lt;br /&gt;</w:t>
        <w:br/>
        <w:t>І зникає через мить.</w:t>
      </w:r>
    </w:p>
    <w:p>
      <w:r>
        <w:br/>
        <w:t>То ведмідь ішов напитись,&lt;br /&gt;</w:t>
        <w:br/>
        <w:t>Остудитися в воді,&lt;br /&gt;</w:t>
        <w:br/>
        <w:t>То збирають під дубами&lt;br /&gt;</w:t>
        <w:br/>
        <w:t>Чорні вепри жолуді.</w:t>
      </w:r>
    </w:p>
    <w:p>
      <w:r>
        <w:br/>
        <w:t>По лісах блукали кози,&lt;br /&gt;</w:t>
        <w:br/>
        <w:t>Тури, олені, вовки,&lt;br /&gt;</w:t>
        <w:br/>
        <w:t>Кабани, ведмеді, лосі,&lt;br /&gt;</w:t>
        <w:br/>
        <w:t>Рисі, зубри, борсуки.</w:t>
      </w:r>
    </w:p>
    <w:p>
      <w:r>
        <w:br/>
        <w:t>Не стихав до ночі галас,&lt;br /&gt;</w:t>
        <w:br/>
        <w:t>Дикий рев і ніжний спів&amp;hellip;&lt;br /&gt;</w:t>
        <w:br/>
        <w:t>Все кругом жило, змагалось,&lt;br /&gt;</w:t>
        <w:br/>
        <w:t>Ліс дивився і шумів.</w:t>
      </w:r>
    </w:p>
    <w:p>
      <w:r>
        <w:br/>
        <w:t>По лісах дрімучих, темних,&lt;br /&gt;</w:t>
        <w:br/>
        <w:t>З луком пращур наш ішов,&lt;br /&gt;</w:t>
        <w:br/>
        <w:t>З рисем, лосем і ведмедем&lt;br /&gt;</w:t>
        <w:br/>
        <w:t>Він боровся і боров.</w:t>
      </w:r>
    </w:p>
    <w:p>
      <w:r>
        <w:br/>
        <w:t>Здобував він теплі хутра,&lt;br /&gt;</w:t>
        <w:br/>
        <w:t>М'ясо, шкуру на свій дах,&lt;br /&gt;</w:t>
        <w:br/>
        <w:t>Часом сам роздертий падав&lt;br /&gt;</w:t>
        <w:br/>
        <w:t>З серцем звіря у руках&amp;hellip;</w:t>
      </w:r>
    </w:p>
    <w:p>
      <w:r>
        <w:br/>
        <w:t>А на півдні за лісами&lt;br /&gt;</w:t>
        <w:br/>
        <w:t>Колихалось море трав:&lt;br /&gt;</w:t>
        <w:br/>
        <w:t>То над степом буйний вітер&lt;br /&gt;</w:t>
        <w:br/>
        <w:t>На шовкових струнах грав.</w:t>
      </w:r>
    </w:p>
    <w:p>
      <w:r>
        <w:br/>
        <w:t>Степ широкий, степ безмежний,&lt;br /&gt;</w:t>
        <w:br/>
        <w:t>Де початок, де твій край?!&lt;br /&gt;</w:t>
        <w:br/>
        <w:t>Коли сам стрибог не знає —&lt;br /&gt;</w:t>
        <w:br/>
        <w:t>У Дажбога поспитай.</w:t>
      </w:r>
    </w:p>
    <w:p>
      <w:r>
        <w:br/>
        <w:t>В день ясний горіло сонце,&lt;br /&gt;</w:t>
        <w:br/>
        <w:t>Нерухомо вітер спав,&lt;br /&gt;</w:t>
        <w:br/>
        <w:t>Нерухомо в мертвій тиші&lt;br /&gt;</w:t>
        <w:br/>
        <w:t>Степ незайманий стояв.</w:t>
      </w:r>
    </w:p>
    <w:p>
      <w:r>
        <w:br/>
        <w:t>В бурю він шумів, як море,&lt;br /&gt;</w:t>
        <w:br/>
        <w:t>І ховався в сизій млі,&lt;br /&gt;</w:t>
        <w:br/>
        <w:t>Полохливо буйні трави&lt;br /&gt;</w:t>
        <w:br/>
        <w:t>Припадали до землі.</w:t>
      </w:r>
    </w:p>
    <w:p>
      <w:r>
        <w:br/>
        <w:t>А зимою умирав він,&lt;br /&gt;</w:t>
        <w:br/>
        <w:t>Спав під килимом снігів&amp;hellip;&lt;br /&gt;</w:t>
        <w:br/>
        <w:t>Тихо, пусто&amp;hellip; Тільки чути&lt;br /&gt;</w:t>
        <w:br/>
        <w:t>Десь сумне виття вовків.</w:t>
      </w:r>
    </w:p>
    <w:p>
      <w:r>
        <w:br/>
        <w:t>Та часами прогуркочуть&lt;br /&gt;</w:t>
        <w:br/>
        <w:t>Диких коней табуни;&lt;br /&gt;</w:t>
        <w:br/>
        <w:t>Наче вихори, здіймають&lt;br /&gt;</w:t>
        <w:br/>
        <w:t>Білу куряву вони.&lt;br /&gt;</w:t>
        <w:br/>
        <w:t>. . . . . . . . . . . . . . . . . . . .</w:t>
      </w:r>
    </w:p>
    <w:p>
      <w:r>
        <w:br/>
        <w:t>На лісах дрімучих, темних,&lt;br /&gt;</w:t>
        <w:br/>
        <w:t>На незайманих степах&lt;br /&gt;</w:t>
        <w:br/>
        <w:t>Спочивала Україна&lt;br /&gt;</w:t>
        <w:br/>
        <w:t>В золотих, дитячих снах.&lt;br /&gt;</w:t>
        <w:br/>
        <w:t>&lt;p &gt;***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в старовину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