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приснилась мені...</w:t>
      </w:r>
    </w:p>
    <w:p>
      <w:r>
        <w:br/>
        <w:t xml:space="preserve"> Україна приснилась мені,&lt;br /&gt;</w:t>
        <w:br/>
        <w:t>Я прокинувсь ізмучений дуже;&lt;br /&gt;</w:t>
        <w:br/>
        <w:t>Ранній промінь гуляв по стіні,&lt;br /&gt;</w:t>
        <w:br/>
        <w:t>Та не легше було мені, друже!</w:t>
      </w:r>
    </w:p>
    <w:p>
      <w:r>
        <w:br/>
        <w:t>Люду мимо чимало пройшло,&lt;br /&gt;</w:t>
        <w:br/>
        <w:t>Радий гомін та жарти — байдуже...&lt;br /&gt;</w:t>
        <w:br/>
        <w:t>А на серці у мене скребло,&lt;br /&gt;</w:t>
        <w:br/>
        <w:t>І не легше було мені, друже!</w:t>
      </w:r>
    </w:p>
    <w:p>
      <w:r>
        <w:br/>
        <w:t>Онде гай величаво дріма,&lt;br /&gt;</w:t>
        <w:br/>
        <w:t>Вільна пташка так весело круже,&lt;br /&gt;</w:t>
        <w:br/>
        <w:t>Чорнобрива жоржину лама...&lt;br /&gt;</w:t>
        <w:br/>
        <w:t>Та мені не полегшало, друже!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приснилась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