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Країн багато на великій карті,&lt;br /&gt;</w:t>
        <w:br/>
        <w:t>Та серед них — вона, твоя єдина.&lt;br /&gt;</w:t>
        <w:br/>
        <w:t>Її люби і будь завжди на варті,&lt;br /&gt;</w:t>
        <w:br/>
        <w:t>Бо це твоя земля, це Україна.&lt;br /&gt;</w:t>
        <w:br/>
        <w:t>Вона така ж реальна і казкова,&lt;br /&gt;</w:t>
        <w:br/>
        <w:t>Як мамина долоня, тепла й щира,&lt;br /&gt;</w:t>
        <w:br/>
        <w:t>У неї в серці українська мова,&lt;br /&gt;</w:t>
        <w:br/>
        <w:t>В її душі любов і світла віра.&lt;br /&gt;</w:t>
        <w:br/>
        <w:t>Цвітуть в ній мальви, маки і левкої *1.&lt;br /&gt;</w:t>
        <w:br/>
        <w:t>Хтось, може, скаже, що таких багато.&lt;br /&gt;</w:t>
        <w:br/>
        <w:t>Але ти знай, що іншої такої&lt;br /&gt;</w:t>
        <w:br/>
        <w:t>Не зможеш в цілім світі відшукати.</w:t>
      </w:r>
    </w:p>
    <w:p>
      <w:r>
        <w:br/>
        <w:t>*1 Левко&amp;#769;й — пахуча садова квітка, матіола.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