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Учора в шостій на Сінну</w:t>
      </w:r>
    </w:p>
    <w:p>
      <w:r>
        <w:br/>
        <w:t xml:space="preserve"> Учора в шостій на Сінну&lt;br /&gt;</w:t>
        <w:br/>
        <w:t>Зайшов я наостанку;&lt;br /&gt;</w:t>
        <w:br/>
        <w:t>Там били дівчину одну,&lt;br /&gt;</w:t>
        <w:br/>
        <w:t>Ще молоду селянку.</w:t>
      </w:r>
    </w:p>
    <w:p>
      <w:r>
        <w:br/>
        <w:t>З грудей ні звука, ні зітхань.&lt;br /&gt;</w:t>
        <w:br/>
        <w:t>Лиш бич по тілу свище...&lt;br /&gt;</w:t>
        <w:br/>
        <w:t>І музі я сказав: "Поглянь!&lt;br /&gt;</w:t>
        <w:br/>
        <w:t>Сестра твоя найближча ".</w:t>
      </w:r>
    </w:p>
    <w:p>
      <w:r>
        <w:br/>
      </w:r>
    </w:p>
    <w:p>
      <w:r>
        <w:br/>
        <w:t>Переклад М. Терещенка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Учора в шостій на Сінну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