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цьому місті я була дощем...</w:t>
      </w:r>
    </w:p>
    <w:p>
      <w:r>
        <w:br/>
        <w:t xml:space="preserve"> &lt;blockquote&gt;Галині ПАГУТЯК&lt;/blockquote&gt;&lt;br /&gt;</w:t>
        <w:br/>
        <w:t>** ** **&lt;br /&gt;</w:t>
        <w:br/>
        <w:t>У цьому місті я була дощем,&lt;br /&gt;</w:t>
        <w:br/>
        <w:t>По ринвах безтурботно стукотіла,&lt;br /&gt;</w:t>
        <w:br/>
        <w:t>І мусила, хоча і не хотіла,&lt;br /&gt;</w:t>
        <w:br/>
        <w:t>Всіх накривати – добрих і нікчем,&lt;br /&gt;</w:t>
        <w:br/>
        <w:t>Своїм холодним золотим плащем.</w:t>
      </w:r>
    </w:p>
    <w:p>
      <w:r>
        <w:br/>
        <w:t>У цьому місті, де живуть громи&lt;br /&gt;</w:t>
        <w:br/>
        <w:t>У водограях плавала я вілою,&lt;br /&gt;</w:t>
        <w:br/>
        <w:t>Левицею брела кам’янотілою,&lt;br /&gt;</w:t>
        <w:br/>
        <w:t>Листала храмів вікові томи,&lt;br /&gt;</w:t>
        <w:br/>
        <w:t>І жалилась об блискавки з пітьми.</w:t>
      </w:r>
    </w:p>
    <w:p>
      <w:r>
        <w:br/>
        <w:t>А розквітала ружа вітрова,&lt;br /&gt;</w:t>
        <w:br/>
        <w:t>Мене хитало на трамвайний стиках,&lt;br /&gt;</w:t>
        <w:br/>
        <w:t>В каріатидах танула столиких,&lt;br /&gt;</w:t>
        <w:br/>
        <w:t>Визбируючи барви і слова&lt;br /&gt;</w:t>
        <w:br/>
        <w:t>Там, де веселки вигнулась брова</w:t>
      </w:r>
    </w:p>
    <w:p>
      <w:r>
        <w:br/>
        <w:t>І колосився в серці гук трембіт.&lt;br /&gt;</w:t>
        <w:br/>
        <w:t>Бо ми і місто в дивнім симбіозі&lt;br /&gt;</w:t>
        <w:br/>
        <w:t>Несли в собі стихійне передгроззя,&lt;br /&gt;</w:t>
        <w:br/>
        <w:t>І сам Франко та сивий Геракліт&lt;br /&gt;</w:t>
        <w:br/>
        <w:t>Вели нас потихеньку далі, в світ.</w:t>
      </w:r>
    </w:p>
    <w:p>
      <w:r>
        <w:br/>
        <w:t>О древній Львове! Кам’яний ковчег,&lt;br /&gt;</w:t>
        <w:br/>
        <w:t>Тут врятувались від потопів Музи,&lt;br /&gt;</w:t>
        <w:br/>
        <w:t>Тут каву п’ють мої натхненні друзі…&lt;br /&gt;</w:t>
        <w:br/>
        <w:t>Над ними сам Нептун – зіркий стратег,&lt;br /&gt;</w:t>
        <w:br/>
        <w:t>Підняв Тризуб – державний оберег.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цьому місті я була дощем...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