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сні</w:t>
      </w:r>
    </w:p>
    <w:p>
      <w:r>
        <w:br/>
        <w:t xml:space="preserve"> Приснилося мені, що я шукала щось,&lt;br /&gt;</w:t>
        <w:br/>
        <w:t>десь, мабуть, сховане або загублене&lt;br /&gt;</w:t>
        <w:br/>
        <w:t>під ліжком, під сходами,&lt;br /&gt;</w:t>
        <w:br/>
        <w:t>за старою адресою.</w:t>
      </w:r>
    </w:p>
    <w:p>
      <w:r>
        <w:br/>
        <w:t>Копирсалась у шафах, коробках, шухлядах,&lt;br /&gt;</w:t>
        <w:br/>
        <w:t>сповнених пусто речей не до речі.</w:t>
      </w:r>
    </w:p>
    <w:p>
      <w:r>
        <w:br/>
        <w:t>Витягала з валізок&lt;br /&gt;</w:t>
        <w:br/>
        <w:t>відбуті літа і мандрівки.</w:t>
      </w:r>
    </w:p>
    <w:p>
      <w:r>
        <w:br/>
        <w:t>Витрясала з кишень&lt;br /&gt;</w:t>
        <w:br/>
        <w:t>пожовклі листи і не до мене листя.</w:t>
      </w:r>
    </w:p>
    <w:p>
      <w:r>
        <w:br/>
        <w:t>Пробігала задихана&lt;br /&gt;</w:t>
        <w:br/>
        <w:t>крізь свої, не свої&lt;br /&gt;</w:t>
        <w:br/>
        <w:t>неспокої, покої.</w:t>
      </w:r>
    </w:p>
    <w:p>
      <w:r>
        <w:br/>
        <w:t>Грузла в тунелях снігу&lt;br /&gt;</w:t>
        <w:br/>
        <w:t>й непам'яті.</w:t>
      </w:r>
    </w:p>
    <w:p>
      <w:r>
        <w:br/>
        <w:t>Плуталась в корчах колючих&lt;br /&gt;</w:t>
        <w:br/>
        <w:t>і домислах.</w:t>
      </w:r>
    </w:p>
    <w:p>
      <w:r>
        <w:br/>
        <w:t>Розгортала повітря&lt;br /&gt;</w:t>
        <w:br/>
        <w:t>й молоду травичку.</w:t>
      </w:r>
    </w:p>
    <w:p>
      <w:r>
        <w:br/>
        <w:t>Намагалася встигнути,&lt;br /&gt;</w:t>
        <w:br/>
        <w:t>перш ніж спуститься смерк предковічний,&lt;br /&gt;</w:t>
        <w:br/>
        <w:t>курок і тиша.</w:t>
      </w:r>
    </w:p>
    <w:p>
      <w:r>
        <w:br/>
        <w:t>У кінці і сама вже не знала,&lt;br /&gt;</w:t>
        <w:br/>
        <w:t>що шукала так довго.</w:t>
      </w:r>
    </w:p>
    <w:p>
      <w:r>
        <w:br/>
        <w:t>Збудилась.&lt;br /&gt;</w:t>
        <w:br/>
        <w:t>Подивилась на годинник.&lt;br /&gt;</w:t>
        <w:br/>
        <w:t>Сон тривав неповних дві з половиною хвилини.</w:t>
      </w:r>
    </w:p>
    <w:p>
      <w:r>
        <w:br/>
        <w:t>Ось до яких викрутасів час змушений вдаватись,&lt;br /&gt;</w:t>
        <w:br/>
        <w:t>відколи почав натрапляти&lt;br /&gt;</w:t>
        <w:br/>
        <w:t>на голови сонні.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