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синьому небі я висіяв ліс</w:t>
      </w:r>
    </w:p>
    <w:p>
      <w:r>
        <w:br/>
        <w:t xml:space="preserve"> У синьому небі я висіяв ліс,&lt;br /&gt;</w:t>
        <w:br/>
        <w:t>У синьому небі, любов моя люба,&lt;br /&gt;</w:t>
        <w:br/>
        <w:t>Я висіяв ліс із дубів і беріз,&lt;br /&gt;</w:t>
        <w:br/>
        <w:t>У синьому небі з берези і дуба.</w:t>
      </w:r>
    </w:p>
    <w:p>
      <w:r>
        <w:br/>
        <w:t>У синьому морі я висіяв сни,&lt;br /&gt;</w:t>
        <w:br/>
        <w:t>У синьому морі на синьому глеї&lt;br /&gt;</w:t>
        <w:br/>
        <w:t>Я висіяв сни із твоєї весни,&lt;br /&gt;</w:t>
        <w:br/>
        <w:t>У синьому морі з весни із твоєї.</w:t>
      </w:r>
    </w:p>
    <w:p>
      <w:r>
        <w:br/>
        <w:t>Той ліс зашумить, і ті сни ізійдуть,&lt;br /&gt;</w:t>
        <w:br/>
        <w:t>І являть тебе вони в небі і в морі,&lt;br /&gt;</w:t>
        <w:br/>
        <w:t>У синьому небі, у синьому морі&amp;hellip;&lt;br /&gt;</w:t>
        <w:br/>
        <w:t>Тебе вони являть і так і замруть.</w:t>
      </w:r>
    </w:p>
    <w:p>
      <w:r>
        <w:br/>
        <w:t>Дубовий мій костур, вечірня хода,&lt;br /&gt;</w:t>
        <w:br/>
        <w:t>І ти біля мене, і птиці, і стебла,&lt;br /&gt;</w:t>
        <w:br/>
        <w:t>В дорозі і небо над нами із тебе,&lt;br /&gt;</w:t>
        <w:br/>
        <w:t>І море із тебе&amp;hellip; дорога тверда.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синьому небі я висіяв 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