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ребра б'є напівзрадливе серце...</w:t>
      </w:r>
    </w:p>
    <w:p>
      <w:r>
        <w:br/>
        <w:t xml:space="preserve"> У ребра б'є напівзрадливе серце,&lt;br /&gt;</w:t>
        <w:br/>
        <w:t>Стікає час крізь пальці, мов пісок.&lt;br /&gt;</w:t>
        <w:br/>
        <w:t>Я ще пружиню невгамовний крок,&lt;br /&gt;</w:t>
        <w:br/>
        <w:t>Але в крижинах вже душі озерце.</w:t>
      </w:r>
    </w:p>
    <w:p>
      <w:r>
        <w:br/>
        <w:t>Лишень небавом гулко відізветься&lt;br /&gt;</w:t>
        <w:br/>
        <w:t>У жилах кров мереживом приток,&lt;br /&gt;</w:t>
        <w:br/>
        <w:t>Й озону свіжого п'янкий ковток,&lt;br /&gt;</w:t>
        <w:br/>
        <w:t>Немов вино, в легені увіллється.</w:t>
      </w:r>
    </w:p>
    <w:p>
      <w:r>
        <w:br/>
        <w:t>Я стрепенусь, як перепел, тоді,&lt;br /&gt;</w:t>
        <w:br/>
        <w:t>Забувши дні марудні і бліді,&lt;br /&gt;</w:t>
        <w:br/>
        <w:t>І сила волі здибиться до бою.</w:t>
      </w:r>
    </w:p>
    <w:p>
      <w:r>
        <w:br/>
        <w:t>Кудись пощезне сонна каламуть,&lt;br /&gt;</w:t>
        <w:br/>
        <w:t>Немов роса на гілці сухостою,&lt;br /&gt;</w:t>
        <w:br/>
        <w:t>І я добра нову шукаю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ребра б'є напівзрадливе серце...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