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полі, гей, у полі!</w:t>
      </w:r>
    </w:p>
    <w:p>
      <w:r>
        <w:br/>
        <w:t xml:space="preserve"> У полі, гей ,у полі&lt;br /&gt;</w:t>
        <w:br/>
        <w:t>Літають три соколи,&lt;br /&gt;</w:t>
        <w:br/>
        <w:t>А я собі думаю,&lt;br /&gt;</w:t>
        <w:br/>
        <w:t>Чому я крил не маю?</w:t>
      </w:r>
    </w:p>
    <w:p>
      <w:r>
        <w:br/>
        <w:t>Коби ж то крила, крила,&lt;br /&gt;</w:t>
        <w:br/>
        <w:t>Полетів би-м, де мила,&lt;br /&gt;</w:t>
        <w:br/>
        <w:t>Полетів на Підгір'є,&lt;br /&gt;</w:t>
        <w:br/>
        <w:t>Де милої подвір'є.</w:t>
      </w:r>
    </w:p>
    <w:p>
      <w:r>
        <w:br/>
        <w:t>"Що робиш ти, мій маю?"&lt;br /&gt;</w:t>
        <w:br/>
        <w:t>"Васильчик підливаю,&lt;br /&gt;</w:t>
        <w:br/>
        <w:t>Васильчик підливаю,&lt;br /&gt;</w:t>
        <w:br/>
        <w:t>Василеньчик та й руту,&lt;br /&gt;</w:t>
        <w:br/>
        <w:t>Відтак барвінок буду".</w:t>
      </w:r>
    </w:p>
    <w:p>
      <w:r>
        <w:br/>
        <w:t>"Ой мила, ти мій світе,&lt;br /&gt;</w:t>
        <w:br/>
        <w:t>Даруй мені дві квіти,&lt;br /&gt;</w:t>
        <w:br/>
        <w:t>Дві квіти за кресаню&lt;br /&gt;</w:t>
        <w:br/>
        <w:t>По нашому коханю".&lt;br /&gt;</w:t>
        <w:br/>
        <w:t>_________________</w:t>
      </w:r>
    </w:p>
    <w:p>
      <w:r>
        <w:br/>
        <w:t>У полі, гей, у полі&lt;br /&gt;</w:t>
        <w:br/>
        <w:t>Літають три соколи...&lt;br /&gt;</w:t>
        <w:br/>
        <w:t>"Соколи — не голуби,&lt;br /&gt;</w:t>
        <w:br/>
        <w:t>А любчик мені любий.</w:t>
      </w:r>
    </w:p>
    <w:p>
      <w:r>
        <w:br/>
        <w:t>Ой любчику мій красний,&lt;br /&gt;</w:t>
        <w:br/>
        <w:t>Як соколонько ясний,&lt;br /&gt;</w:t>
        <w:br/>
        <w:t>Чому ти мня покинув?&lt;br /&gt;</w:t>
        <w:br/>
        <w:t>Чому? Скажи, бо гину".</w:t>
      </w:r>
    </w:p>
    <w:p>
      <w:r>
        <w:br/>
        <w:t>"Загинеш, любко моя?&lt;br /&gt;</w:t>
        <w:br/>
        <w:t>Ой гоя, дана, гоя,&lt;br /&gt;</w:t>
        <w:br/>
        <w:t>Ой дана, гоя, дана!&lt;br /&gt;</w:t>
        <w:br/>
        <w:t>Не мінюся за пана!"</w:t>
      </w:r>
    </w:p>
    <w:p>
      <w:r>
        <w:br/>
        <w:t>"За пана, вражий сину? —&lt;br /&gt;</w:t>
        <w:br/>
        <w:t>На збитки не загину!&lt;br /&gt;</w:t>
        <w:br/>
        <w:t>Ой ні, ні, ні, голубе!..&lt;br /&gt;</w:t>
        <w:br/>
        <w:t>Який же ти ми любий!"&lt;br /&gt;</w:t>
        <w:br/>
        <w:t>__________________</w:t>
      </w:r>
    </w:p>
    <w:p>
      <w:r>
        <w:br/>
        <w:t>У полі, гей, у полі&lt;br /&gt;</w:t>
        <w:br/>
        <w:t>Літають три соколи,&lt;br /&gt;</w:t>
        <w:br/>
        <w:t>А я собі думаю,&lt;br /&gt;</w:t>
        <w:br/>
        <w:t>Чому я не літаю?</w:t>
      </w:r>
    </w:p>
    <w:p>
      <w:r>
        <w:br/>
        <w:t>Коби я міг летіти!&lt;br /&gt;</w:t>
        <w:br/>
        <w:t>Ци знаєш? — там, де квіти,&lt;br /&gt;</w:t>
        <w:br/>
        <w:t>Ци знаєш? — там, де бори&lt;br /&gt;</w:t>
        <w:br/>
        <w:t>Ружеві понад море, —</w:t>
      </w:r>
    </w:p>
    <w:p>
      <w:r>
        <w:br/>
        <w:t>Там віля, там світлиця;&lt;br /&gt;</w:t>
        <w:br/>
        <w:t>Там ясна, як зорниця,&lt;br /&gt;</w:t>
        <w:br/>
        <w:t>Як зірка серед ночі,&lt;br /&gt;</w:t>
        <w:br/>
        <w:t>Там мила, чорні очі.</w:t>
      </w:r>
    </w:p>
    <w:p>
      <w:r>
        <w:br/>
        <w:t>А я би-м сів на ганку,&lt;br /&gt;</w:t>
        <w:br/>
        <w:t>Сидів би-м без устанку,&lt;br /&gt;</w:t>
        <w:br/>
        <w:t>Сидів би-м штири літа,&lt;br /&gt;</w:t>
        <w:br/>
        <w:t>Сидів би-м, кілько світа.&lt;br /&gt;</w:t>
        <w:br/>
        <w:t>___________________</w:t>
      </w:r>
    </w:p>
    <w:p>
      <w:r>
        <w:br/>
        <w:t>У полі, гей, у полі&lt;br /&gt;</w:t>
        <w:br/>
        <w:t>Літають три соколи,&lt;br /&gt;</w:t>
        <w:br/>
        <w:t>Літають пара в пару...&lt;br /&gt;</w:t>
        <w:br/>
        <w:t>Подайте ми шездару.</w:t>
      </w:r>
    </w:p>
    <w:p>
      <w:r>
        <w:br/>
        <w:t>Подайте, най щебечу,&lt;br /&gt;</w:t>
        <w:br/>
        <w:t>Миленького прикличу,&lt;br /&gt;</w:t>
        <w:br/>
        <w:t>Миленького з Підгір'я&lt;br /&gt;</w:t>
        <w:br/>
        <w:t>До моєго подвір'я.</w:t>
      </w:r>
    </w:p>
    <w:p>
      <w:r>
        <w:br/>
        <w:t>"Прийди, прийди, коханку,&lt;br /&gt;</w:t>
        <w:br/>
        <w:t>Далеко ще до ранку,&lt;br /&gt;</w:t>
        <w:br/>
        <w:t>Далеко ще до зорі, —&lt;br /&gt;</w:t>
        <w:br/>
        <w:t>Прийди, прийди, я в борі".</w:t>
      </w:r>
    </w:p>
    <w:p>
      <w:r>
        <w:br/>
        <w:t>"До бору? Ні, ніколи,&lt;br /&gt;</w:t>
        <w:br/>
        <w:t>Бо скорпіон мня вколе;&lt;br /&gt;</w:t>
        <w:br/>
        <w:t>Бо скорпіон мня вкусить,&lt;br /&gt;</w:t>
        <w:br/>
        <w:t>А милий вмерти мусить".&lt;br /&gt;</w:t>
        <w:br/>
        <w:t>__________________</w:t>
      </w:r>
    </w:p>
    <w:p>
      <w:r>
        <w:br/>
        <w:t>"Ой, як же я загину, —&lt;br /&gt;</w:t>
        <w:br/>
        <w:t>Де, мила, мня сховаєш?.."&lt;br /&gt;</w:t>
        <w:br/>
        <w:t>"Сховаю тя в калину,&lt;br /&gt;</w:t>
        <w:br/>
        <w:t>Бо ти мене кохаєш.</w:t>
      </w:r>
    </w:p>
    <w:p>
      <w:r>
        <w:br/>
        <w:t>Калина — білі квіти,&lt;br /&gt;</w:t>
        <w:br/>
        <w:t>В калині вітер віє,&lt;br /&gt;</w:t>
        <w:br/>
        <w:t>Там буду я сидіти,&lt;br /&gt;</w:t>
        <w:br/>
        <w:t>Зо мною соловіє;</w:t>
      </w:r>
    </w:p>
    <w:p>
      <w:r>
        <w:br/>
        <w:t>Вно буде си співати&lt;br /&gt;</w:t>
        <w:br/>
        <w:t>На усілякі нути,&lt;br /&gt;</w:t>
        <w:br/>
        <w:t>Я буду пригравати —&lt;br /&gt;</w:t>
        <w:br/>
        <w:t>Далеко буде чути.</w:t>
      </w:r>
    </w:p>
    <w:p>
      <w:r>
        <w:br/>
        <w:t>Далеко? Ні, близенько, —&lt;br /&gt;</w:t>
        <w:br/>
        <w:t>До тебе у могилу:&lt;br /&gt;</w:t>
        <w:br/>
        <w:t>Не чуєш ти, серденько,&lt;br /&gt;</w:t>
        <w:br/>
        <w:t>Не чуєш твою милу?"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полі, гей, у полі!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