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череві апокаліптичного звіра</w:t>
      </w:r>
    </w:p>
    <w:p>
      <w:r>
        <w:br/>
        <w:t xml:space="preserve"> &lt;p&gt;І</w:t>
      </w:r>
    </w:p>
    <w:p>
      <w:r>
        <w:br/>
        <w:t>Було то в травні 1764 року в Харкові. Григорій Сковорода вийшов із церкви після літургії й засліпився яскравим сонцем. Годі сказати, що мав сьогодні добрий настрій; ні, він сьогодні погано спав, а прокинувшись, як звичайно, ранесенько, не відчув бадьорої радості ранку, хоч той не поскупився на світло, блискіт роси, солов’їні співи, запах ще молодого листя й опалих шкірок од бруньок, які збивалися брунатними купками у виямках. Але в тілі відчувалася ломота, очі ніби підпухли, він захотів себе збадьорити піснею: "Розпростри вдаль взір твій і розумні лучи і кінець послідній поминай…", але те йому цього разу не допомогло, і так тяглося до обіду, а на службі Божій ніяк не міг уникнути в творене священиком дійство, бо ніби не був тут присутній, ніби душа його блукала в сірих сутінках, а оболонку тіла його покинула тут, між стін, обвішаних іконами та рушниками, між бурмотливих слів та речитативного проказування; слів, які через часте повторення втратили первісне, свіже звучання. Добре знав цей закон, коли знайдена думка, ніби свіжий папір, туга й шелестлива, цупка й замашна і кожне слово в ній повне первозданної сили чи, як він називав, душевного аромату; кожне слово – як зірваний листок із купини чи дерева, але минає час – і слова тьмяніють, жмакаються, ніби той-таки папір, втрачають пружність, блиск, як помнутий листок із дерева. Чи не під упливом такого настрою написав він "Deumbraticavoluptate"[32]. Зрештою, такі настрої вряди-годи поверталися до нього, і він навіть мав власну систему, як їх долати, – треба прогнати із себе демона печалі. Уявляв собі цього демона іноді в образі павука, що покриває нутро вигадливими сітками; іноді це не був образ, а відчуття тягливих повітряних струмків чи струменів, котрі сплітаються в душі у клубок, ніби прозорі змії: ворушаться вони, стягуються, щільніше сплітаються, а десь там, у середині того клубка, – скулена і стиснута зусебіч його душа чи серце, і ця душа чи серце тріпоче в обіймах прозорих зміїв, даремно намагаючись від них вирватися. Свята літургія сьогодні йому не допомогла, через це він поспішив на сонце у ясний цьогорічний травень, маючи на меті піти в садок, де вже цвіли вишні, щоб поблукати по блідих стежках, – сад завжди чудодійно на нього впливав.</w:t>
      </w:r>
    </w:p>
    <w:p>
      <w:r>
        <w:br/>
        <w:t>Але йому не вдавалось утекти в самоту, бо тільки пройшов він трохи шляху, як побачив ченця, може, тому такого чорного, що був облитий сонцем, – його давній знайомий, бо вони разом училися в Київській академії, звався він у миру Михайло Простокута, а в чернецтві нарікся Мисаїлом. Мисаїл не був із тих ченців, котрі в розпусті перевершують мирян, – це була людина похмура, любитель самотності й тверезості,&amp;#1008;&amp;#593;&amp;#943;&amp;#966;&amp;#617;&amp;#955;o&amp;#946;&amp;#943;&amp;#946;&amp;#955;&amp;#966; – бібліофіл, але так сталося, що вони рідко коли знаходили спільну мову, навіть у розмовах про книжки. Григорій раз бував у його келії й гортав їх: були там, окрім Біблії й творів церковно-навчальної літератури, Арістотель, Еразм Роттердамський, Епікур, Платон, Плутарх, Лукрецій, були там рукописні збірники, складені з різних писань: люцидарії, громники, сонники. Була в нього рукописна риторика, створена невідомо ким, спудейська книжиця самого Мисаїла, "Александрія", короткий літописець, переписаний рукою самого ченця, й багато іншого; можна було думати, що таких людей, як Мисаїл, було таки негусто в Харкові, але вони з Григорієм поміж себе майже не сходилися, бо в Мисаїлі Сковорода відчував ту темність душі, яка відлякувала, та й сам колишній його колегіат по alma mater – Київській академії – нерадо приймав гостей – був-бо по-справжньому відлюдкуватий. Отже, вони з цим чоловіком ані разу добре не побалакали; Григорій не знав навіть, як прожив той од студентської лави до чернечої келії, та й ніхто не знав із його знайомих, – таки не був Мисаїл із говірких. Дивно й те, що Мисаїл стояв серед дороги, ніби когось надчікував. Григорій привітав його чемно й хотів оминути, але до нього простяглася рука в чорному рукаві, а голос видобувся з цупкого волосся його бороди хрипко:</w:t>
      </w:r>
    </w:p>
    <w:p>
      <w:r>
        <w:br/>
        <w:t>– Стривай, брате Григорію, чи не поспішаєш?</w:t>
      </w:r>
    </w:p>
    <w:p>
      <w:r>
        <w:br/>
        <w:t>Григорій хотів сказати, що поспішає, бо він уже марив садом, і блідою стежкою, і вишневим цвітом, і теплою самотністю, в яку збирався зануритися, але Мисаїлове обличчя було таке сіре, ніби присипалось попелом, і так дивно, трохи несамовито палали його очі, що Сковорода зупинився.</w:t>
      </w:r>
    </w:p>
    <w:p>
      <w:r>
        <w:br/>
        <w:t>– Чекаю на тебе, брате Григорію, – сказав чернець дихавично. – Хочу запросити до себе на бесіду, коли маєш час та бажання.</w:t>
      </w:r>
    </w:p>
    <w:p>
      <w:r>
        <w:br/>
        <w:t>– Щось, може, сталося? – спитав Сковорода.</w:t>
      </w:r>
    </w:p>
    <w:p>
      <w:r>
        <w:br/>
        <w:t>– Ні, брате, – мовив Мисаїл. – Але самотня людина в цьому світі або Бог, або дикий звір.</w:t>
      </w:r>
    </w:p>
    <w:p>
      <w:r>
        <w:br/>
        <w:t>Це прозвучало несподівано; Григорій миттю збагнув: коли людина перепиняє іншу на дорозі, вона не Бог, а ближче до звіра, тобто не вона сама Бог або дикий звір, а в ній те чи інше поселяється.</w:t>
      </w:r>
    </w:p>
    <w:p>
      <w:r>
        <w:br/>
        <w:t>– Спасибі, отче, – сказав Сковорода, відчуваючи до ченця щось більше, ніж жалість. – Радо тебе відвідаю і, коли дозволиш, полистаю твої книги.</w:t>
      </w:r>
    </w:p>
    <w:p>
      <w:r>
        <w:br/>
        <w:t>Вони йшли дорогою й мовчали. Здавалося Григорію, що й день ніби померк, а може, від людини, що безмовно й понуро крокувала поруч, відходило якесь темне світло, бо є і такі люди в цьому світі – назагал тихі, нікому не чинять ані добра, ані лиха, але від них хвилями плинуть темні хвилі і все навкруги померкає, навіть коли вони не вдягають темної одежі. Бо там, у тій людині, можливо, сидить апокаліптичний звір і дивиться на світ крізь очі тієї людини, вдихає запахи крізь ніс тієї людини, слухає світ через її вуха, руки його вросли в руки того, в кого вліз, а ноги в ноги. Отак ідуть у людині дві – одна зовнішня, звичайна, хоч і непомірно заросла волоссям, хоч у темній чернечій одежі, і ця оболона обтягує, як машкарою, отого апокаліптичного звіра, і той звір мучить і катує людину. А може, інакше, думав Григорій, може, весь світ – апокаліптичний звір, а вони, всі живі істоти, в першу чергу розумні, бовтаються у його череві, бо вони, може, на те й існують, щоб той звір їх пожер, як існують для пожертя качка, курка, гуска чи свиня, і оте їхнє бовтання і є життям та пристрастями цього світу.</w:t>
      </w:r>
    </w:p>
    <w:p>
      <w:r>
        <w:br/>
        <w:t>Григорій струснув із себе такі дурні думки; зрештою, це були думки, прикликані сьогоднішньою ніччю, сьогоднішнім безсонням, і йому так нелегко з цієї сітки виборсатися, змити їх із себе, як бруд, чи здерти, як коростяний наріст.</w:t>
      </w:r>
    </w:p>
    <w:p>
      <w:r>
        <w:br/>
        <w:t>– Знаєш, чого я чекав саме на тебе? – спитав Мисаїл. – Ти наймудріший з-поміж моїх ровесників, кого я пізнав у цьому світі.</w:t>
      </w:r>
    </w:p>
    <w:p>
      <w:r>
        <w:br/>
        <w:t>– Але Бог з тобою, Мисаїле, – гаряче озвався Сковорода. – 3 чого міг пізнати мою мудрість, добре мене не знаючи? Та й де межа між розумом та глупотою? Чи ж забув, що про те говорив апостол Павло: "Я погублю премудрих, а розумних відкину!" Пам’ятаєш? "Де мудрий? Де книжник? Де досліджувач віку цього? Хіба Бог мудрість світу цього не змінив на глупоту?"</w:t>
      </w:r>
    </w:p>
    <w:p>
      <w:r>
        <w:br/>
        <w:t>Мисаїл ішов якийсь час мовчки.</w:t>
      </w:r>
    </w:p>
    <w:p>
      <w:r>
        <w:br/>
        <w:t>– Все це так, – сказав він. – Але є й інше. В самотині людині добре, поки її не почне гризти хвороба. Коли ж це починається, вона звертається до Бога. Коли ж Бог мовчить, вона озирається навкруги. І тоді бачить: є навколо люди сірі, як болото, є люди ніякі, є чорні, а один з-поміж багатьох світиться. І людина починає вірити, що це Господь засвітив для нього ту людину. Отже, не я так побачив тебе, а Господь показав, як мені бачити. Тому й прошу: не погребуй розмовою зі мною.</w:t>
      </w:r>
    </w:p>
    <w:p>
      <w:r>
        <w:br/>
        <w:t>– Готовий тебе слухати, Мисаїле, – тепло сказав Сковорода. – Але не помилися…</w:t>
      </w:r>
    </w:p>
    <w:p>
      <w:r>
        <w:br/>
        <w:t>– Не помилюсь, – мовив Мисаїл, вони вже підійшли до його келії. – Радий тебе запросити до моєї убогої обителі. "Убогі та бідні шукають води, та нема, язик їхній від прагнення висох".</w:t>
      </w:r>
    </w:p>
    <w:p>
      <w:r>
        <w:br/>
        <w:t>– Книга пророка Ісаї, – сказав Сковорода. – Глава сорок перша, вірш сімнадцятий.</w:t>
      </w:r>
    </w:p>
    <w:p>
      <w:r>
        <w:br/>
        <w:t>– Дивовижна в тебе голова, – мовив Мисаїл. – Прошу ласкаво заходити.</w:t>
      </w:r>
    </w:p>
    <w:p>
      <w:r>
        <w:br/>
        <w:t>І от вони опинилися у келії, де Сковорода раз уже був, у сутіннім напівсутереннім покойчику, де пахло самотнім чоловіком, старими книжками, що темно світили шкіряними корінцями, притрушеною водою курявою, давно не біленими стінами, навіть сонячне проміння, що забивалося сюди, пахло розпорошеними в ньому пилинами. Був тут єдиний стілець й одне ложе, запнуте сірим покривалом, в узголів’я кинуто шкіряну подушечку. Біля дверей на гачку висіла свита – оце й усе урядження та й усе добро. Мисаїл показав Григорієві на стільця, сам сів на ліжко й на мить задумався, впустивши важку, космату голову. Григорія вабили книги, але він знав, що не для того прикликав його до себе цей трохи дивний чоловік – зараз він збирається з думками, хоче щось розповісти, чи висповідатися, чи поділитися тим, чого перед іншими, може, й не відслонював.</w:t>
      </w:r>
    </w:p>
    <w:p>
      <w:r>
        <w:br/>
        <w:t>– Хвороба мене мучить, – сказав, не піднімаючи очей, чернець. – Це внутрішня хвороба, і я не знайду їй назви, хоч добре знаю, від чого вона в мене. Але ця, що тепер, з’явилася недавно, зовсім недавно.</w:t>
      </w:r>
    </w:p>
    <w:p>
      <w:r>
        <w:br/>
        <w:t>Він знову замовк і сидів опустивши голову.</w:t>
      </w:r>
    </w:p>
    <w:p>
      <w:r>
        <w:br/>
        <w:t>– Чому ти опинився в цій обителі? – спитав Сковорода.</w:t>
      </w:r>
    </w:p>
    <w:p>
      <w:r>
        <w:br/>
        <w:t>– Рятуючись, – сказав Мисаїл. – Може, знаєш, що в мене були дружина й діти і я був зовсім щасливий у світі. І от одного разу в мене загорілася хата – діти гралися з вогнем і підпалили. Ми були в полі. Поки прибігли, не стало вже ні хати, ні дітей. Тоді в жінку мою поселився демон жаху… Ну, знаєш – переполох! Ходили до неї баби й викачували, та не помогло. І ось якось у присутності моїй та моєї тещі біс звалив мою жінку на землю й позбавив її життя. Відтоді й почав я шукати самотності, люди для мене зробилися нестерпні. По смерті дітей та жінки я не знаю, чи відчував коли радість. І тим сумніший стаю, чим більше думаю, що і мене чекає така ж доля. Пішов у ченці під знаком цієї біди, бо сподівався звільнення. Але його, того звільнення, так і не знайшов. То що скаже на те твоя висока мудрість?</w:t>
      </w:r>
    </w:p>
    <w:p>
      <w:r>
        <w:br/>
        <w:t>Сковорода довго мовчав, тільки вряди-годи позирав на співрозмовника.</w:t>
      </w:r>
    </w:p>
    <w:p>
      <w:r>
        <w:br/>
        <w:t>– Вважаю, що мучить тебе біс печалі,– сказав він. – Інакше його звуть бісом меланхолії.</w:t>
      </w:r>
    </w:p>
    <w:p>
      <w:r>
        <w:br/>
        <w:t>– Знаю це! – зірвався із ліжка й заходив покоєм чернець. – І знаю, що ти порадиш мені воювати з тим бісом, принаймні так мені вже радили.</w:t>
      </w:r>
    </w:p>
    <w:p>
      <w:r>
        <w:br/>
        <w:t>Він знову замовк, а тоді проказав, їдко вимовляючи слова:</w:t>
      </w:r>
    </w:p>
    <w:p>
      <w:r>
        <w:br/>
        <w:t>– "Змучився я від стогнання свого, щоночі постелю свою омиваю слізьми, сльозами своїми окроплюю ложе своє!.. Моє око зів’яло з печалі…"</w:t>
      </w:r>
    </w:p>
    <w:p>
      <w:r>
        <w:br/>
        <w:t>– Книга псалмів, – смутно сказав Сковорода. – Псалом шостий, вірш сьомий та восьмий.</w:t>
      </w:r>
    </w:p>
    <w:p>
      <w:r>
        <w:br/>
        <w:t>– Так, – сказав Мисаїл. – Але мені від того не легше.</w:t>
      </w:r>
    </w:p>
    <w:p>
      <w:r>
        <w:br/>
        <w:t>– Тікаєш від печалі в печаль, – сказав Сковорода, – і тим її подвоюєш. Отак він і народжується, біс. Біс печалі.</w:t>
      </w:r>
    </w:p>
    <w:p>
      <w:r>
        <w:br/>
        <w:t>І Григорій відчув раптом, що й сам починає пропадати, бо той біс печалі чи меланхолії навідав і його сьогодні вночі, забравшись у сни, сполошив душу та й ті сни, порозривав їх, як рвуть папір на дрібні клапті, посплутував, як нитки, а потім викинув його, Григорія, зі сну, ніби кулю з гармати, – розтерзаний, спустошений, він випав у травневий день без волі до життя.</w:t>
      </w:r>
    </w:p>
    <w:p>
      <w:r>
        <w:br/>
        <w:t>– А спробуй все-таки жити всупереч печалі. Спробуй знайти те, що тобі допомагає. Людина – слабка істота, біси її весь час посідають, але вона може бути сильна свідомістю своєю. Спробуй не думати про те, що тебе мучить.</w:t>
      </w:r>
    </w:p>
    <w:p>
      <w:r>
        <w:br/>
        <w:t>– А коли я не можу не думати про те? – з похмурим торжеством спитав чернець.</w:t>
      </w:r>
    </w:p>
    <w:p>
      <w:r>
        <w:br/>
        <w:t>– Спробуй відшукати маленькі радості в цьому світі.</w:t>
      </w:r>
    </w:p>
    <w:p>
      <w:r>
        <w:br/>
        <w:t>– А коли не можу знайти собі радості?</w:t>
      </w:r>
    </w:p>
    <w:p>
      <w:r>
        <w:br/>
        <w:t>– Спробуй у цьому світі щось чи когось полюбити, – сказав Сковорода.</w:t>
      </w:r>
    </w:p>
    <w:p>
      <w:r>
        <w:br/>
        <w:t>Чернець сидів опустивши пелехату голову – задумався.</w:t>
      </w:r>
    </w:p>
    <w:p>
      <w:r>
        <w:br/>
        <w:t>– Я вже своє у цьому світі відлюбив, – сказав нарешті він, – і світ мені бачиться тільки чорно, і люди мені бачаться тільки похмуро. "Темніші від льоду вони, і в них ховається сніг".</w:t>
      </w:r>
    </w:p>
    <w:p>
      <w:r>
        <w:br/>
        <w:t>– Книга Йова, – сказав Сковорода. – Глава шоста, вірш шістнадцятий. І я скажу: "Вилучи овечку чорну з-поміж овець".</w:t>
      </w:r>
    </w:p>
    <w:p>
      <w:r>
        <w:br/>
        <w:t>– Звідки це? – звів очі Мисаїл.</w:t>
      </w:r>
    </w:p>
    <w:p>
      <w:r>
        <w:br/>
        <w:t>– Книга Буття, – мовив Сковорода. – Глава тридцята, вірш тридцять другий.</w:t>
      </w:r>
    </w:p>
    <w:p>
      <w:r>
        <w:br/>
        <w:t>– А коли всі овечки чорні? – заговорив гаряче чернець, і очі його запалали несамовито, а може, й радісно. – Коли весь цей світ чорний і все в ньому – на нещастя? Коли він весь із біди та нещасть пошитий і нещастя на ньому верхи сидить? Проклятий світ, проклятий, проклятий!</w:t>
      </w:r>
    </w:p>
    <w:p>
      <w:r>
        <w:br/>
        <w:t>У Сковороди мороз пішов поза шкірою, жах почав проникати в нього, як вода в пісок, – чорна така вода в білий пісок тіла; Григорій раптом повірив, що цей чоловік, котрий сидить перед ним, і справді хворий. Та й хвороба його неабияка! Так, біс печалі чи меланхолії засів у ньому, але так міцно, що Мисаїл сам потроху починає ставати тим бісом печалі, він зі свого смутку не тільки не жахається, а й милується, впивається ним, навмисно підігріває в собі пам’ять про своє горе. Може, тому й запросив його до себе й завів оту балачку, недаремно ж сказав, що йому "вже так радили", як радить і Сковорода. Він, здається, перетворив печаль у любе дитя своє й похмуро з ним бавиться. А може, насправді цей чернець не існує, а зустріч із ним – візія, яку Григорій переживає, бо сьогодні має незвичну розладнаність у собі, бо потрапив нині (ще з ночі) в черево апокаліптичного звіра, і це, може, відбувається розмова не з чужим чоловіком, хай і знайомим, а це один із його діалогів у собі, а всі поради Сковорода дає не цьому чорному чоловікові, а таки самому собі. Відчув, що йому стало тісно й душно в сутінній келії, що це, власне, його келія, що книжки в ній – ті книжки, які він прочитав за життя, – уявна бібліотека, яку постійно носить у собі кожна начитана людина. Йому важко стало дихати, бо чорним мороком повіяло від тих книжок, з кутків келії, від співрозмовника, котрий і досі світив супроти нього несамовитим поглядом і від якого аж шпоскали чорні хвилі.</w:t>
      </w:r>
    </w:p>
    <w:p>
      <w:r>
        <w:br/>
        <w:t>– Михаиле, чи б пак Мисаїле, – тепло сказав Сковорода. – Я тобі щиро співчуваю, повір мені, але людина убога в розумі своєму, а безмежна в малості своїй. Що тобі можу порадити? Нічого! Але, коли захочеш дружнього слова й співчуття, приходь до мене, може, бесіда зі мною полегшить тобі твій тягар. А коли виявлюся безсилий допомогти тобі, вибач! Оце і все, що можу сказати.</w:t>
      </w:r>
    </w:p>
    <w:p>
      <w:r>
        <w:br/>
        <w:t>– А мудрість твоя?</w:t>
      </w:r>
    </w:p>
    <w:p>
      <w:r>
        <w:br/>
        <w:t>– Я вже тобі переказував слова апостола Павла, – так само м’яко повів Сковорода. – Бог мудрість світу цього змінив на глупоту. Отож покористуйся моєю глупотою, брате, а не мудрістю.</w:t>
      </w:r>
    </w:p>
    <w:p>
      <w:r>
        <w:br/>
        <w:t>– Ходи з Богом, – сказав тоскно Мисаїл. – Бачу, нема ліку мені на печаль мою. Сховав лице в долоні й так сидів. Григорій устав, підійшов до нього й легко торкнувся плеча. А тоді швидко вийшов із келії, бо вже доконечно відчув, що таки починає пропадати і що він ледве з цим чоловіком не пропав. Його власний біс печалі шарпав струни душі – Григорію хотілося втекти. Можливо, він піде в той сад, куди знамірився, щоб там отямитися й одужати, але сьогодні навряд чи йому допоможе й сад. Сьогодні солов’ї мовчатимуть, а квіти не цвістимуть біло.</w:t>
      </w:r>
    </w:p>
    <w:p>
      <w:r>
        <w:br/>
        <w:t>"Не зможу я сьогодні вилучити чорну овечку з-поміж білих овець, бо мені темно", – тоскно подумав він.</w:t>
      </w:r>
    </w:p>
    <w:p>
      <w:r>
        <w:br/>
        <w:t>ІІ</w:t>
      </w:r>
    </w:p>
    <w:p>
      <w:r>
        <w:br/>
        <w:t>Мисаїл не забарився відвідати у відповідь Григорія Сковороду. Зайшов уже наступного дня, понурий і червоний, і пожадливо обдивився убоге житло. Потім кинувся до кількох книжок, які стояли на поличці біля столу, й жадібно їх погортав.</w:t>
      </w:r>
    </w:p>
    <w:p>
      <w:r>
        <w:br/>
        <w:t>– Мало в тебе книжок, Рбрате Григорію, в мене більше, – сказав не без задоволення.</w:t>
      </w:r>
    </w:p>
    <w:p>
      <w:r>
        <w:br/>
        <w:t>– Це тому, – спокійно відказав Сковорода, – що доля водить мною так, що довго на одному місці не затримуюся. Тому й не обтяжую себе речами. Може, вип’єш вина, брате Мисаїле?</w:t>
      </w:r>
    </w:p>
    <w:p>
      <w:r>
        <w:br/>
        <w:t>– Відтоді, коли мене почала з’їдати печаль, – сказав Мисаїл, – перестав уживати бісівське зілля.</w:t>
      </w:r>
    </w:p>
    <w:p>
      <w:r>
        <w:br/>
        <w:t>– У вино перетворював свою кров Ісус Христос.</w:t>
      </w:r>
    </w:p>
    <w:p>
      <w:r>
        <w:br/>
        <w:t>– Ти ж знаєш, брате Григорію, що це був символічний акт. Йшлося про виноградники Божі, що ними є церква, і про вино та хліб як символи віри. Віра йде від Христа – це так, отже, й від тіла його й крові. А справжнє виновжиття – найбільший із гріхів людських.</w:t>
      </w:r>
    </w:p>
    <w:p>
      <w:r>
        <w:br/>
        <w:t>Проказав цю тираду без заминочки, ніби вивчений урок, – очевидно, не раз таке казав. Сковороді сперечатися не хотілося, бо сьогодні йому, як ніколи, праглося побути на самоті – вночі наступали на нього якісь мариська, серед яких він борсався, ніби в хвилях, а хвилі нападали на нього, гналися, хотіли ковтнути й пожерти, а він тікав од них, схопившись за голову.</w:t>
      </w:r>
    </w:p>
    <w:p>
      <w:r>
        <w:br/>
        <w:t>– Снилося мені море, – сказав Григорій. – Кидалося на мене й хотіло ковтнути. Не вмієш вгадувати снів, брате Мисаїле?</w:t>
      </w:r>
    </w:p>
    <w:p>
      <w:r>
        <w:br/>
        <w:t>– Вмію, – сказав чернець. – Це лихий сон. Знав я одного, якому снився такий сон, то за пару тижнів і відійшов.</w:t>
      </w:r>
    </w:p>
    <w:p>
      <w:r>
        <w:br/>
        <w:t>При тому дуже намучився у тяжкій хворобі.</w:t>
      </w:r>
    </w:p>
    <w:p>
      <w:r>
        <w:br/>
        <w:t>– Що ти говориш, брате! – вигукнув вражено Григорій.</w:t>
      </w:r>
    </w:p>
    <w:p>
      <w:r>
        <w:br/>
        <w:t>– Достеменно так, – понуро сказав чернець, його маленькі,напружені оченята пильно придивлялися до Григорія,в глибині ж їхній заламувалися іскри.</w:t>
      </w:r>
    </w:p>
    <w:p>
      <w:r>
        <w:br/>
        <w:t>– А ягадаю, що все це через мишей, – сказав Сковорода. – Вони не дають мені спокою, прогризли підлогу й уночі несамовито ганяють та пищать.</w:t>
      </w:r>
    </w:p>
    <w:p>
      <w:r>
        <w:br/>
        <w:t>– Пищать? – спитав Мисаїл, проїдаючи Григорія поглядом.</w:t>
      </w:r>
    </w:p>
    <w:p>
      <w:r>
        <w:br/>
        <w:t>– Не дають спати, – потвердив той.</w:t>
      </w:r>
    </w:p>
    <w:p>
      <w:r>
        <w:br/>
        <w:t>– О, це дуже лиха прикмета! – прорік чернець. – Вельми лиха!</w:t>
      </w:r>
    </w:p>
    <w:p>
      <w:r>
        <w:br/>
        <w:t>Сьогодні він був ще понуріший, ніж учора, від нього так і плескало чорними хвилями, і весь він – ніби згусток тьми. Несамовиті його очі не відривалися від господаря, начебто приліпив їх до нього. Здалося Григорієві, що біс меланхолії виступив із тієї пітьми, що біс меланхолії – це і є оті два приклеєні до нього ока, ота темна вода, що витікає з них, і запливає в нього, Григорія, і починає розливатися в тілі його, по венах та артеріях, ніби кров. Так, він, цей чернець, справді передавав Сковороді частину свого демона зовсім так само, як той, котрий має дух хтивості, – своїми нечистими й блудливими розмовами передає його ближньому.</w:t>
      </w:r>
    </w:p>
    <w:p>
      <w:r>
        <w:br/>
        <w:t>– Так, це дуже лиха прикмета, – повторив чернець. – Подібне було в домі мого давнього знайомого, стривай, ти його маєш знати, бо й він учився в Києві, в академії,– Симеон Вислободський. Так от, його дім заполонили миші. Завів собі кільканадцятеро котів, але ті коти з того дому перелякано втекли, бо миші їх загризали. Вони, як тільки наставала тьма, виходили з нір легіонами, жахливо пищали й перетворювали життя Симеоновс в жахіття. І що ти думаєш? Він не витримав тієї навали, на нього зійшов безум, і незабаром відійшов зі світу. Стережися, брате Григорію! Знав я одного, вже іншого, Сіомашка Миколу, в того також було нашестя мишей, і той також проставився. А як жахливо він помирав, уявити собі, брате, не можеш! У нього почорніли руки й ноги, а вмерши, все тіло роздулося, як бубон, і стало чорне, як у нечистого…</w:t>
      </w:r>
    </w:p>
    <w:p>
      <w:r>
        <w:br/>
        <w:t>Замовк, якось дивно приплеснувши широкими губами, і знову приліпив до Григорія свої моторошні очі. Той відчув, як йому по спині пробігла сотня мурашок, замлоїло під лопатками, – ніяк не міг звільнитися від чіпкої липучості тих очей і від мерзькості навіжених розповідей, тим більше що Мисаїлові вуста знову розтулилися і він почав розповідати про третього свого знайомого, на якого напали миші.</w:t>
      </w:r>
    </w:p>
    <w:p>
      <w:r>
        <w:br/>
        <w:t>І мимоволі пригадався Григорієві Переяслав і той момент, коли його вигнали з великими неприємностями із семінарії. Там теж були замішані миші, бо він сидів і працював кілька місяців над поетикою, яку творив у твердих правилах, що існували й викладалися в Київській академії, хоч дещо додав до того й від себе. На кілька днів він поїхав із Переяслава додому, у село Чорнухи, бо трапилася підвода, а коли повернувся саме під той час, коли мало початися навчання з жахом побачив, що його рукописа поетики було цілком з’їдено мишами, валявся тільки паперовий порох. Добре ще, що в нього залишилися чернетки поетичних прикладів, які були в підвішеній до стелі торбі, – він швидко написав розмисел, а з тих прикладів склав практичне керівництво для навчання поезії, бувши вже й сам переконаний, що так викладати пожиточніше. Але й це йому не допомогло, бо єпископ Никодим Сребницький лишився переконаний, що він прогуляв ціле літо й полінувався написати поетику, як це належало. Він же, Григорій, був надто гордий, щоб признатися в своїй біді, та й хто б йому повірив – подумали б, що він просто відбріхується. Ні, таки справді, йому сподобалася ідея створити поетику із самих прикладів, і він і досі над нею працює, вже й навіть назву до неї дібрав подібно до назви поетики свого вчителя Митрофана Довгалевського. Тільки в того був "Сад поетичний", а він створив "Сад божественних пісень". Миші, очевидно, таки приносили нещастя, але чого хоче цей причепливий гість, який розповідає йому п’яту жахливу історію про нещастя від мишей і так само буравить його палахкітливими очима, що він, зрештою, хоче від нього, цей чоловік? Найліпше було б прогнати його геть, але так не годилося: гість є гість, він сам його запрошував до себе, однак з якою неприхованою втіхою цей софіст-демон мучить його!</w:t>
      </w:r>
    </w:p>
    <w:p>
      <w:r>
        <w:br/>
        <w:t>"Справді, має значення, з ким спілкуєшся і кого слухаєш, – думав Сковорода. – Доки слухаєш, поти цей дух у себе вбираєш!" Він уже задихався від тих слів, які лилися від чернечих вуст, бо той тільки й оповідав, що про нещастя, які колись на когось падали.</w:t>
      </w:r>
    </w:p>
    <w:p>
      <w:r>
        <w:br/>
        <w:t>– Брате Мисаїле, – сказав Сковорода, нервово ходячи покоєм. – Не нівеч ти моєї душі. Такого жахіття понарозказував!</w:t>
      </w:r>
    </w:p>
    <w:p>
      <w:r>
        <w:br/>
        <w:t>– Нівечиться душа в того, хто сам пережив лихо, – понуро сказав Мисаїл. – Для тебе це байки, а для когось страждання, – в його очах ніби забриніли сльози, й голос зламався. – Хочу, щоб ти знав: світ – це чорна прірва, і нема в ньому ні світла, ні радості.</w:t>
      </w:r>
    </w:p>
    <w:p>
      <w:r>
        <w:br/>
        <w:t>– Але для чого хочеш мені це доказати, чоловіче? – змолився Сковорода.</w:t>
      </w:r>
    </w:p>
    <w:p>
      <w:r>
        <w:br/>
        <w:t>– Щоб позбувся гордині мудрості своєї! – жорстко сказав чернець.</w:t>
      </w:r>
    </w:p>
    <w:p>
      <w:r>
        <w:br/>
        <w:t>І тут Григорія ніби просвітило. Ось чого прийшов до нього цей малознайомий йому чоловік, а перед цим зупинив на дорозі, ось чого виділив його з-між усіх та пристав до нього, як шевська смола! Хоче, щоб увесь світ покрився печаллю. Хоче звільнитися від своєї жури в такий дивний спосіб, адже бачить світ тільки чорно. І от зустрів людину світлу між чорних, і це його неймовірно стурбувало. І це його тяжко вразило, бо як же це так: кін темний од власної печалі, а хтось поруч є мудрий і світлий? Як це так: хтось різниться від таких темних, як він? Тобто він послухався науки про овечку іншої барви між отари, тільки там отара була біла й вибиралася з неї овечка чорна, а він чинив навпаки. Це значило, що чорне для нього біле, а біле чорне. Але цей чоловік, здається, помиляється. Бо в такий спосіб він себе не звільнить від демона меланхолії та й своєї печалі не позбудеться, в такий спосіб він сам стає демоном печалі. Тобто був людиною, в яку вріс цей демон, мав ще людську оболону й тому ставав гідний співчуття. Але демонові в ньому мало було місця, тож він вирішив знищити дотла ту людську оболону, зламати її, як шкаралупу горіха, й викинути на смітник. Відтак печаль його стала радістю його, біль його став утіхою його, і він почав натхненно розливати власну темноту на близьких. Тож утіху здобував від того, що не тільки він повний печалі, але й ті, котрих торкався своїм оком, духом своїм, темними своїми, кощавими пальцями. І ось прийшов у його, Григорієвий дім, й помешкання почало наповнюватися не сопухом, навіть не присутністю чужої людини – з нього почало витікати повітря. Гостя конче треба було спровадити.</w:t>
      </w:r>
    </w:p>
    <w:p>
      <w:r>
        <w:br/>
        <w:t>– Багато мудрого й повчального ти мені сказав, – мовив Сковорода лагідно. – Коли від того полегшало тобі в печалі, я безмірно радий.</w:t>
      </w:r>
    </w:p>
    <w:p>
      <w:r>
        <w:br/>
        <w:t>– Мені не може полегшати, – буркнув чернець.</w:t>
      </w:r>
    </w:p>
    <w:p>
      <w:r>
        <w:br/>
        <w:t>– Бачу, брате, ти до всього збайдужів, окрім богоодушевлених книг.</w:t>
      </w:r>
    </w:p>
    <w:p>
      <w:r>
        <w:br/>
        <w:t>– Не збайдужів до ласки Божої,– сказав чернець,– і до його милосердя.</w:t>
      </w:r>
    </w:p>
    <w:p>
      <w:r>
        <w:br/>
        <w:t>– Отож в ім’я того милосердя хочу тобі подарувати одну з найулюбленіших моїх книг.</w:t>
      </w:r>
    </w:p>
    <w:p>
      <w:r>
        <w:br/>
        <w:t>Очі Мисаїлові спалахнули. Але вже не чорним, потойбічним вогнем, як раніше, а таки виразно пожадливо.</w:t>
      </w:r>
    </w:p>
    <w:p>
      <w:r>
        <w:br/>
        <w:t>– Дозволиш мені самому вибрати? – спитав, роздимаючі ніздрі.</w:t>
      </w:r>
    </w:p>
    <w:p>
      <w:r>
        <w:br/>
        <w:t>– Дозволяю, – сказав Сковорода, – бо мені хочеться тобі допомогти.</w:t>
      </w:r>
    </w:p>
    <w:p>
      <w:r>
        <w:br/>
        <w:t>Тоді чернець зірвався зі стільця й кинувся до книжок. Гортав їх із видимою пожадливістю. Нарешті вихопив "Алфавіт" Івана Максимовича, виданий у Чернігові в 1705 році, й притис ту книгу до грудей. І, як усі жадібні люди, почав прощатися, а за мить зник, але темряву з собою не виніс, бо відбувалося це під вечір і в мешкання починали наповзати сутінки.</w:t>
      </w:r>
    </w:p>
    <w:p>
      <w:r>
        <w:br/>
        <w:t>Сковорода вийшов із дому, бо тут не було чим дихати. Пішов до корпусу, де жили учні Харківського колегіуму, – вечір був чудовий. Тьохкали солов’ї, а повітря стало густе й духмяне. Недавно пройшов дощ, і пахло молодим листям, пахло також свіжою землею.</w:t>
      </w:r>
    </w:p>
    <w:p>
      <w:r>
        <w:br/>
        <w:t>Назустріч йшов його улюблений учень Михайло Ковалинський.</w:t>
      </w:r>
    </w:p>
    <w:p>
      <w:r>
        <w:br/>
        <w:t>– Що з вами, пане вчителю? – спитав він, придивляючись до Сковороди.</w:t>
      </w:r>
    </w:p>
    <w:p>
      <w:r>
        <w:br/>
        <w:t>– Трохи мені печально було, – всміхнувся той.</w:t>
      </w:r>
    </w:p>
    <w:p>
      <w:r>
        <w:br/>
        <w:t>– Як? – спитав Ковалинський.</w:t>
      </w:r>
    </w:p>
    <w:p>
      <w:r>
        <w:br/>
        <w:t>– Було, – відповів Сковорода. – Трохи.</w:t>
      </w:r>
    </w:p>
    <w:p>
      <w:r>
        <w:br/>
        <w:t>Вони рушили далі разом, а Григорій дихав на всі груди свіжим вечоровим повітрям – надихатися не міг. Ніби хтось його перед тим чавив і він ледве не задихнувся.</w:t>
      </w:r>
    </w:p>
    <w:p>
      <w:r>
        <w:br/>
        <w:t>– Трохи мені печально було, – повторив і глянув на місяця, який висів у світлому небі.</w:t>
      </w:r>
    </w:p>
    <w:p>
      <w:r>
        <w:br/>
        <w:t>Ні, це неправда, що "було", – печаль у ньому є, бо той чернець таки перелив у нього свій дух. Демон печалі мучив його чи страхом смерті, чи острахом нещасть, які мали статися. І згадав Сковорода дивну розповідь із Апокаліпсису про жнива і збирання винограду. Бо глянув він на небо й побачив білу хмару, як колись Іван Богослов. І здалося йому, що на хмарі сидить Син чоловічий, на голові в нього – золотий вінець, а в руці серп. І на слово ангела кинув той, що сидів на хмарі, серпа свого на землю – й пожата була земля. А інший ангел, що мав владу над вогнем, гукнув до того, котрий мав серпа гострого, щоб той зібрав китиці винограду землі, бо дозріли грона його. І впав серп у велику винотоку гніву Божого. І топтано винотоку за містом, і вийшла кров із винотоки – палало червоне вечірнє небо. І кликало на шиби ту кров, і кривавилися вони. І від того світла червоного почервоніла трава під ногами, і він ступав по червоній траві, бо все-таки хотів побачити вишневий сад, у якому прагнув знайти спокій душевний.</w:t>
      </w:r>
    </w:p>
    <w:p>
      <w:r>
        <w:br/>
        <w:t>Але до саду він не дійшов, бо біля рожевих од вечірнього світла дерев стояла чернеча постать. Ні, він не був певний, що то Мисаїл, але зустрічі з ним злякався. А може, повірив, що не дасть йому спокою душевного й той облитий світлом сад. Бо сьогодні все запалилося кров’ю, а демон печалі з’їдав йому серце. Адже, коли закривавлено світ, хіба можуть бути незакривавлені думки й серце?</w:t>
      </w:r>
    </w:p>
    <w:p>
      <w:r>
        <w:br/>
        <w:t>І він повернувся до свого помешкання. Сів на ганку й дивився на небо. Але небо вже не було червоне, воно стадо чорнильно-сизе. І та сиза барва лягла йому на обличчя, бліде його і змучене обличчя. Бо він усе ще думав про смерть і про нещастя, які грядуть, темним вісником котрих і став Мисаїл. Думав про тих нещасних, що їх поборов біс печалі, і жахнувся, що й сам такий. Бо, хто хворий, часто передає хвороби іншим людям, відтак хвороба блукає землею, як чорний віл. Хвороба тіла чи духу, а буває, що хворобою стають заражені всі люди, – отоді демон печалі сміється. Радісно ошкіряє темні зуби, й очі його палахкотять. Ні, він повинен збунтуватися проти себе й проти того темного демона. І він знову згадав Апокаліпсис, отого Першого й Останнього, що був мертвий, а є живий. І той сказав йому словами, які він не почув, а відчув:</w:t>
      </w:r>
    </w:p>
    <w:p>
      <w:r>
        <w:br/>
        <w:t>"Знаю твоє горе і твою вбогість, але ти багатий. І наклепи від тих, що звуть себе праведними, а не є ними, тільки зборище сатани. Не бійся нічого, що маєш витерпіти. Укидатиме вас диявол декого у темницю, щоб випробувати вас, і матимете горе десять днів. Будь вірний до смерті, і дам тобі вінець життя".</w:t>
      </w:r>
    </w:p>
    <w:p>
      <w:r>
        <w:br/>
        <w:t>ІІІ</w:t>
      </w:r>
    </w:p>
    <w:p>
      <w:r>
        <w:br/>
        <w:t>Перш ніж лягти спати, Сковорода ще раз подививсь у вікно. Вечір був місячний, студенти ще гуляли по дворі: сходилися купками і, певне, вели якісь бесіди – чутно було молодечий сміх. Григорієві здалося, що він пізнав сміх і свого улюбленого учня; які не близькі вони духовно, але і йому потрібне молодече товариство. Товариство ровесників, адже навіть дорослі легше розуміють ровесників, ніж старших чи молодших. Сковорода гірко усміхнувся: Мисаїл був його ровесником. Ще знав, що завтра напише листа Михайлові Ковалинському, який буде починатися так:</w:t>
      </w:r>
    </w:p>
    <w:p>
      <w:r>
        <w:br/>
        <w:t>"Narrabo tibi quaedam, si non utilia: certe non turpia. Facessat enim turpitudo a nobis omnis!.."[33]; сьогодні ж він тільки по-доброму заздрив на безхмарну молодість спудсїв. Заздрив, але, коли б йому запропонували повернутись у власну молодість, він, певне, не згодився б.</w:t>
      </w:r>
    </w:p>
    <w:p>
      <w:r>
        <w:br/>
        <w:t>"І це тому, – подумав він, – що я уже зрозумів дещо у цьому світі".</w:t>
      </w:r>
    </w:p>
    <w:p>
      <w:r>
        <w:br/>
        <w:t>Печаль, однак, його не покидала. Тьохкали шалено солов’ї, але тут, у власному помешканні, й досі ще відчував присутність Мисаїла, власне, не його самого, а його тьми. Так ніби Мисаїл розточився в повітрі й залишивсь у ньому, як тінь од дерева на землі. Завжди думав про співвідношення існуючого й неіснуючого і про те, що видимість ми часто приймаємо за сутнє, – бачив у тому одну з найбільших запаморок людських. Сьогодні ж думав інакше: а що, коли видимість також сутність? Мисаїла в кімнаті нема, але його дух прочувасться, отже, він у якийсь спосіб тут є? Отже, видиме й невидиме сутнє? Труснув волоссям – нудно стало. Помолився Богові, але не так, як завжди, а тут, біля вікна, дивлячись на залитий місяцем двір.</w:t>
      </w:r>
    </w:p>
    <w:p>
      <w:r>
        <w:br/>
        <w:t>Студенти вже розійшлися, власне, прогнав їх із двору хтось із навчителів, здається, префект, і Григорій помолився до порожнього, залитого неживим світлом двору, деревам, які відкидали міражні тіні на траву і на стежку, завмерлим будівлям у глибині, шматкові неба, який звідсіля проглядався, – просив спокою для душі. По тому ліг спати, і йому майже відразу приснився Михайло Ковалинський, на якого нападало бісеня. Бісеня було мале, кошлате, з довгими кінцівками, воно кидалося на Михайла, як пес, – Григорій схопив палицю й кинувся рятувати учня. Тоді бісеня ошкірило зуби й, покинувши Михайла, кинулось уже на нього. Метнуло до Сковороди довгу руку, і та рука полетіла, видовжуючись, ніби аркан ординця, захлиснула йому шию, і він почав здирати з тіла щось липке, ніби глей. Це йому вдалося, тоді бісеня кинулося на нього, ніби мавпа, розчепіривши руки й ноги.</w:t>
      </w:r>
    </w:p>
    <w:p>
      <w:r>
        <w:br/>
        <w:t>Григорій сахнувся в бік, а бісеня, розвернувшись у повітрі, кинулося на нього втретє, цього разу ніби велетенський кажан. Григорій захистився палицею, і бісеня настромилося на неї, бридко запищавши. Він покинув палицю із нахромленим на неї бісеням і кинувсь у своє помешкання, тим більше що Михайло також утік до себе.</w:t>
      </w:r>
    </w:p>
    <w:p>
      <w:r>
        <w:br/>
        <w:t>Гримнув дверима й став, тремтячи; бісеня шкрябалось у двері, але пройти не могло. Тоді Григорій ковтнув води із глека й пішов до ложа, на якому спав. Там він побачив себе сонного, розкиданого на ліжку – метався уві сні.</w:t>
      </w:r>
    </w:p>
    <w:p>
      <w:r>
        <w:br/>
        <w:t>Увійшов у себе, і йому розвиднилося. Власне, розплющив очі й дивився на залите місяцем вікно. Сиве світло вливалося текучим потоком, але він не мав сили прокинутися до решти, тож рушив у інший сон, цього разу спокійніший, здоровий, – навіть зітхнув полегшено, бо відчув, що розум його повертається до звичного стану. В руці в нього був мистецьки оздоблений срібний спис, і він ішов із тим списом ю якогось пишного палацу. Довкола стояла варта, але ті картові ніби оберігали його, Сковороду, а не палац. Зрештою, ті, котрих минав, повертались й рушали за ним, як почет. Так він дійшов до чудових, високих, різьблених, окутих ясною міддю дверей. Вони розчинилися, і з палацу почали виступати якісь люди – одні були в професорських мантіях, інші в студентських киреях. Ректор у мантії, прикрашеній горностаями, і в чотирикутній шапочці схилився перед ним у низькому поклоні, в руці в нього був паперовий сувій.</w:t>
      </w:r>
    </w:p>
    <w:p>
      <w:r>
        <w:br/>
        <w:t>– Чекаємо на вас, пане Григорію, бо маєте перекласти нам і прокоментувати вірші, написані на цьому звитку.</w:t>
      </w:r>
    </w:p>
    <w:p>
      <w:r>
        <w:br/>
        <w:t>Григорій узяв звитка й почав декламувати, з ходу перекладаючи:</w:t>
      </w:r>
    </w:p>
    <w:p>
      <w:r>
        <w:br/>
        <w:t>Ах ти, нудьго проклята! О докучлива печаль!</w:t>
      </w:r>
    </w:p>
    <w:p>
      <w:r>
        <w:br/>
        <w:t>Гризеш мене, затята, як міль плаття чи ржа сталь.</w:t>
      </w:r>
    </w:p>
    <w:p>
      <w:r>
        <w:br/>
        <w:t>Ах ти скуко, ах ти муко, люта муко!</w:t>
      </w:r>
    </w:p>
    <w:p>
      <w:r>
        <w:br/>
        <w:t>– Цю пісню написав я у Ковраях, у степах переяславських, – сказав він, – у тисяча сімсот п’ятдесят восьмому році. Тоді мені відчувалося щось таке, як і зараз. Самотньо й печально мені було, і я, може, вперше відчув, що в світі стає тісно. Чи тямите, пане ректоре, що це таке, коли людині стає тісно у світі?</w:t>
      </w:r>
    </w:p>
    <w:p>
      <w:r>
        <w:br/>
        <w:t>– Гаразд, це начебто зрозуміло, – сказав ректор. – А вірш із протилежного боку сувою? Чи має він зв’язок із попереднім?</w:t>
      </w:r>
    </w:p>
    <w:p>
      <w:r>
        <w:br/>
        <w:t>– Цей вірш зветься "Est quaedam maerenti flere voluptas", – сказав Сковорода. – У перекладі це звучить так: "У горі певну втіху приносять сльози".</w:t>
      </w:r>
    </w:p>
    <w:p>
      <w:r>
        <w:br/>
        <w:t>Хто подасть сльози, як дощ, хто дасть мені нині?</w:t>
      </w:r>
    </w:p>
    <w:p>
      <w:r>
        <w:br/>
        <w:t>Хто подасть море? Плачу хто ріки дасть плинні?</w:t>
      </w:r>
    </w:p>
    <w:p>
      <w:r>
        <w:br/>
        <w:t>– Так хто ж подасть? – іронічно спитав ректор. – Може, ви?</w:t>
      </w:r>
    </w:p>
    <w:p>
      <w:r>
        <w:br/>
        <w:t>– Безумство, – сказав Сковорода, – вимагати такого від поста, минаючи Бога. Коли Бог усюди, коли він присутній і в цьому черепку, – Григорій підняв черепка із землі, – якщо він присутній усюди, то для чого шукати розради будь-де, а не в самому собі? Адже люди найкращі з усіх створінь!</w:t>
      </w:r>
    </w:p>
    <w:p>
      <w:r>
        <w:br/>
        <w:t>І тут навколо нього всі почали всміхатися й покивувати головами, й почала грати м’яка музика; зрештою, і сам Сковорода вийняв флейту із-за паска й заграв, а люди, ректор та спудеї і якісь жінки, що незвідь-звідки взялися, почали легенько стрибати, тримаючи при цьому свої довгі мантії та сукні, і в усіх при цьому були вже не усміхнені, а серйозні лиця. Григорій Сковорода дивився на тих людей, награючи, і в його очах стояли сльози, що їх подав, ніби дощ, він сам собі. Побачив у глибині простору море, до якого текли плинні ріки людського плачу, і до тих рік ішли люди, ставали на берегах навколішки й омивали лиця, висушені пекельним пломенем власних гріхів, омивали серця, ожорсточені, як камінь адамант; ті люди вкидали в ріки свої хвороби, які досі палили їм нутра, і води рік од того почали грати барвами й пінитися, як шумке вино.</w:t>
      </w:r>
    </w:p>
    <w:p>
      <w:r>
        <w:br/>
        <w:t>– О Боже! – сказав у тому сні Григорій Сковорода. – Коли буду багатий на ті слізні потоки, стануть вони мені мов утіха. О Боже! – сказав він, затуляючи обличчя долонею. – Воістину твоя дурість вища мудрості цього світу. А плач завше вищий сміху!..</w:t>
      </w:r>
    </w:p>
    <w:p>
      <w:r>
        <w:br/>
        <w:t>Він прокинувся й побачив, що настав уже ранок. Власне, уздрів вікно, яке палало ранком. Сон відлетів одразу, ніби синя пташка, потягши за собою сітку темряви, залиту місячним світлом, поніс із собою вчорашній, позавчорашній і всі, що були раніше, дні, поніс їх у ту прірву, де вони загусають блідими відбитками разом із тінями колишніх людей, з відбитими, наче ритина на папері, дійствами їхніми, а натомість звільнили простір для творення нового дня.</w:t>
      </w:r>
    </w:p>
    <w:p>
      <w:r>
        <w:br/>
        <w:t>Сковорода підійшов до вікна і почав легенько наспівувати щось про водного звіра, який тільки тоді звір, коли мас в чому вміститися, в якійсь скляниці, а коли його з тієї скляниці виплеснуть, він розливається калюжкою чи розпорошується в краплі, а пригрітий сонцем, стає димом чи, власне, парою, зникаючи зі світу, як все призначене до зникання.</w:t>
      </w:r>
    </w:p>
    <w:p>
      <w:r>
        <w:br/>
        <w:t>Григорієві стало весело. Вчора й позавчора він перебував у череві апокаліптичного звіра, а нині звільнився. Вийшов із дому, і йому забило подих від густого повітря. Співали солов’ї, цілий простір був засипаний росою, і вона грала срібними, із золотом іскрами. Було зовсім рано, і він поспішив у вишневий квітучий сад, поки ще не прокинулися люди, – не бажав, щоб йому завадили. Сад палав білим вогнем, дерева стали ніби світляні кулі. Стояв на вступі до квітучого царства й шепотів самими вустами:</w:t>
      </w:r>
    </w:p>
    <w:p>
      <w:r>
        <w:br/>
        <w:t>– "Вода аж по душу мене огорнула, безодня мене оточила, очерет обвиває кругом мою голову! Я зійшов аж до споду гори, а земля, її засуви стали за мною навіки! Ти підіймеш із ями життя моє, Господи Боже ти мій!.."</w:t>
      </w:r>
    </w:p>
    <w:p>
      <w:r>
        <w:br/>
        <w:t>Нахилився й зачерпнув долонею роси, ніби сльози, а сад дихнув на нього тихим леготом, від якого квітучі дерева раптом здригнулися і з гілок їхніх посипалося на землю, наче сніг, а може, також сльози, пелюстя. Сковорода погасив усмішку, і йому знову в душу ввійшла печаль, адже краса земна ненадійна, краса земна короткочасна, вона як подих людський і гине в одній миті. Однак чому так спрагло і вічно бажає її, мов нектару душевного?</w:t>
      </w:r>
    </w:p>
    <w:p>
      <w:r>
        <w:br/>
        <w:t>32 — "Про розраду примарну".</w:t>
      </w:r>
    </w:p>
    <w:p>
      <w:r>
        <w:br/>
        <w:t>33 — Розповім тобі про дещо, якщо і не про корисне, то і не про ганебне (лат).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череві апокаліптичного звіра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