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Твій стан — який він є?..</w:t>
      </w:r>
    </w:p>
    <w:p>
      <w:r>
        <w:br/>
        <w:t xml:space="preserve"> Твій стан — який він є?.. Про це сама ти знаєш.&lt;br /&gt;</w:t>
        <w:br/>
        <w:t>Ти — щастя, а чиє?.. Про це сама ти знаєш.</w:t>
      </w:r>
    </w:p>
    <w:p>
      <w:r>
        <w:br/>
        <w:t>Ти виглянеш у сад — і в ту ж хвилину заздрість&lt;br /&gt;</w:t>
        <w:br/>
        <w:t>Того стрункого вб'є... Кого — сама ти знаєш.</w:t>
      </w:r>
    </w:p>
    <w:p>
      <w:r>
        <w:br/>
        <w:t>Газель невловна й ти — вам двом не дошкуляє&lt;br /&gt;</w:t>
        <w:br/>
        <w:t>Розкинуте моє... А що — сама ти знаєш.</w:t>
      </w:r>
    </w:p>
    <w:p>
      <w:r>
        <w:br/>
        <w:t>Червоні пелюстки — твої уста рум'яні,&lt;br /&gt;</w:t>
        <w:br/>
        <w:t>А дух, що милий п'є... те, що сама ти знаєш.</w:t>
      </w:r>
    </w:p>
    <w:p>
      <w:r>
        <w:br/>
        <w:t>Тьма кучерів твоїх — це ніч моя, а з неї&lt;br /&gt;</w:t>
        <w:br/>
        <w:t>Таке проміння б'є... Яке — сама ти знаєш.</w:t>
      </w:r>
    </w:p>
    <w:p>
      <w:r>
        <w:br/>
        <w:t>Як ти біля Джамі — він має тіло й душу,&lt;br /&gt;</w:t>
        <w:br/>
        <w:t>Без тебе він стає... тим, що сама ти знаєш.</w:t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Твій стан — який він є?..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