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Туман густий над селами...</w:t>
      </w:r>
    </w:p>
    <w:p>
      <w:r>
        <w:br/>
        <w:t xml:space="preserve"> Туман густий над селами,&lt;br /&gt;</w:t>
        <w:br/>
        <w:t>Пісні,&lt;br /&gt;</w:t>
        <w:br/>
        <w:t>Пісні,&lt;br /&gt;</w:t>
        <w:br/>
        <w:t>Гармонії веселої&lt;br /&gt;</w:t>
        <w:br/>
        <w:t>Не чуть мені вві сні.</w:t>
      </w:r>
    </w:p>
    <w:p>
      <w:r>
        <w:br/>
        <w:t>Тут вулиці бруковані&lt;br /&gt;</w:t>
        <w:br/>
        <w:t>І міста чорний дим,&lt;br /&gt;</w:t>
        <w:br/>
        <w:t>А села ж десь заховано,&lt;br /&gt;</w:t>
        <w:br/>
        <w:t>Які я так любив.</w:t>
      </w:r>
    </w:p>
    <w:p>
      <w:r>
        <w:br/>
        <w:t>Спитать мене, за що любив…&lt;br /&gt;</w:t>
        <w:br/>
        <w:t>Я вам ніколи не скажу,&lt;br /&gt;</w:t>
        <w:br/>
        <w:t>Бо вже давно хтось проорав?&lt;br /&gt;</w:t>
        <w:br/>
        <w:t>Між нами зоряну межу.</w:t>
      </w:r>
    </w:p>
    <w:p>
      <w:r>
        <w:br/>
        <w:t>Ну, може, дівчину любив,&lt;br /&gt;</w:t>
        <w:br/>
        <w:t>Ну, може, зрадила мене,&lt;br /&gt;</w:t>
        <w:br/>
        <w:t>У мене ж серце не камін,&lt;br /&gt;</w:t>
        <w:br/>
        <w:t>Щоб перед вами розпалить,&lt;br /&gt;</w:t>
        <w:br/>
        <w:t>Вона була така струнка&lt;br /&gt;</w:t>
        <w:br/>
        <w:t>Моя тополя за вікном,&lt;br /&gt;</w:t>
        <w:br/>
        <w:t>А за левадою ріка,&lt;br /&gt;</w:t>
        <w:br/>
        <w:t>А за рікою&lt;br /&gt;</w:t>
        <w:br/>
        <w:t>Туман густий над селами.&lt;br /&gt;</w:t>
        <w:br/>
        <w:t>Пісні,&lt;br /&gt;</w:t>
        <w:br/>
        <w:t>Пісні,&lt;br /&gt;</w:t>
        <w:br/>
        <w:t>Гармонії веселої&lt;br /&gt;</w:t>
        <w:br/>
        <w:t>Не чуть мені вві сні.</w:t>
      </w:r>
    </w:p>
    <w:p>
      <w:r>
        <w:br/>
        <w:t>Тут вулиці бруковані&lt;br /&gt;</w:t>
        <w:br/>
        <w:t>І міста чорний дим,&lt;br /&gt;</w:t>
        <w:br/>
        <w:t>А села ж десь заховано,&lt;br /&gt;</w:t>
        <w:br/>
        <w:t>Які я так любив.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Туман густий над селами...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