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Тукало</w:t>
      </w:r>
    </w:p>
    <w:p>
      <w:r>
        <w:br/>
        <w:t xml:space="preserve"> &lt;p&gt;І</w:t>
      </w:r>
    </w:p>
    <w:p>
      <w:r>
        <w:br/>
        <w:t>Спершу — коротенький витяг з біографії Тукала.</w:t>
      </w:r>
    </w:p>
    <w:p>
      <w:r>
        <w:br/>
        <w:t>Тукало всю війну пройшов з першого ж дня і до останнього. Навіть над отією воронкою, що в ній Гітлер згорів, пощастило постояти. Трупа, щоправда, вже не було. Труп обгорілий встигли свої "робята" прибрати та й переправити спецрейсом у Москву. На очі Генералісимуса. Щоб понюхав, чим перемога по-справжньому пахне. Душу потішив.</w:t>
      </w:r>
    </w:p>
    <w:p>
      <w:r>
        <w:br/>
        <w:t>А жаль, що передчасно прибрали. Тукало обов'язково б пальця в трупа відтяв. На сувенір.</w:t>
      </w:r>
    </w:p>
    <w:p>
      <w:r>
        <w:br/>
        <w:t>— Вот,— показував би дітям, онукам і правнукам.— Он этим пальцем по карте водил. На нашу страну стрелы нацеливал. Я его и отпанахал. Я, Тукало... Вот...</w:t>
      </w:r>
    </w:p>
    <w:p>
      <w:r>
        <w:br/>
        <w:t>Тож Тукало всю війну, "от звонка до звонка", пройшов неушкоджений.</w:t>
      </w:r>
    </w:p>
    <w:p>
      <w:r>
        <w:br/>
        <w:t>До переможного салюту. "Залпа из сорока восьми орудий".</w:t>
      </w:r>
    </w:p>
    <w:p>
      <w:r>
        <w:br/>
        <w:t>Не можна сказати, щоб кулі над ним не свистіли. Чи осколки повітря не краяли.</w:t>
      </w:r>
    </w:p>
    <w:p>
      <w:r>
        <w:br/>
        <w:t>Було. Було усього. І свистіло, й вибухало, і фуркало. Бо Тукало в тилу не відсиджувався.</w:t>
      </w:r>
    </w:p>
    <w:p>
      <w:r>
        <w:br/>
        <w:t>Не відсиджувався, "как некоторые", Тукало!</w:t>
      </w:r>
    </w:p>
    <w:p>
      <w:r>
        <w:br/>
        <w:t>Бійців у атаку женуть ("мать-перемать!"), а він позаду за кулеметом. Намозолене око прищурює. "Дрогнут", назад побіжать — отоді кулемет Тукалів і заговорить. Такі прошви покладе акуратні — жоден "паникер" не вціліє! Усіх до одного снопами повалить!</w:t>
      </w:r>
    </w:p>
    <w:p>
      <w:r>
        <w:br/>
        <w:t>— Молодец, Тукало! — похвалить командир перед строєм. Після того як Тукало усіх, що лишились живими, в німецькі окопи позаганяє. "Вперед! Вперед, таку вашу мать!" — аж ревів кулемет, кулями в спини підстьобуючи.</w:t>
      </w:r>
    </w:p>
    <w:p>
      <w:r>
        <w:br/>
        <w:t>До війни "Служу советскому народу!" кричав, але Вождь, на народ свій дуже розгнівавшись (половина виявилась ворогами народу!), наказав своїм вірним воїнам не народу служити зрадливому, а Союзу Радянському.</w:t>
      </w:r>
    </w:p>
    <w:p>
      <w:r>
        <w:br/>
        <w:t>— Служу Советскому Союзу! — гаркав Тукало, випинаючи груди, де медаль "За отвагу" приємно поблискувала. А згодом і друга серце погладила. Війна, жаль, скінчилася швидко, а то дослужився б і до третьої — порівнявся б з Героєм Радянського Союзу.</w:t>
      </w:r>
    </w:p>
    <w:p>
      <w:r>
        <w:br/>
        <w:t>Скінчилася війна, стали демобілізовувать масово, навіть до "заградотрядів" черга дійшла,— Тукалові хоч у петлю головою.</w:t>
      </w:r>
    </w:p>
    <w:p>
      <w:r>
        <w:br/>
        <w:t>Це що ж, знову в село, в гречкосії? Крутити хвости волам, не вилазити з грязі? Так за що ж він тоді воював? Медалі на груди навішував?</w:t>
      </w:r>
    </w:p>
    <w:p>
      <w:r>
        <w:br/>
        <w:t>"За что?" — гімнастерку рвав подумки. Аж сипались ґудзики. Порятунку не бачив.</w:t>
      </w:r>
    </w:p>
    <w:p>
      <w:r>
        <w:br/>
        <w:t>А він, порятунок, поруч ходив.</w:t>
      </w:r>
    </w:p>
    <w:p>
      <w:r>
        <w:br/>
        <w:t>Командир! Той, що подяки йому виголошував.</w:t>
      </w:r>
    </w:p>
    <w:p>
      <w:r>
        <w:br/>
        <w:t>Коли Тукало командирові останній чемоданисько, трофеями набитий, до машини допер, той поцікавився:</w:t>
      </w:r>
    </w:p>
    <w:p>
      <w:r>
        <w:br/>
        <w:t>— Пойдешь в надзиратели?</w:t>
      </w:r>
    </w:p>
    <w:p>
      <w:r>
        <w:br/>
        <w:t>У Луб'янці перед війною служив командир. У тюрмі найелітнішій. В Москві зореносній.</w:t>
      </w:r>
    </w:p>
    <w:p>
      <w:r>
        <w:br/>
        <w:t>Тукало від несподіваних радощів ледь "Служу Советскому Союзу" не гаркнув.</w:t>
      </w:r>
    </w:p>
    <w:p>
      <w:r>
        <w:br/>
        <w:t>— Тогда запиши адресок... Вызову... Жди...</w:t>
      </w:r>
    </w:p>
    <w:p>
      <w:r>
        <w:br/>
        <w:t>Не довго і ждав: надійшла телеграма. Не листоноша — міліціонер на мотоциклі привіз.</w:t>
      </w:r>
    </w:p>
    <w:p>
      <w:r>
        <w:br/>
        <w:t>Козирнув, ще й попросив розписатись.</w:t>
      </w:r>
    </w:p>
    <w:p>
      <w:r>
        <w:br/>
        <w:t>— Вот,— сказав сестрі Тукало.— Москва вызывает. Врагов народа стеречь.</w:t>
      </w:r>
    </w:p>
    <w:p>
      <w:r>
        <w:br/>
        <w:t>У Москві йому нову форму дали, ремінь з волячої шкіри, щоб не обривали ключі, взули у хромові чоботи.</w:t>
      </w:r>
    </w:p>
    <w:p>
      <w:r>
        <w:br/>
        <w:t>— Красавец! — похвалив командир.— Жених хоть куда. Невесту ищи.</w:t>
      </w:r>
    </w:p>
    <w:p>
      <w:r>
        <w:br/>
        <w:t>— Есть, невесту искать! — гаркнув Тукало.</w:t>
      </w:r>
    </w:p>
    <w:p>
      <w:r>
        <w:br/>
        <w:t>Став приглядатись. Щоб москвичка була. Ну й той, щоб з квартирою. А вона недалеко від нього й ходила. Їсти щодня подавала. "Пулеметчица Анка" — так її прозивали в закритій їдальні, що до неї був прикріплений Тукало. В отих, у доступних для народу робочого — пусті щі та компот чортзна з чого, а в них щі — ложкою не повернеш, та котлети, та одбивні, та какао. Наїдались од пуза.</w:t>
      </w:r>
    </w:p>
    <w:p>
      <w:r>
        <w:br/>
        <w:t>Анку ж прозвали "пулеметчицей" за те, що в неї рот не закривався ніколи. Ти їй слово, а вона тобі — десять.</w:t>
      </w:r>
    </w:p>
    <w:p>
      <w:r>
        <w:br/>
        <w:t>Ну, Тукалові не звикати до кулемета. Всю війну з ним в обнімочку.</w:t>
      </w:r>
    </w:p>
    <w:p>
      <w:r>
        <w:br/>
        <w:t>А в Анки й квартира недалеко од центру. Й "обратно ж" — провірена. На всіх ситах просіяна. Бо кого завгодно до їдальні їхньої працювати не візьмуть. Щоб цінні кадри не потравила.</w:t>
      </w:r>
    </w:p>
    <w:p>
      <w:r>
        <w:br/>
        <w:t>Тож Тукало і придивлявся недовго. Перестрів якось по роботі, закаблуками клацнув:</w:t>
      </w:r>
    </w:p>
    <w:p>
      <w:r>
        <w:br/>
        <w:t>— Разрешите на вас ожениться?</w:t>
      </w:r>
    </w:p>
    <w:p>
      <w:r>
        <w:br/>
        <w:t>Пирхнула з несподіванки і "разрешила".</w:t>
      </w:r>
    </w:p>
    <w:p>
      <w:r>
        <w:br/>
        <w:t>Зажили на всю губу, купу дітей настрочили. "Девочки" — в Анку, "мальчики" — в Тукала.</w:t>
      </w:r>
    </w:p>
    <w:p>
      <w:r>
        <w:br/>
        <w:t>Анка продовжувала працювати в їдальні: щоденно повні корзини доставляла їстівного.</w:t>
      </w:r>
    </w:p>
    <w:p>
      <w:r>
        <w:br/>
        <w:t>Тукало теж роботою був задоволений дуже.</w:t>
      </w:r>
    </w:p>
    <w:p>
      <w:r>
        <w:br/>
        <w:t>По-перше, елітна тюрма. Шпаною й не пахне. Такі сідають до камер, що до них, коли на волі гуляли, й не підступишся. У "Чайках" каталися, міліція честь оддавала. А тут Тукало веде їх до камери, ключами побрязкує в спини: "Не разговаривать!.. Не оглядываться!.."</w:t>
      </w:r>
    </w:p>
    <w:p>
      <w:r>
        <w:br/>
        <w:t>А по-друге, через день на роботу. День — на службі, день — удома.</w:t>
      </w:r>
    </w:p>
    <w:p>
      <w:r>
        <w:br/>
        <w:t>І форма ж. "Шествует" Тукало вулицею — всяк його оминає.</w:t>
      </w:r>
    </w:p>
    <w:p>
      <w:r>
        <w:br/>
        <w:t>Ну й зарплата. І преміальні. І пайки. І медаль "За выслугу лет". Дослужився до пенсії — нагрудний значок чекіста почесного. І значок цей він завжди носив поверх усіх нагород...</w:t>
      </w:r>
    </w:p>
    <w:p>
      <w:r>
        <w:br/>
        <w:t>Оце поки що і все, щоб так-сяк познайомитися з Тукалом. Щоб він, вам руку потиснувши, сказав неодмінно:</w:t>
      </w:r>
    </w:p>
    <w:p>
      <w:r>
        <w:br/>
        <w:t>— Благосклонен к вашему расположению.</w:t>
      </w:r>
    </w:p>
    <w:p>
      <w:r>
        <w:br/>
        <w:t>Почув колись, як один офіцер отак привітав другого. Культура!</w:t>
      </w:r>
    </w:p>
    <w:p>
      <w:r>
        <w:br/>
        <w:t>II</w:t>
      </w:r>
    </w:p>
    <w:p>
      <w:r>
        <w:br/>
        <w:t>Вже на пенсію вийшовши, згадав про Галину. Сестру.</w:t>
      </w:r>
    </w:p>
    <w:p>
      <w:r>
        <w:br/>
        <w:t>Ну, сестру й раніше не забував: переписувався зрідка. Анка страшно боялася, що нав'яжеться — не одчепляться. Навіть матері хоронити не їздив: послав телеграму. Що "соболезнует".</w:t>
      </w:r>
    </w:p>
    <w:p>
      <w:r>
        <w:br/>
        <w:t>А це Галина прислала чергового листа: кликала в гості. На цілісіньке літо. Залишилась як палець одна на хазяйстві (чоловік помер, син на Далекому Сході), ні до кого й словом обмовитись. "У мене й корівка, і гуси, й гиндики, і курей повен двір, так що буде що їсти і пити",— спокушала сестра.</w:t>
      </w:r>
    </w:p>
    <w:p>
      <w:r>
        <w:br/>
        <w:t>У Тукала й защеміло на серці. Побувати на "родине", з сестрою обнятися...</w:t>
      </w:r>
    </w:p>
    <w:p>
      <w:r>
        <w:br/>
        <w:t>Анка спершу — на дибки:</w:t>
      </w:r>
    </w:p>
    <w:p>
      <w:r>
        <w:br/>
        <w:t>— А сад?</w:t>
      </w:r>
    </w:p>
    <w:p>
      <w:r>
        <w:br/>
        <w:t>Мали під Москвою земельну ділянку — горобцеві повернутись ніде. Та Анці більше й не треба: кохалася в квітах. Не ділянка — суцільний квітник. Отакенні букети дітям розвозила, що давно вже окремо жили.</w:t>
      </w:r>
    </w:p>
    <w:p>
      <w:r>
        <w:br/>
        <w:t>— К черту на кулички борща похлебать? Не поеду!</w:t>
      </w:r>
    </w:p>
    <w:p>
      <w:r>
        <w:br/>
        <w:t>Тукало не борщами-варениками — переконав її іншим.</w:t>
      </w:r>
    </w:p>
    <w:p>
      <w:r>
        <w:br/>
        <w:t>Дістав чистий аркуш паперу, взяв ручку:</w:t>
      </w:r>
    </w:p>
    <w:p>
      <w:r>
        <w:br/>
        <w:t>— Слушай сюда...</w:t>
      </w:r>
    </w:p>
    <w:p>
      <w:r>
        <w:br/>
        <w:t>— Нечего слушать!</w:t>
      </w:r>
    </w:p>
    <w:p>
      <w:r>
        <w:br/>
        <w:t>— Нет, ты послушай!</w:t>
      </w:r>
    </w:p>
    <w:p>
      <w:r>
        <w:br/>
        <w:t>Усадовив силоміць, запитав:</w:t>
      </w:r>
    </w:p>
    <w:p>
      <w:r>
        <w:br/>
        <w:t>— Ты сколько получаешь на пенсию?</w:t>
      </w:r>
    </w:p>
    <w:p>
      <w:r>
        <w:br/>
        <w:t>— А ты что, не знаешь? — ерепенилась Анка.</w:t>
      </w:r>
    </w:p>
    <w:p>
      <w:r>
        <w:br/>
        <w:t>— Я спрашиваю: сколько? — підняв голос Тукало.— Спрашиваю — должна отвечать.</w:t>
      </w:r>
    </w:p>
    <w:p>
      <w:r>
        <w:br/>
        <w:t>Анка сказала.</w:t>
      </w:r>
    </w:p>
    <w:p>
      <w:r>
        <w:br/>
        <w:t>— Записываем... Теперь моя пенсия — тоже запишем... Теперь сложим.— Довго морщив лоба, пенсії докупи складаючи.— Вот, посмотри!.. Ну, а если умножить на три... На три месяца, что там проживем?..</w:t>
      </w:r>
    </w:p>
    <w:p>
      <w:r>
        <w:br/>
        <w:t>— А жить на что будем? — дійшло нарешті до Анки.</w:t>
      </w:r>
    </w:p>
    <w:p>
      <w:r>
        <w:br/>
        <w:t>— Как — на что!.. Ты что, письмо сестры не читала?.. На дармовом будем жить!</w:t>
      </w:r>
    </w:p>
    <w:p>
      <w:r>
        <w:br/>
        <w:t>Переконав таки. Анка теж гроші не віяла: берегла кожну копієчку.</w:t>
      </w:r>
    </w:p>
    <w:p>
      <w:r>
        <w:br/>
        <w:t>— Это же подарок надо твоей сестре,— зажурилася.</w:t>
      </w:r>
    </w:p>
    <w:p>
      <w:r>
        <w:br/>
        <w:t>— Подарок! — чмихнув Тукало.— Да она и без подарка будет нам рада.</w:t>
      </w:r>
    </w:p>
    <w:p>
      <w:r>
        <w:br/>
        <w:t>Не довго й збирались — поїхали.</w:t>
      </w:r>
    </w:p>
    <w:p>
      <w:r>
        <w:br/>
        <w:t>У Києві пересадка: дві години електричку чекати.</w:t>
      </w:r>
    </w:p>
    <w:p>
      <w:r>
        <w:br/>
        <w:t>На екскурсійний автобус — час убивати? Шиї намулювати?</w:t>
      </w:r>
    </w:p>
    <w:p>
      <w:r>
        <w:br/>
        <w:t>— Знаешь что, поехали на Лукьяновку. Я давно мечтал киевскую тюрьму посмотреть.</w:t>
      </w:r>
    </w:p>
    <w:p>
      <w:r>
        <w:br/>
        <w:t>Тюрма виявилась так собі. Як для столиці — нікудишня тюрма! Куди там їй проти Луб'янки!</w:t>
      </w:r>
    </w:p>
    <w:p>
      <w:r>
        <w:br/>
        <w:t>— Вот... Эти хахлы и тюрьму не могут соорудить человеческую.</w:t>
      </w:r>
    </w:p>
    <w:p>
      <w:r>
        <w:br/>
        <w:t>Сам себе давно уже вважав "русским". І дітей повписував у метрики "Тукаловыми".</w:t>
      </w:r>
    </w:p>
    <w:p>
      <w:r>
        <w:br/>
        <w:t>Потовклись біля в'язниці, обміряли її навіть по периметру та й на вокзал. Тукало ще хотів зайти, "представиться", але Анка боялася, що запізняться на електричку.</w:t>
      </w:r>
    </w:p>
    <w:p>
      <w:r>
        <w:br/>
        <w:t>Ну, а в райцентрі, куди вони добралися електричкою, як і годилося: сльози й обійми.</w:t>
      </w:r>
    </w:p>
    <w:p>
      <w:r>
        <w:br/>
        <w:t>— Ой братику, як же ти постарів!</w:t>
      </w:r>
    </w:p>
    <w:p>
      <w:r>
        <w:br/>
        <w:t>Тукало теж сльозу видушив: "скупую, мужскую".</w:t>
      </w:r>
    </w:p>
    <w:p>
      <w:r>
        <w:br/>
        <w:t>— Не плачь, сестренка, мы еще поживем, едрить твою мать!.. А это моя благоверная... Автобусом едем?</w:t>
      </w:r>
    </w:p>
    <w:p>
      <w:r>
        <w:br/>
        <w:t>— Еге ж, автобусом наїздишся. Бензину немає!</w:t>
      </w:r>
    </w:p>
    <w:p>
      <w:r>
        <w:br/>
        <w:t>— Неужели подводой?</w:t>
      </w:r>
    </w:p>
    <w:p>
      <w:r>
        <w:br/>
        <w:t>— Підводою, підводою. Там такий жеребець, що за півгодини домчить.— Вивела на площу привокзальну, підвела до чорної "Волги".</w:t>
      </w:r>
    </w:p>
    <w:p>
      <w:r>
        <w:br/>
        <w:t>— Оце сусід, спасибі йому, згодився підвезти. Він зараз буде: мотонувся на пошту.</w:t>
      </w:r>
    </w:p>
    <w:p>
      <w:r>
        <w:br/>
        <w:t>— Ну вы живете! На "Волгах" катаєтесь!</w:t>
      </w:r>
    </w:p>
    <w:p>
      <w:r>
        <w:br/>
        <w:t>— Катаємось, та не всі. Сусід із Черкас у нас дачу будує. Там такий домище вибехкує, що і в Черкасах не побачиш!</w:t>
      </w:r>
    </w:p>
    <w:p>
      <w:r>
        <w:br/>
        <w:t>— Ворует,— сказав переконано Тукало.</w:t>
      </w:r>
    </w:p>
    <w:p>
      <w:r>
        <w:br/>
        <w:t>— Та Бог святий знає. Не спіймали — не злодій.</w:t>
      </w:r>
    </w:p>
    <w:p>
      <w:r>
        <w:br/>
        <w:t>Але Тукало стояв на своєму:</w:t>
      </w:r>
    </w:p>
    <w:p>
      <w:r>
        <w:br/>
        <w:t>— Ворует! Теперь только слепой не ворует.</w:t>
      </w:r>
    </w:p>
    <w:p>
      <w:r>
        <w:br/>
        <w:t>Аж ось і сусід. У костюмі джинсовому.</w:t>
      </w:r>
    </w:p>
    <w:p>
      <w:r>
        <w:br/>
        <w:t>Познайомились. Сіли. Поїхали.</w:t>
      </w:r>
    </w:p>
    <w:p>
      <w:r>
        <w:br/>
        <w:t>Тукало, коли райцентр проїжджали, поцікавився:</w:t>
      </w:r>
    </w:p>
    <w:p>
      <w:r>
        <w:br/>
        <w:t>— А где у вас тюрьма?</w:t>
      </w:r>
    </w:p>
    <w:p>
      <w:r>
        <w:br/>
        <w:t>— Яка тюрма? — Галя.— Тюрми тут зроду-віку не було.</w:t>
      </w:r>
    </w:p>
    <w:p>
      <w:r>
        <w:br/>
        <w:t>— Как же вы живете без тюрьмы?</w:t>
      </w:r>
    </w:p>
    <w:p>
      <w:r>
        <w:br/>
        <w:t>Аня — штовх непомітно у бока:</w:t>
      </w:r>
    </w:p>
    <w:p>
      <w:r>
        <w:br/>
        <w:t>— Что ты несешь? Вон мужчина поглядывать начал.</w:t>
      </w:r>
    </w:p>
    <w:p>
      <w:r>
        <w:br/>
        <w:t>А Галя, розумниця, одразу ж перевела мову на інше.</w:t>
      </w:r>
    </w:p>
    <w:p>
      <w:r>
        <w:br/>
        <w:t>III</w:t>
      </w:r>
    </w:p>
    <w:p>
      <w:r>
        <w:br/>
        <w:t>Ну й зажили у сестри: як сир у маслі каталися. Галя годувала їх як на заріз, щодня щось новеньке вигадувала.</w:t>
      </w:r>
    </w:p>
    <w:p>
      <w:r>
        <w:br/>
        <w:t>Анка, спасибі їй, одразу ж зіспівалася з Галею: торохкотіли з ранку до вечора, як кулемети. Анка — на "чисто русском", Галя — на "хохландском наречии". Не так одна одну, як самі себе слухали.</w:t>
      </w:r>
    </w:p>
    <w:p>
      <w:r>
        <w:br/>
        <w:t>Сестра ж часто скаржилась братові на сільське начальство. Гребуть під себе — впину не мають. Купили оно телевізор для клубу — не простояв і тижня: до голови помандрував.</w:t>
      </w:r>
    </w:p>
    <w:p>
      <w:r>
        <w:br/>
        <w:t>— Не бояться нічого!</w:t>
      </w:r>
    </w:p>
    <w:p>
      <w:r>
        <w:br/>
        <w:t>— Сажать надо!.. Сажать!..— казав щораз Тукало.— Эх, Сталин умер!.. Жиды отравили... Евреи... Секешь?</w:t>
      </w:r>
    </w:p>
    <w:p>
      <w:r>
        <w:br/>
        <w:t>Галя "сікла" — головою кивала. Хоч жодного еврея живого не бачила.</w:t>
      </w:r>
    </w:p>
    <w:p>
      <w:r>
        <w:br/>
        <w:t>— Перестройку затеяли, Советский Союз развалили! — продовжував обурюватись Тукало.— Такую страну угробить!... Весь мир дрожал перед нами... А сейчас?.. Тьфу!..</w:t>
      </w:r>
    </w:p>
    <w:p>
      <w:r>
        <w:br/>
        <w:t>Щодня, полежавши після обіду, щоб сальце зав'язалось, зодягав свій мундир із значком чекіста почесного, взував чоботи, до гарячого блиску начищені, і на самі брови — картуз. З дашком полакованим. І, строгий, ішов до крамниці. Де збиралися пенсіонери. Колишні його однокашники. На побрехеньки. В основному про те, що воно в світі коїться і як жити далі.</w:t>
      </w:r>
    </w:p>
    <w:p>
      <w:r>
        <w:br/>
        <w:t>Прислухались до Тукала. Як-не-як — із самої Москви. Всесоюзної столиці недавньої. Збирачки "русских" земель. Та й чужими не гребувала — охоче приєднувала.</w:t>
      </w:r>
    </w:p>
    <w:p>
      <w:r>
        <w:br/>
        <w:t>Тукало говорив, як у землю гвіздки забивав. Заб'є ще й закаблуком придушить:</w:t>
      </w:r>
    </w:p>
    <w:p>
      <w:r>
        <w:br/>
        <w:t>— Рассея стояла и будет стоять!.. А энтих всех — к стенке!..</w:t>
      </w:r>
    </w:p>
    <w:p>
      <w:r>
        <w:br/>
        <w:t>Та невдовзі походи до крамниці урвалися. Урвались походи. 3 банальної, здавалося б, причини.</w:t>
      </w:r>
    </w:p>
    <w:p>
      <w:r>
        <w:br/>
        <w:t>Украли картуз.</w:t>
      </w:r>
    </w:p>
    <w:p>
      <w:r>
        <w:br/>
        <w:t>Серед білого дня нечиста сила поцупила!.</w:t>
      </w:r>
    </w:p>
    <w:p>
      <w:r>
        <w:br/>
        <w:t>Тукало повісив його на кілок, з магазину вернувшись, щоб просохнув. Кинувся згодом: нема картуза! Кілок стоїть, а картуз наче випарувався.</w:t>
      </w:r>
    </w:p>
    <w:p>
      <w:r>
        <w:br/>
        <w:t>— Где картуз? — закричав.— Кто посмел?</w:t>
      </w:r>
    </w:p>
    <w:p>
      <w:r>
        <w:br/>
        <w:t>Ні Аня, ні Галя картуза не чіпали.</w:t>
      </w:r>
    </w:p>
    <w:p>
      <w:r>
        <w:br/>
        <w:t>— Своровали!.. Украли!.. Голову сняли с плечей!..</w:t>
      </w:r>
    </w:p>
    <w:p>
      <w:r>
        <w:br/>
        <w:t>Галя одразу ж на дітлашню стала грішити. Ганяють селом — впину на них немає. Так і лізуть у шкоду.</w:t>
      </w:r>
    </w:p>
    <w:p>
      <w:r>
        <w:br/>
        <w:t>Тільки кого не розпитували — ніхто не бачив, не чув.</w:t>
      </w:r>
    </w:p>
    <w:p>
      <w:r>
        <w:br/>
        <w:t>Як під землю провалився картуз!</w:t>
      </w:r>
    </w:p>
    <w:p>
      <w:r>
        <w:br/>
        <w:t>Усю ніч не спав Тукало. А на ранок до дільничного міліціонера пішов. Простоволосий. Хоч Галя вслід і кричала, щоб Оверкову кепку надів,— страмитись не став.</w:t>
      </w:r>
    </w:p>
    <w:p>
      <w:r>
        <w:br/>
        <w:t>— Вот...— сказав строго дільничному.— Вот, обокрали... Ищите злодея.</w:t>
      </w:r>
    </w:p>
    <w:p>
      <w:r>
        <w:br/>
        <w:t>Дільничний щось не дуже загорівся шукать злодія. Тут он повнісіньку машину зерна з-під носа поцупили, а цей — з картузом!</w:t>
      </w:r>
    </w:p>
    <w:p>
      <w:r>
        <w:br/>
        <w:t>— Та-ак,— сказав на те Тукало.— Не хотите при исполнении?.. Буду жаловаться!</w:t>
      </w:r>
    </w:p>
    <w:p>
      <w:r>
        <w:br/>
        <w:t>Пішов до голови.</w:t>
      </w:r>
    </w:p>
    <w:p>
      <w:r>
        <w:br/>
        <w:t>— Вот... Украли картуз... Форменный... Участковый пренебрегает обязанностями...</w:t>
      </w:r>
    </w:p>
    <w:p>
      <w:r>
        <w:br/>
        <w:t>— Та якби тільки й лиха, що ваш картуз! — заступивсь голова за дільничного.— Тут он машину зерна, дядьку, вкрали — слідів не лишили!</w:t>
      </w:r>
    </w:p>
    <w:p>
      <w:r>
        <w:br/>
        <w:t>— Не хотите искать?.. Буду жаловаться!</w:t>
      </w:r>
    </w:p>
    <w:p>
      <w:r>
        <w:br/>
        <w:t>— Та жалуйтесь хоч і Господу Богу! Нам і без вашого картуза вистачає мороки.— І до секретарки з досадою: — Валю, дзвонили з району? — Ідіть, мовляв, дядьку, не морочте голову.</w:t>
      </w:r>
    </w:p>
    <w:p>
      <w:r>
        <w:br/>
        <w:t>Тукала особливо оте "дядьку" образило. Був би у картузі — голова сто разів би подумав, перш ніж дядьком його обзивати.</w:t>
      </w:r>
    </w:p>
    <w:p>
      <w:r>
        <w:br/>
        <w:t>— Буду жаловаться! — повторив уже з притиском.</w:t>
      </w:r>
    </w:p>
    <w:p>
      <w:r>
        <w:br/>
        <w:t>Голова, глянувши в Тукалові очі бетонні, зрозумів, що від нього не відкараскається. Ухопив рурку нервово, набрав номер дільничного:</w:t>
      </w:r>
    </w:p>
    <w:p>
      <w:r>
        <w:br/>
        <w:t>— Якимовичу! Тут у мене Тукало...— Замовк, слухаючи, що йому говорить дільничний. Поморщивсь з досадою: — Та поможи ти їм той проклятий картуз найти, бо спокою не матимем! — Кинув рурку на важіль.— Ідіть, дядьку, до дільничного.</w:t>
      </w:r>
    </w:p>
    <w:p>
      <w:r>
        <w:br/>
        <w:t>Знову — "дядьку"!</w:t>
      </w:r>
    </w:p>
    <w:p>
      <w:r>
        <w:br/>
        <w:t>"Ну, ты меня попомнишь!"</w:t>
      </w:r>
    </w:p>
    <w:p>
      <w:r>
        <w:br/>
        <w:t>Не пішов до дільничного. Чекав до вечора: принесе? не принесе?</w:t>
      </w:r>
    </w:p>
    <w:p>
      <w:r>
        <w:br/>
        <w:t>Не приніс!</w:t>
      </w:r>
    </w:p>
    <w:p>
      <w:r>
        <w:br/>
        <w:t>"Та-ак..."</w:t>
      </w:r>
    </w:p>
    <w:p>
      <w:r>
        <w:br/>
        <w:t>На ранок рушив у райцентр. До міліції.</w:t>
      </w:r>
    </w:p>
    <w:p>
      <w:r>
        <w:br/>
        <w:t>Його пробували не пропустить до начальника: зайнятий. Тукало так глянув на чергового, що в того й мурахи по спині пробігли. "Меня?.. Чекиста заслуженного?.." Без дозволу в двері попер.</w:t>
      </w:r>
    </w:p>
    <w:p>
      <w:r>
        <w:br/>
        <w:t>— Разрешите? Заслуженный чекист из Москвы. Арсений Иванович Тукало! Благосклонен к вашему расположению.</w:t>
      </w:r>
    </w:p>
    <w:p>
      <w:r>
        <w:br/>
        <w:t>Майор, начальник, од привітання такого й очі вирячив.</w:t>
      </w:r>
    </w:p>
    <w:p>
      <w:r>
        <w:br/>
        <w:t>— Так что ж оно получается, товарищ майор? Ворье безнаказанно разгуливает?</w:t>
      </w:r>
    </w:p>
    <w:p>
      <w:r>
        <w:br/>
        <w:t>Не допоміг і начальник. Не допоміг чи не схотів?</w:t>
      </w:r>
    </w:p>
    <w:p>
      <w:r>
        <w:br/>
        <w:t>— Буду жаловаться,— пригрозив йому на прощання.</w:t>
      </w:r>
    </w:p>
    <w:p>
      <w:r>
        <w:br/>
        <w:t>Ходив до адміністрації — там теж руками розводили. Обшук влаштовувати, село перетрушувати — ніхто не дасть на таке ордер. І то з-за чого? З-за картуза?</w:t>
      </w:r>
    </w:p>
    <w:p>
      <w:r>
        <w:br/>
        <w:t>— Буду жаловаться,— сказав і їм Тукало.</w:t>
      </w:r>
    </w:p>
    <w:p>
      <w:r>
        <w:br/>
        <w:t>Повернувся в село з твердим наміром рушити завтра ж у область.</w:t>
      </w:r>
    </w:p>
    <w:p>
      <w:r>
        <w:br/>
        <w:t>"Сыскать не могут!" — кипіло у ньому. Та дали б йому волю, він і без міліції картуз розшукав би! Посадив би якогось бешкетника в льох, як його мати саджала в свій час... Льох у сестри глибочезний, серед літа холодом віє, карцер — не льох... Потримав би у темряві — враз розколовся б!</w:t>
      </w:r>
    </w:p>
    <w:p>
      <w:r>
        <w:br/>
        <w:t>"Порядки, мать вашу! Вор вора покрывает... Ничего, вы еще не знаете Тукала!"</w:t>
      </w:r>
    </w:p>
    <w:p>
      <w:r>
        <w:br/>
        <w:t>До генерала, начальника обласного відділення міліції, два дні добивався.</w:t>
      </w:r>
    </w:p>
    <w:p>
      <w:r>
        <w:br/>
        <w:t>Добився. "Предстал".</w:t>
      </w:r>
    </w:p>
    <w:p>
      <w:r>
        <w:br/>
        <w:t>Генерал довго не міг уторопати, про який картуз іде мова. А коли уторопав, розлючено в район подзвонив:</w:t>
      </w:r>
    </w:p>
    <w:p>
      <w:r>
        <w:br/>
        <w:t>— Мені що, роботи немає: картузи шукати?! Та хоч з голови своєї зніми, а картуза надінь чоловікові!..</w:t>
      </w:r>
    </w:p>
    <w:p>
      <w:r>
        <w:br/>
        <w:t>Начальник районної міліції, майор, коли вручав картуза (нового-новісінького), дивився куди завгодно, тільки не на Тукала. Але йому на те наплювати. "Плюнуть и растереть". Головне — картуз на голові як улитий. "Форменный". "С красным околышем". "Окантовочкой синей". "С козырьком полакированным".</w:t>
      </w:r>
    </w:p>
    <w:p>
      <w:r>
        <w:br/>
        <w:t>Добравсь до села — мимо сільради повільно "прошествовал".</w:t>
      </w:r>
    </w:p>
    <w:p>
      <w:r>
        <w:br/>
        <w:t>"Вот... Картуз... Вот... На голове..."</w:t>
      </w:r>
    </w:p>
    <w:p>
      <w:r>
        <w:br/>
        <w:t>А той картуз, що пропав, ну ніяк не давав спокою Тукалові! Ловив пацанів, обіцяв кожному спровадить до карцера. "На перевоспитание".</w:t>
      </w:r>
    </w:p>
    <w:p>
      <w:r>
        <w:br/>
        <w:t>І таки добився свого: хтось підкрався вночі та на кілок картуза і повісив. Із биркою: "Забирай, щоб ти сказився!"</w:t>
      </w:r>
    </w:p>
    <w:p>
      <w:r>
        <w:br/>
        <w:t>IV</w:t>
      </w:r>
    </w:p>
    <w:p>
      <w:r>
        <w:br/>
        <w:t>Одбули у сестри рівно три місяці. Як на курорті побували. На всьому готовому. Ні копієчки не потративши. А на другий рік знов гостювати приїхали. "Понравилось очень". І я побачив Тукала коло магазину. Вимахував кулаками, осатаніло вигукував:</w:t>
      </w:r>
    </w:p>
    <w:p>
      <w:r>
        <w:br/>
        <w:t>— Рассея стояла и будет стоять, мать-перемать!..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Тукало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