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Тук-Тук-Тук</w:t>
      </w:r>
    </w:p>
    <w:p>
      <w:r>
        <w:br/>
        <w:t xml:space="preserve"> &lt;p&gt;Ми втрьох — я, Мишко і Костик — приїхали до піонертабору на день раніше, ніж весь загін. У нас було завдання: прикрасити приміщення до приїзду дітей. Ми самі просили нашого вожатого Вітю послати нас уперед.</w:t>
      </w:r>
    </w:p>
    <w:p>
      <w:r>
        <w:br/>
        <w:t>Нам дуже хотілося швидше в табір.</w:t>
      </w:r>
    </w:p>
    <w:p>
      <w:r>
        <w:br/>
        <w:t>Вітя погодився і сам поїхав з нами. Коли ми приїхали, в будинку вже закінчували прибирати. Ми розвішали на стінах плакати, картини, які привезли з собою, потім нарізали з барвистого паперу прапорців, нанизали їх на шворочки і повісили під стелею. Тоді нарвали в полі квітів, наробили з них букетів і розставили на вікнах у банках з водою. Гарно вийшло!</w:t>
      </w:r>
    </w:p>
    <w:p>
      <w:r>
        <w:br/>
        <w:t>Увечері вожатий Вітя поїхав назад до міста. Марія Максимівна, табірний сторож, яка жила поряд у маленькому будинку, сказала, щоб ми йшли ночувати до неї, але ми не схотіли. Мишко сказав, що ми нічого не боїмось і ночуватимемо самі в будинку. Марія Максимівна пішла, а ми наставили на подвір'ї самовар, сіли на ґаночку й відпочивали.</w:t>
      </w:r>
    </w:p>
    <w:p>
      <w:r>
        <w:br/>
        <w:t>Хороше було в таборі! Коло самого будинку росла висока горобина, а вздовж паркана — величезні старі липи. На них безліч круглих воронячих гнізд.</w:t>
      </w:r>
    </w:p>
    <w:p>
      <w:r>
        <w:br/>
        <w:t>Ворони кружляли над липами і голосно каркали. У повітрі гули хрущі. Вони метались у різні боки, налітали на стіни будинку й падали на землю. Мишко підбирав їх і складав у коробочку.</w:t>
      </w:r>
    </w:p>
    <w:p>
      <w:r>
        <w:br/>
        <w:t>А потім сонечко сховалося за лісом, і хмари на небі спалахнули червоним полум'ям. Так гарно стало! Коли б у мене були фарби, я б одразу намалював картину: вгорі червоні хмари, а внизу наш самовар. А від самовара шугає дим прямо до хмар, як з пароплавної труби.</w:t>
      </w:r>
    </w:p>
    <w:p>
      <w:r>
        <w:br/>
        <w:t>Потім хмари згасли і стали сірі, неначе гори. Все змінилося навкруги. Нам аж почало здаватися, ніби ми якимсь дивом потрапили в інші краї.</w:t>
      </w:r>
    </w:p>
    <w:p>
      <w:r>
        <w:br/>
        <w:t>Самовар закипів. Ми перенесли його до кімнати, засвітили лампу й сіли пити чай. У вікно налетіли нічні метелики; вони кружляли навколо лампи, мовби танцювали. Все було якось незвичайно. Тихо так, тільки самовар на столі шумить. Ми сидимо і п'ємо чай, самі собі господарі.</w:t>
      </w:r>
    </w:p>
    <w:p>
      <w:r>
        <w:br/>
        <w:t>Після чаю Мишко защепнув на гачок двері ще й мотузкою за ручку прив'язав.</w:t>
      </w:r>
    </w:p>
    <w:p>
      <w:r>
        <w:br/>
        <w:t>— Щоб не залізли розбійники, — каже.</w:t>
      </w:r>
    </w:p>
    <w:p>
      <w:r>
        <w:br/>
        <w:t>— Не бійся, — кажемо ми, — ніхто не залізе.</w:t>
      </w:r>
    </w:p>
    <w:p>
      <w:r>
        <w:br/>
        <w:t>— Я не боюся. Так, про всяк випадок. І віконниці треба зачинити.</w:t>
      </w:r>
    </w:p>
    <w:p>
      <w:r>
        <w:br/>
        <w:t>Ми посміялися з нього, але віконниці зачинили все-таки, про всяк випадок, і стали вкладатися спати. Зсунули троє ліжок докупи, щоб зручніше було розмовляти.</w:t>
      </w:r>
    </w:p>
    <w:p>
      <w:r>
        <w:br/>
        <w:t>Мишко попросився усередину. Костик каже:</w:t>
      </w:r>
    </w:p>
    <w:p>
      <w:r>
        <w:br/>
        <w:t>— Ти, либонь, хочеш, щоб розбійники спершу нас повбивали, а тоді тільки за тебе взялися. Ну, гаразд, лягай.</w:t>
      </w:r>
    </w:p>
    <w:p>
      <w:r>
        <w:br/>
        <w:t>Пустили його всередину. Та він однаково, напевне, боявся: узяв на кухні сокиру й засунув її собі під подушку. Ми з Костиком мало не луснули від сміху.</w:t>
      </w:r>
    </w:p>
    <w:p>
      <w:r>
        <w:br/>
        <w:t>— Ти тільки нас не зарубай помилково, — кажемо. — А то подумаєш, що ми розбійники, і цюкнеш по голові сокирою.</w:t>
      </w:r>
    </w:p>
    <w:p>
      <w:r>
        <w:br/>
        <w:t>— Не бійтеся, — каже Мишко, — не цюкну!</w:t>
      </w:r>
    </w:p>
    <w:p>
      <w:r>
        <w:br/>
        <w:t>Погасили ми лампу і ну в темряві розповідати один одному казки. Спочатку розповів Мишко, потім я, а коли черга дійшла до Костика, він почав якусь довгу страшну казку про чаклунів, про відьом, про чортів і про Кощея Безсмертного. Мишко від страху закутався з головою в ковдру і став просити Костика не розповідати більше цієї казки. А Костик, щоб полякати Мишка, ще кулаками по стіні стукає і каже, ніби це чорти стукають. Мені самому зробилося страшно, і я сказав Костикові, щоб він перестав.</w:t>
      </w:r>
    </w:p>
    <w:p>
      <w:r>
        <w:br/>
        <w:t>Нарешті Костик угамувався. Мишко заспокоївся і заснув. Стало тихо. Ми з Костиком чомусь довго не могли заснути. Лежимо, прислухаємося, як Мишкові хрущі в коробці шарудять.</w:t>
      </w:r>
    </w:p>
    <w:p>
      <w:r>
        <w:br/>
        <w:t>— Темно, як у льохові! — сказав Костик.</w:t>
      </w:r>
    </w:p>
    <w:p>
      <w:r>
        <w:br/>
        <w:t>— Це тому, що віконниці зачинені, — кажу я.</w:t>
      </w:r>
    </w:p>
    <w:p>
      <w:r>
        <w:br/>
        <w:t>— А все-таки ми хоробрі! Не боїмося самі ночувати! — каже Костик.</w:t>
      </w:r>
    </w:p>
    <w:p>
      <w:r>
        <w:br/>
        <w:t>Скоро трішечки посвітлішало. Стало видно щілини у віконницях.</w:t>
      </w:r>
    </w:p>
    <w:p>
      <w:r>
        <w:br/>
        <w:t>— Напевне, вже світанок, — каже Костик. — Тепер ночі зовсім короткі.</w:t>
      </w:r>
    </w:p>
    <w:p>
      <w:r>
        <w:br/>
        <w:t>— А може, місяць зійшов?</w:t>
      </w:r>
    </w:p>
    <w:p>
      <w:r>
        <w:br/>
        <w:t>Нарешті я задрімав. Раптом чую крізь сон:</w:t>
      </w:r>
    </w:p>
    <w:p>
      <w:r>
        <w:br/>
        <w:t>Тук-тук-тук!</w:t>
      </w:r>
    </w:p>
    <w:p>
      <w:r>
        <w:br/>
        <w:t>Я прокинувся. Мишко й Костик сплять. Я розбудив Костика.</w:t>
      </w:r>
    </w:p>
    <w:p>
      <w:r>
        <w:br/>
        <w:t>— Хтось стукає, — кажу.</w:t>
      </w:r>
    </w:p>
    <w:p>
      <w:r>
        <w:br/>
        <w:t>— Хто ж може стукати?</w:t>
      </w:r>
    </w:p>
    <w:p>
      <w:r>
        <w:br/>
        <w:t>— А ось послухай.</w:t>
      </w:r>
    </w:p>
    <w:p>
      <w:r>
        <w:br/>
        <w:t>Прислухались ми. Тихо. Потім знову:</w:t>
      </w:r>
    </w:p>
    <w:p>
      <w:r>
        <w:br/>
        <w:t>Тук-тук-тук!</w:t>
      </w:r>
    </w:p>
    <w:p>
      <w:r>
        <w:br/>
        <w:t>— У двері стукають, — каже Костик. — Хто ж це?</w:t>
      </w:r>
    </w:p>
    <w:p>
      <w:r>
        <w:br/>
        <w:t>Почекали ми. Не стукають більше.</w:t>
      </w:r>
    </w:p>
    <w:p>
      <w:r>
        <w:br/>
        <w:t>"Може, примарилося", — думаємо. Раптом знову:</w:t>
      </w:r>
    </w:p>
    <w:p>
      <w:r>
        <w:br/>
        <w:t>Тук-тук-тук! Тук-тук-тук!</w:t>
      </w:r>
    </w:p>
    <w:p>
      <w:r>
        <w:br/>
        <w:t>— Тихіше, — шепоче Костик, — не треба озиватися. Може, постукає й піде.</w:t>
      </w:r>
    </w:p>
    <w:p>
      <w:r>
        <w:br/>
        <w:t>Почекали. Раптом знову:</w:t>
      </w:r>
    </w:p>
    <w:p>
      <w:r>
        <w:br/>
        <w:t>Тук-тук-тук! Тра-та-та-та!</w:t>
      </w:r>
    </w:p>
    <w:p>
      <w:r>
        <w:br/>
        <w:t>— Ах, щоб тебе розірвало! Не йде звідси! — каже Костик.</w:t>
      </w:r>
    </w:p>
    <w:p>
      <w:r>
        <w:br/>
        <w:t>— Може, це з міста хто-небудь приїхав? — кажу я.</w:t>
      </w:r>
    </w:p>
    <w:p>
      <w:r>
        <w:br/>
        <w:t>— Навіщо ж так пізно їздити? Почекаємо. Якщо постукає ще, запитаємо.</w:t>
      </w:r>
    </w:p>
    <w:p>
      <w:r>
        <w:br/>
        <w:t>Чекаємо. Нікого нема.</w:t>
      </w:r>
    </w:p>
    <w:p>
      <w:r>
        <w:br/>
        <w:t>— Мабуть, пішов, — каже Костик.</w:t>
      </w:r>
    </w:p>
    <w:p>
      <w:r>
        <w:br/>
        <w:t>Тільки-но ми заспокоїлись, раптом знову:</w:t>
      </w:r>
    </w:p>
    <w:p>
      <w:r>
        <w:br/>
        <w:t>Тра-та-та-та!</w:t>
      </w:r>
    </w:p>
    <w:p>
      <w:r>
        <w:br/>
        <w:t>Я підскочив у постелі від несподіванки.</w:t>
      </w:r>
    </w:p>
    <w:p>
      <w:r>
        <w:br/>
        <w:t>— Ходімо, — кажу, — запитаємо.</w:t>
      </w:r>
    </w:p>
    <w:p>
      <w:r>
        <w:br/>
        <w:t>— Ходімо.</w:t>
      </w:r>
    </w:p>
    <w:p>
      <w:r>
        <w:br/>
        <w:t>Підкралися до дверей.</w:t>
      </w:r>
    </w:p>
    <w:p>
      <w:r>
        <w:br/>
        <w:t>— Хто там? — запитує Костик.</w:t>
      </w:r>
    </w:p>
    <w:p>
      <w:r>
        <w:br/>
        <w:t>Тихо. Ніхто не відповідає.</w:t>
      </w:r>
    </w:p>
    <w:p>
      <w:r>
        <w:br/>
        <w:t>— Хто там?</w:t>
      </w:r>
    </w:p>
    <w:p>
      <w:r>
        <w:br/>
        <w:t>Мовчить.</w:t>
      </w:r>
    </w:p>
    <w:p>
      <w:r>
        <w:br/>
        <w:t>— Хто там?</w:t>
      </w:r>
    </w:p>
    <w:p>
      <w:r>
        <w:br/>
        <w:t>Ніякої відповіді.</w:t>
      </w:r>
    </w:p>
    <w:p>
      <w:r>
        <w:br/>
        <w:t>— Мабуть, пішов, — кажу я.</w:t>
      </w:r>
    </w:p>
    <w:p>
      <w:r>
        <w:br/>
        <w:t>Вернулись ми назад. Тільки одійшли від дверей:</w:t>
      </w:r>
    </w:p>
    <w:p>
      <w:r>
        <w:br/>
        <w:t>Тук-тук-тук! Трах-та-тах!</w:t>
      </w:r>
    </w:p>
    <w:p>
      <w:r>
        <w:br/>
        <w:t>Кинулися ми знову до дверей:</w:t>
      </w:r>
    </w:p>
    <w:p>
      <w:r>
        <w:br/>
        <w:t>— Хто там?</w:t>
      </w:r>
    </w:p>
    <w:p>
      <w:r>
        <w:br/>
        <w:t>Мовчить.</w:t>
      </w:r>
    </w:p>
    <w:p>
      <w:r>
        <w:br/>
        <w:t>— Що він, глухий, чи що? — каже Костик.</w:t>
      </w:r>
    </w:p>
    <w:p>
      <w:r>
        <w:br/>
        <w:t>Стоїмо ми, прислухаємося. За дверима неначе об стінку хтось-треться.</w:t>
      </w:r>
    </w:p>
    <w:p>
      <w:r>
        <w:br/>
        <w:t>— Хто там?</w:t>
      </w:r>
    </w:p>
    <w:p>
      <w:r>
        <w:br/>
        <w:t>Нічого не відповідає.</w:t>
      </w:r>
    </w:p>
    <w:p>
      <w:r>
        <w:br/>
        <w:t>Одійшли ми від дверей. Раптом знову:</w:t>
      </w:r>
    </w:p>
    <w:p>
      <w:r>
        <w:br/>
        <w:t>Тук-тук-тук!</w:t>
      </w:r>
    </w:p>
    <w:p>
      <w:r>
        <w:br/>
        <w:t>Залізли ми на ліжко і дихати боїмося. Сиділи, сиділи — не стукає більше. Полягали. Думаємо, не буде більше стукати.</w:t>
      </w:r>
    </w:p>
    <w:p>
      <w:r>
        <w:br/>
        <w:t>Тихо. Раптом чуємо — шурхотить по дахові. І раптом по залізу:</w:t>
      </w:r>
    </w:p>
    <w:p>
      <w:r>
        <w:br/>
        <w:t>Бух-бух-бух! Трах!</w:t>
      </w:r>
    </w:p>
    <w:p>
      <w:r>
        <w:br/>
        <w:t>— На дах видерся! — прошепотів Костик.</w:t>
      </w:r>
    </w:p>
    <w:p>
      <w:r>
        <w:br/>
        <w:t>Раптом з другого боку:</w:t>
      </w:r>
    </w:p>
    <w:p>
      <w:r>
        <w:br/>
        <w:t>Бум-бум-бум! Бах!</w:t>
      </w:r>
    </w:p>
    <w:p>
      <w:r>
        <w:br/>
        <w:t>— Та тут не один, а двоє! — кажу я. — Що ж це вони, дах розібрати хочуть?</w:t>
      </w:r>
    </w:p>
    <w:p>
      <w:r>
        <w:br/>
        <w:t>Схопилися ми з ліжок, зачинили двері до сусідньої кімнати, звідки був хід на горище. До дверей стіл приставили і ще одним столом та ліжком підперли. А на дахові все стукають: то один, то другий, то всі разом. І ще третій до них долучився. І знову ще хтось у двері грюкати почав.</w:t>
      </w:r>
    </w:p>
    <w:p>
      <w:r>
        <w:br/>
        <w:t>— Може, це хто-небудь навмисне, щоб налякати нас, — кажу я.</w:t>
      </w:r>
    </w:p>
    <w:p>
      <w:r>
        <w:br/>
        <w:t>— Вийти, — каже Костик, — та надавати їм духопеликів, щоб не заважали спати!</w:t>
      </w:r>
    </w:p>
    <w:p>
      <w:r>
        <w:br/>
        <w:t>— Ще нам, — кажу, — надають. Раптом їх там чоловік з двадцятеро!</w:t>
      </w:r>
    </w:p>
    <w:p>
      <w:r>
        <w:br/>
        <w:t>— А може, це й не люди!</w:t>
      </w:r>
    </w:p>
    <w:p>
      <w:r>
        <w:br/>
        <w:t>— А хто ж?</w:t>
      </w:r>
    </w:p>
    <w:p>
      <w:r>
        <w:br/>
        <w:t>— Чорти які-небудь.</w:t>
      </w:r>
    </w:p>
    <w:p>
      <w:r>
        <w:br/>
        <w:t>— Облиш, — кажу, — казки розказувати! І без казок страшно!</w:t>
      </w:r>
    </w:p>
    <w:p>
      <w:r>
        <w:br/>
        <w:t>А Мишко спить і нічого не чує. Йому хоч би що!</w:t>
      </w:r>
    </w:p>
    <w:p>
      <w:r>
        <w:br/>
        <w:t>— Може, розбудити його? — питаю.</w:t>
      </w:r>
    </w:p>
    <w:p>
      <w:r>
        <w:br/>
        <w:t>— Не треба. Нехай поки що спить, — каже Костик. — Знаєш, який-він боягуз. До смерті перелякається.</w:t>
      </w:r>
    </w:p>
    <w:p>
      <w:r>
        <w:br/>
        <w:t>Втомилися ми, прямо з ніг падаємо. Спати хочеться! Костик заліз у постіль і каже:</w:t>
      </w:r>
    </w:p>
    <w:p>
      <w:r>
        <w:br/>
        <w:t>— Набридла мені вся ця музика! Хай там собі хоч голови розіб'ють на дахові. Дуже мені потрібно звертати увагу.</w:t>
      </w:r>
    </w:p>
    <w:p>
      <w:r>
        <w:br/>
        <w:t>Я витяг у Мишка з-під подушки сокиру, поклав її біля себе в ліжко і теж приліг відпочити. Стук на дахові ставав частішим і тихішим. Мені вже здалося, що це дощ по дахові стукає, і я не помітив, як знову заснув.</w:t>
      </w:r>
    </w:p>
    <w:p>
      <w:r>
        <w:br/>
        <w:t>Ранком прокидаємося від страшенного гуркоту. На подвір'ї гамір і крик.</w:t>
      </w:r>
    </w:p>
    <w:p>
      <w:r>
        <w:br/>
        <w:t>Я схопив сокиру, підбіг до дверей.</w:t>
      </w:r>
    </w:p>
    <w:p>
      <w:r>
        <w:br/>
        <w:t>— Хто там? — питаю.</w:t>
      </w:r>
    </w:p>
    <w:p>
      <w:r>
        <w:br/>
        <w:t>І раптом чую голос Віті, вожатого:</w:t>
      </w:r>
    </w:p>
    <w:p>
      <w:r>
        <w:br/>
        <w:t>— Відчиніть, хлопці! Що там з вами трапилось? Півгодини достукатися не можемо.</w:t>
      </w:r>
    </w:p>
    <w:p>
      <w:r>
        <w:br/>
        <w:t>Я відчинив двері. Всі хлопці юрбою ввалилися до кімнати. Вітя побачив сокиру.</w:t>
      </w:r>
    </w:p>
    <w:p>
      <w:r>
        <w:br/>
        <w:t>— Навіщо сокира? — питає. — І що у вас за погром такий?</w:t>
      </w:r>
    </w:p>
    <w:p>
      <w:r>
        <w:br/>
        <w:t>Ми з Костиком почали розповідати, що тут уночі трапилось. Але ніхто нам не вірив, усі сміялися з нас І казали, що це нам з переляку. здалося. Ми з Костиком мало не плакали від образи.</w:t>
      </w:r>
    </w:p>
    <w:p>
      <w:r>
        <w:br/>
        <w:t>Раптом згори почувся стукіт.</w:t>
      </w:r>
    </w:p>
    <w:p>
      <w:r>
        <w:br/>
        <w:t>— Цитьте! — закричав Костик і підняв палець догори.</w:t>
      </w:r>
    </w:p>
    <w:p>
      <w:r>
        <w:br/>
        <w:t>Хлопці замовкли і почали прислухатись.</w:t>
      </w:r>
    </w:p>
    <w:p>
      <w:r>
        <w:br/>
        <w:t>Тук-тук-тук! — стукало щось на дахові.</w:t>
      </w:r>
    </w:p>
    <w:p>
      <w:r>
        <w:br/>
        <w:t>Хлопці завмерли від подиву. Ми з Костиком відчинили двері й потихеньку вийшли на подвір'я. Всі пішли за нами. Ми одійшли від будинку і глянули на дах. Там сиділа звичайна ворона і щось дзьобала.</w:t>
      </w:r>
    </w:p>
    <w:p>
      <w:r>
        <w:br/>
        <w:t>Тук-тук-тук! Бух-бух! — стукала вона по жерсті дзьобом.</w:t>
      </w:r>
    </w:p>
    <w:p>
      <w:r>
        <w:br/>
        <w:t>Хлопці побачили ворону й засміялися так голосно, що ворона залопотіла крилами і полетіла. Хлопці відразу притягли драбину, кілька чоловік залізло на дах подивитися, що там дзьобала ворона.</w:t>
      </w:r>
    </w:p>
    <w:p>
      <w:r>
        <w:br/>
        <w:t>— Тут торішні ягоди горобини лежать. Напевне, ворони дзьобають їх і стукають по дахові! — закричали хлопці.</w:t>
      </w:r>
    </w:p>
    <w:p>
      <w:r>
        <w:br/>
        <w:t>— Звідки ж тут ягоди горобини беруться? — кажемо ми.</w:t>
      </w:r>
    </w:p>
    <w:p>
      <w:r>
        <w:br/>
        <w:t>— Та тут же навколо горобина росте. Ось ягоди прямо на дах і падають.</w:t>
      </w:r>
    </w:p>
    <w:p>
      <w:r>
        <w:br/>
        <w:t>— Стривайте, а в двері ж хто стукав? — кажу я.</w:t>
      </w:r>
    </w:p>
    <w:p>
      <w:r>
        <w:br/>
        <w:t>— Справді, — каже Костик, — навіщо це воронам знадобилось у двері стукати? Ви ще скажете, що ворони навмисне у двері стукали, щоб ми їх переночувати пустили.</w:t>
      </w:r>
    </w:p>
    <w:p>
      <w:r>
        <w:br/>
        <w:t>На це ніхто не міг нічого відповісти. Всі побігли на ґанок і почали оглядати двері. Вітя підняв з ґанку ягоду і сказав:</w:t>
      </w:r>
    </w:p>
    <w:p>
      <w:r>
        <w:br/>
        <w:t>— Вони й не стукали у двері. Вони дзьобали на ґанку ягоди, а вам здалося, що стукають у двері.</w:t>
      </w:r>
    </w:p>
    <w:p>
      <w:r>
        <w:br/>
        <w:t>Ми подивилися: на ґанку валялось кілька ягід горобини.</w:t>
      </w:r>
    </w:p>
    <w:p>
      <w:r>
        <w:br/>
        <w:t>— Сміливці! — глузували з нас хлопці. — Утрьох злякалися ворони!</w:t>
      </w:r>
    </w:p>
    <w:p>
      <w:r>
        <w:br/>
        <w:t>— І зовсім не втрьох, а вдвох, — кажу я. — Мишко спав як убитий і нічого не чув.</w:t>
      </w:r>
    </w:p>
    <w:p>
      <w:r>
        <w:br/>
        <w:t>— Молодець, Мишко! — закричали хлопці. — Значить, ти один не боявся ворони?</w:t>
      </w:r>
    </w:p>
    <w:p>
      <w:r>
        <w:br/>
        <w:t>— Я нічого не боявся, — відповів Мишко. — Я спав і нічого не знаю.</w:t>
      </w:r>
    </w:p>
    <w:p>
      <w:r>
        <w:br/>
        <w:t>Відтоді всі вважають Мишка сміливцем, а нас із Костиком дражнять боягузами.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Тук-Тук-Тук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