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Туга</w:t>
      </w:r>
    </w:p>
    <w:p>
      <w:r>
        <w:br/>
        <w:t xml:space="preserve"> Крутий берег, по березі трава зелененька,&lt;br /&gt;</w:t>
        <w:br/>
        <w:t>Серед трави край берега калина червенька.&lt;br /&gt;</w:t>
        <w:br/>
        <w:t>Своє гіля буйненькоє сумно в воду клонить,&lt;br /&gt;</w:t>
        <w:br/>
        <w:t>Своє листя дрібненькоє по водоньці ронить.&lt;br /&gt;</w:t>
        <w:br/>
        <w:t>Скоро смеркнесь, голуб сивий сюди прилітає,&lt;br /&gt;</w:t>
        <w:br/>
        <w:t>Нічку гуде, нарікає, ранком ізлиняє.&lt;br /&gt;</w:t>
        <w:br/>
        <w:t>Нічку плаче, жалкуєся, рясні сльози ронить,&lt;br /&gt;</w:t>
        <w:br/>
        <w:t>На розсвіті ізлиняє, в темні ліси гонить.&lt;br /&gt;</w:t>
        <w:br/>
        <w:t>На темнії ліси гонить та й зворами блудить,&lt;br /&gt;</w:t>
        <w:br/>
        <w:t>Там горює, униває, тяжко серцем нудить.&lt;br /&gt;</w:t>
        <w:br/>
        <w:t>Весна одна перецвіла, минула і друга,&lt;br /&gt;</w:t>
        <w:br/>
        <w:t>Вже і третя засіяла, не минає туга.&lt;br /&gt;</w:t>
        <w:br/>
        <w:t>І все голуб прилітає, на гілі сідає&lt;br /&gt;</w:t>
        <w:br/>
        <w:t>І головку к листям тулить, плаче і ридає:&lt;br /&gt;</w:t>
        <w:br/>
        <w:t>"Де злетіла-сь, голубонько, сивенька, миленька?&lt;br /&gt;</w:t>
        <w:br/>
        <w:t>Щезла-сь з ними, лишилася година сумненька.&lt;br /&gt;</w:t>
        <w:br/>
        <w:t>Ні тя мислями змислити, ні думков здумати,&lt;br /&gt;</w:t>
        <w:br/>
        <w:t>Ні очами тя глянути, лиш згадков згадати.&lt;br /&gt;</w:t>
        <w:br/>
        <w:t>Світ ми мерзкий, нічка мила, голублюся з тьмами,&lt;br /&gt;</w:t>
        <w:br/>
        <w:t>Мари — дружба, ліси — хата, гоню за зморами.&lt;br /&gt;</w:t>
        <w:br/>
        <w:t>А бодай ви, лихі води, в лугах заблудили,&lt;br /&gt;</w:t>
        <w:br/>
        <w:t>Що ви мою ясну зорю та під себе вбили.&lt;br /&gt;</w:t>
        <w:br/>
        <w:t>Люта би вас буря в мраку та дрібну розбила,&lt;br /&gt;</w:t>
        <w:br/>
        <w:t>Та й дрібну мраку розбила, сліду не лишила.&lt;br /&gt;</w:t>
        <w:br/>
        <w:t>А бодай вас жарким літом дуга випивала,&lt;br /&gt;</w:t>
        <w:br/>
        <w:t>А зимою студінь люта навік ледом стяла.&lt;br /&gt;</w:t>
        <w:br/>
        <w:t>Ой ти, водо, ти бистрая, лиха розлучнице,&lt;br /&gt;</w:t>
        <w:br/>
        <w:t>Поган-татар нехай гидке в тобі миє лице.&lt;br /&gt;</w:t>
        <w:br/>
        <w:t>Щастя моє перебилось, доля вже минула,&lt;br /&gt;</w:t>
        <w:br/>
        <w:t>Мов ластівка скорокрила в безвісти злинула".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