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Туга</w:t>
      </w:r>
    </w:p>
    <w:p>
      <w:r>
        <w:br/>
        <w:t xml:space="preserve"> &lt;p&gt;– Ще лишень вірою животію і втікаю із свого гробу. Вийду на царинку, а тут хліб росте, підіймається. Але є й така стебелина, що в’яне, усихає. Думаю собі: це я заміська.</w:t>
      </w:r>
    </w:p>
    <w:p>
      <w:r>
        <w:br/>
        <w:t>Скажи мені, сонечко, ти боже очко, чи видиш ти мого Юрійка золотого?</w:t>
      </w:r>
    </w:p>
    <w:p>
      <w:r>
        <w:br/>
        <w:t>Може, десь далеко на чужій царинці, хоть на полонинці, хоть на дарабі на бистрій річці, хоть на широкім лані?</w:t>
      </w:r>
    </w:p>
    <w:p>
      <w:r>
        <w:br/>
        <w:t>Наверни навперед мене солодкий погляд з-під брів лискучих! Принеси з його личка той його усміх парубоцький, присунь легеньким леготом його віддих любий!</w:t>
      </w:r>
    </w:p>
    <w:p>
      <w:r>
        <w:br/>
        <w:t>А як він у могилі, то понеси тоту сльозу з моїх очей на ту синю цвітку, що його очима з могили до тебе поглядає. Шепни мені ти, довгий лісовий шуме, за мого Юрійка хоть одно, щонайтихіше слово!</w:t>
      </w:r>
    </w:p>
    <w:p>
      <w:r>
        <w:br/>
        <w:t>Полинь облаками ти, біла хмарко, мого милого шукаючи!</w:t>
      </w:r>
    </w:p>
    <w:p>
      <w:r>
        <w:br/>
        <w:t>Заржав кінь у лісі, а я минаюся.</w:t>
      </w:r>
    </w:p>
    <w:p>
      <w:r>
        <w:br/>
        <w:t>"Беру, – каже, – свій кріс та свого коня, може борше тоту Україну виборемо"</w:t>
      </w:r>
    </w:p>
    <w:p>
      <w:r>
        <w:br/>
        <w:t>А як я коня заскочила та й у чорну гриву заплела заплітками, то він присягався, що не на війну, але на весілля їде.</w:t>
      </w:r>
    </w:p>
    <w:p>
      <w:r>
        <w:br/>
        <w:t>А яка, питаю, буде тота Україна?</w:t>
      </w:r>
    </w:p>
    <w:p>
      <w:r>
        <w:br/>
        <w:t>А він схопився у стременах срібнийх та й каже: "Всі гори-долини та й полонини, як земля вширшки, як небо ввишки".</w:t>
      </w:r>
    </w:p>
    <w:p>
      <w:r>
        <w:br/>
        <w:t>Та й душив мене, обіймаючи.</w:t>
      </w:r>
    </w:p>
    <w:p>
      <w:r>
        <w:br/>
        <w:t>Ввесь ліс замаївся, всі трави позацвітали, вся птаха розщебеталася, всі води розігралися, всі гори порозштрикалися.</w:t>
      </w:r>
    </w:p>
    <w:p>
      <w:r>
        <w:br/>
        <w:t>А він верг на мене пав’яний вінчик та й битим гостинцем конем заграв. А за ним хлопці сама охота, самі молодці, легіні грешні, як ліс молоденький. А село каже: то наша сила, наша надія, то наші стрільці, а на передовець – як божа днинка, як сонце в жнивка.</w:t>
      </w:r>
    </w:p>
    <w:p>
      <w:r>
        <w:br/>
        <w:t>І відлетіли, як орли сині, як вітер з гаю, як піна бистрої ріки.</w:t>
      </w:r>
    </w:p>
    <w:p>
      <w:r>
        <w:br/>
        <w:t>А я жду, сподіваюся…</w:t>
      </w:r>
    </w:p>
    <w:p>
      <w:r>
        <w:br/>
        <w:t>Білю полотно над рікою та й переказую: може, десь ви, води, споїтеся з другими водами та найдете в світі мого Юру, то скажіть йому, що сльозами поливаю полотенце йому на рантухову сорочку білу…</w:t>
      </w:r>
    </w:p>
    <w:p>
      <w:r>
        <w:br/>
        <w:t>Піду ’д маржинці в полонинку та й визираю та виглядаю, а його нема. Коровки пізнають мій страждунок та й мукають, аби милий відозвався, а овечки блеють та й у травах афини показують. Та кому я буду скором прятати, коровки красненько?</w:t>
      </w:r>
    </w:p>
    <w:p>
      <w:r>
        <w:br/>
        <w:t>А зимарка каже: нема кому крізь віконце загомоніти, нема кому полонину розвеселити!</w:t>
      </w:r>
    </w:p>
    <w:p>
      <w:r>
        <w:br/>
        <w:t>А дощик дрібно намовляє: надівайся миленького кожної години!</w:t>
      </w:r>
    </w:p>
    <w:p>
      <w:r>
        <w:br/>
        <w:t>Кажу я до ліщини: зроди горішки для мого Юра на колядочку!</w:t>
      </w:r>
    </w:p>
    <w:p>
      <w:r>
        <w:br/>
        <w:t>А до кедрини: цвіти, голубко, на весіллячко!</w:t>
      </w:r>
    </w:p>
    <w:p>
      <w:r>
        <w:br/>
        <w:t>Чорний дуб перебиває: проси майстра, най йому хрест втешуть!</w:t>
      </w:r>
    </w:p>
    <w:p>
      <w:r>
        <w:br/>
        <w:t>А ягідки з-під листочків не перечуть, ні!</w:t>
      </w:r>
    </w:p>
    <w:p>
      <w:r>
        <w:br/>
        <w:t>А сині голуби не лопочуть, крильцями, ні!</w:t>
      </w:r>
    </w:p>
    <w:p>
      <w:r>
        <w:br/>
        <w:t>А вгадлива папороть не радіє,ні!</w:t>
      </w:r>
    </w:p>
    <w:p>
      <w:r>
        <w:br/>
        <w:t>Куди гляну, самі цвіти, то червоні, гей луна, то сині, гей тото небо, що по нім сизі орли літали.</w:t>
      </w:r>
    </w:p>
    <w:p>
      <w:r>
        <w:br/>
        <w:t>Щось в’ється ’д гори, як довга фана.</w:t>
      </w:r>
    </w:p>
    <w:p>
      <w:r>
        <w:br/>
        <w:t>Серце видить, а очі ні.</w:t>
      </w:r>
    </w:p>
    <w:p>
      <w:r>
        <w:br/>
        <w:t>Але та фана грає на сонці та й бє мене по тварі.</w:t>
      </w:r>
    </w:p>
    <w:p>
      <w:r>
        <w:br/>
        <w:t>Та же то тая стежечка, що він нею ходив ід мені!</w:t>
      </w:r>
    </w:p>
    <w:p>
      <w:r>
        <w:br/>
        <w:t>Йде попід смеречину, а смеречина здалека моргає на мене.</w:t>
      </w:r>
    </w:p>
    <w:p>
      <w:r>
        <w:br/>
        <w:t>Йде попід березину, а березина хап за бинду на кресані та й кресаню ’д горі.</w:t>
      </w:r>
    </w:p>
    <w:p>
      <w:r>
        <w:br/>
        <w:t>А ліщина лягає навперед него та й грається кидки.</w:t>
      </w:r>
    </w:p>
    <w:p>
      <w:r>
        <w:br/>
        <w:t>А бистрень то підглядає та й бігом до мене: твій милий іде!</w:t>
      </w:r>
    </w:p>
    <w:p>
      <w:r>
        <w:br/>
        <w:t>Трави клоняться і стеляться йому під ноги.</w:t>
      </w:r>
    </w:p>
    <w:p>
      <w:r>
        <w:br/>
        <w:t>Радуйтеся, гори-долини, мій милий іде!</w:t>
      </w:r>
    </w:p>
    <w:p>
      <w:r>
        <w:br/>
        <w:t>А де ж його густі брови, де твар молоденька?</w:t>
      </w:r>
    </w:p>
    <w:p>
      <w:r>
        <w:br/>
        <w:t>Де рушниці назад плечей?</w:t>
      </w:r>
    </w:p>
    <w:p>
      <w:r>
        <w:br/>
        <w:t>Де легкий хід парубоцький?</w:t>
      </w:r>
    </w:p>
    <w:p>
      <w:r>
        <w:br/>
        <w:t>Де усміх саду у весні?</w:t>
      </w:r>
    </w:p>
    <w:p>
      <w:r>
        <w:br/>
        <w:t>Де погляд ясної днинки?</w:t>
      </w:r>
    </w:p>
    <w:p>
      <w:r>
        <w:br/>
        <w:t>Де запах меду?..</w:t>
      </w:r>
    </w:p>
    <w:p>
      <w:r>
        <w:br/>
        <w:t>Вітрець повіяв, весь його образ звіяв…</w:t>
      </w:r>
    </w:p>
    <w:p>
      <w:r>
        <w:br/>
        <w:t>Круто йде стежечка, йде геть від мене, не обертається, як тота роз пруга межи гробами…</w:t>
      </w:r>
    </w:p>
    <w:p>
      <w:r>
        <w:br/>
        <w:t>З-поза зимарки підходять до мене неня, зіллям личко умивають.</w:t>
      </w:r>
    </w:p>
    <w:p>
      <w:r>
        <w:br/>
        <w:t>"Не вся птаха, Марічко-чічко, з вирею повертає!</w:t>
      </w:r>
    </w:p>
    <w:p>
      <w:r>
        <w:br/>
        <w:t>Не всіх стрільців Україна додому повідсилає!</w:t>
      </w:r>
    </w:p>
    <w:p>
      <w:r>
        <w:br/>
        <w:t>Не всі перстінці поміняються!</w:t>
      </w:r>
    </w:p>
    <w:p>
      <w:r>
        <w:br/>
        <w:t>Не всі напередовці повертаються!</w:t>
      </w:r>
    </w:p>
    <w:p>
      <w:r>
        <w:br/>
        <w:t>Ти, донько, пережурися, та й перемінися, та й розвеселися!</w:t>
      </w:r>
    </w:p>
    <w:p>
      <w:r>
        <w:br/>
        <w:t>У добрі бродиш, в талані ходиш, ти одиначка!</w:t>
      </w:r>
    </w:p>
    <w:p>
      <w:r>
        <w:br/>
        <w:t>Скинь геть перстенець, скинь з чола хмарку, скинь з серця спузу, а з очей слоту!</w:t>
      </w:r>
    </w:p>
    <w:p>
      <w:r>
        <w:br/>
        <w:t>Є тобі пара, другий легіник з красного роду!"</w:t>
      </w:r>
    </w:p>
    <w:p>
      <w:r>
        <w:br/>
        <w:t>Захиталися дуби-явори, захиталися зелені гори.</w:t>
      </w:r>
    </w:p>
    <w:p>
      <w:r>
        <w:br/>
        <w:t>Нічо не скину та й не покину. Хоть най зів’яну, згорю в тузі, не розлучуся, не розминуся, не розійдуся з напередовцем, стрільцем відважним, ні з його слідом на полонині, на крутих плаях, на струминах, на перехрестях, на переходах, далеких полях…</w:t>
      </w:r>
    </w:p>
    <w:p>
      <w:r>
        <w:br/>
        <w:t>Так як увесні летів здалека до мене на білім коні, як кремінь білий.</w:t>
      </w:r>
    </w:p>
    <w:p>
      <w:r>
        <w:br/>
        <w:t>Сховався у смеречині і будив мене, співаючи:</w:t>
      </w:r>
    </w:p>
    <w:p>
      <w:r>
        <w:br/>
        <w:t>Виряжала-с мене мила понад тоті гори.</w:t>
      </w:r>
    </w:p>
    <w:p>
      <w:r>
        <w:br/>
        <w:t>Розчесала-с кучерики понад чорні брови!</w:t>
      </w:r>
    </w:p>
    <w:p>
      <w:r>
        <w:br/>
        <w:t>Кучерики розчесала-с, вни си закотили,</w:t>
      </w:r>
    </w:p>
    <w:p>
      <w:r>
        <w:br/>
        <w:t>Бувай, любко, здоровенька, вже-м си розлучили!</w:t>
      </w:r>
    </w:p>
    <w:p>
      <w:r>
        <w:br/>
        <w:t>А верх нього орли впали!</w:t>
      </w:r>
    </w:p>
    <w:p>
      <w:r>
        <w:br/>
        <w:t>А як вони в село впали, то гаддя крильми збило і над селом хмарою заклекотіло та й присні душі в село закликало.</w:t>
      </w:r>
    </w:p>
    <w:p>
      <w:r>
        <w:br/>
        <w:t>А село здригається та й сонечка визирає, аби вийшло з божого ока та й аби тоті хмари розігнало. Аби над селом небо сійнуло. Аби навернулися золоті дуги, яснії мечі.</w:t>
      </w:r>
    </w:p>
    <w:p>
      <w:r>
        <w:br/>
        <w:t>Яснії мечі в стрілецьких руках, золотії дуги в стрілецьких бровах, ярії рожі в стрілецьких ніжках, яснії зорі над головами, а приснії душі аби пощезали пріч за ріками, за горами, за синім морем…</w:t>
      </w:r>
    </w:p>
    <w:p>
      <w:r>
        <w:br/>
        <w:t>Жду милого та й сподіваюся із Підгір’єчка, із-під сонечка, із далекої України.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