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Цвітуть акації</w:t>
      </w:r>
    </w:p>
    <w:p>
      <w:r>
        <w:br/>
        <w:t xml:space="preserve"> Цвітуть акації, цвітуть,&lt;br /&gt;</w:t>
        <w:br/>
        <w:t>Довкіль медами пахне п'янко.&lt;br /&gt;</w:t>
        <w:br/>
        <w:t>Сміються зорі і несуть&lt;br /&gt;</w:t>
        <w:br/>
        <w:t>Нам слово вічності щоранку.</w:t>
      </w:r>
    </w:p>
    <w:p>
      <w:r>
        <w:br/>
        <w:t>Радіє сонцю білий світ&lt;br /&gt;</w:t>
        <w:br/>
        <w:t>І горнеться земля до неба.&lt;br /&gt;</w:t>
        <w:br/>
        <w:t>...А я чомусь втікаю від&lt;br /&gt;</w:t>
        <w:br/>
        <w:t>Того, що є й чого не треба.</w:t>
      </w:r>
    </w:p>
    <w:p>
      <w:r>
        <w:br/>
        <w:t>Зажурений, мов сизий дим,&lt;br /&gt;</w:t>
        <w:br/>
        <w:t>Я хочу впасти на коліна.&lt;br /&gt;</w:t>
        <w:br/>
        <w:t>Але завіщо й перед ким?..&lt;br /&gt;</w:t>
        <w:br/>
        <w:t>Мовчить душа моя нетлінна.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Цвітуть акації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