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Церква й янголи</w:t>
      </w:r>
    </w:p>
    <w:p>
      <w:r>
        <w:br/>
        <w:t xml:space="preserve"> &lt;blockquote&gt;Тобі, Тату, як привіт з України.&lt;/blockquote&gt;&lt;br /&gt;</w:t>
        <w:br/>
        <w:t>1</w:t>
      </w:r>
    </w:p>
    <w:p>
      <w:r>
        <w:br/>
        <w:t>У завивалі тихих вечорів&lt;br /&gt;</w:t>
        <w:br/>
        <w:t>Співає-думає церков бароко, —&lt;br /&gt;</w:t>
        <w:br/>
        <w:t>І обсипається потужний спів&lt;br /&gt;</w:t>
        <w:br/>
        <w:t>В зорі вечірньої огненний спокій.</w:t>
      </w:r>
    </w:p>
    <w:p>
      <w:r>
        <w:br/>
        <w:t>Господен шлях – спустошені поля.&lt;br /&gt;</w:t>
        <w:br/>
        <w:t>Проходить іноді Господь полями.&lt;br /&gt;</w:t>
        <w:br/>
        <w:t>Спадає лист… Господь глядить здаля&lt;br /&gt;</w:t>
        <w:br/>
        <w:t>На тліючі в спаданню плями,</w:t>
      </w:r>
    </w:p>
    <w:p>
      <w:r>
        <w:br/>
        <w:t>На цвинтар білий, на хрестів юрбу,&lt;br /&gt;</w:t>
        <w:br/>
        <w:t>На зграї гайвороння в мутнім небі. —&lt;br /&gt;</w:t>
        <w:br/>
        <w:t>І тихо так одходить за вербу,&lt;br /&gt;</w:t>
        <w:br/>
        <w:t>За обрій, за його багряний гребінь.</w:t>
      </w:r>
    </w:p>
    <w:p>
      <w:r>
        <w:br/>
        <w:t>2</w:t>
      </w:r>
    </w:p>
    <w:p>
      <w:r>
        <w:br/>
        <w:t>Мутніють досвітки над гаєм;&lt;br /&gt;</w:t>
        <w:br/>
        <w:t>У сірих обріях поля.&lt;br /&gt;</w:t>
        <w:br/>
        <w:t>І знов дороги умирають&lt;br /&gt;</w:t>
        <w:br/>
        <w:t>В сухих рудавних коліях.</w:t>
      </w:r>
    </w:p>
    <w:p>
      <w:r>
        <w:br/>
        <w:t>І знов іде широким колом&lt;br /&gt;</w:t>
        <w:br/>
        <w:t>Дзвіниця синя з-за верби,&lt;br /&gt;</w:t>
        <w:br/>
        <w:t>А там ген-ген на видноколі,&lt;br /&gt;</w:t>
        <w:br/>
        <w:t>– Село й спустошені горби.</w:t>
      </w:r>
    </w:p>
    <w:p>
      <w:r>
        <w:br/>
        <w:t>– Тріпоче вітер бубонцями,&lt;br /&gt;</w:t>
        <w:br/>
        <w:t>Зростають рідні пустирі.&lt;br /&gt;</w:t>
        <w:br/>
        <w:t>А понад ними пастухами&lt;br /&gt;</w:t>
        <w:br/>
        <w:t>Ідуть два янголи в горі.</w:t>
      </w:r>
    </w:p>
    <w:p>
      <w:r>
        <w:br/>
        <w:t>Вони, як велетні повстали,&lt;br /&gt;</w:t>
        <w:br/>
        <w:t>Мов по воді полями йдуть,&lt;br /&gt;</w:t>
        <w:br/>
        <w:t>І бачиш ти, рожеві далі&lt;br /&gt;</w:t>
        <w:br/>
        <w:t>Юрбою янголів цвітуть.</w:t>
      </w:r>
    </w:p>
    <w:p>
      <w:r>
        <w:br/>
        <w:t>3</w:t>
      </w:r>
    </w:p>
    <w:p>
      <w:r>
        <w:br/>
        <w:t>Під вечеровим розсипом огнів&lt;br /&gt;</w:t>
        <w:br/>
        <w:t>Зростають чорними садами ночі,&lt;br /&gt;</w:t>
        <w:br/>
        <w:t>І от розбуджений пташиний спів&lt;br /&gt;</w:t>
        <w:br/>
        <w:t>Пітьму важку срібляним током точить.</w:t>
      </w:r>
    </w:p>
    <w:p>
      <w:r>
        <w:br/>
        <w:t>Ах, се країна попелу й пожежі!&lt;br /&gt;</w:t>
        <w:br/>
        <w:t>Непевні в ній будівлі деревляні —&lt;br /&gt;</w:t>
        <w:br/>
        <w:t>Хвіст лисячий огня не вбережеш,&lt;br /&gt;</w:t>
        <w:br/>
        <w:t>Коли він чоловічий зріст дістане.</w:t>
      </w:r>
    </w:p>
    <w:p>
      <w:r>
        <w:br/>
        <w:t>– Дзвіниця деревляна загуде:&lt;br /&gt;</w:t>
        <w:br/>
        <w:t>Жаліється і бовкає над силу,&lt;br /&gt;</w:t>
        <w:br/>
        <w:t>Мов за тріским огнем, на неї йде,&lt;br /&gt;</w:t>
        <w:br/>
        <w:t>Змежаючи безмежність – всесвіт цілий.</w:t>
      </w:r>
    </w:p>
    <w:p>
      <w:r>
        <w:br/>
        <w:t>І от побачив зір паламаря,&lt;br /&gt;</w:t>
        <w:br/>
        <w:t>– Там, де у тьму зникає шпиль дзвіниці,&lt;br /&gt;</w:t>
        <w:br/>
        <w:t>Мов янголи над зводом вівтаря&lt;br /&gt;</w:t>
        <w:br/>
        <w:t>Знялись в тривожній ореолі птиці.</w:t>
      </w:r>
    </w:p>
    <w:p>
      <w:r>
        <w:br/>
        <w:t>І він глядів у миготіння крил,&lt;br /&gt;</w:t>
        <w:br/>
        <w:t>І бачив – тихо янголи кружляють,&lt;br /&gt;</w:t>
        <w:br/>
        <w:t>А проміж них промінить твердо шпиль&lt;br /&gt;</w:t>
        <w:br/>
        <w:t>Над обступаючими ніч полями.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Церква й янголи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