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вам, руельські лотри й збіри...</w:t>
      </w:r>
    </w:p>
    <w:p>
      <w:r>
        <w:br/>
        <w:t xml:space="preserve"> З ПОЕЗІЙ, НАПИСАНИХ ЖАРҐОНОМ&lt;br /&gt;</w:t>
        <w:br/>
        <w:t>(2)&lt;br /&gt;</w:t>
        <w:br/>
        <w:t>Це вам, руельські лотри й збіри,&lt;br /&gt;</w:t>
        <w:br/>
        <w:t>Я слово остороги склав,&lt;br /&gt;</w:t>
        <w:br/>
        <w:t>Щоб не обдерто вас зі шкіри.&lt;br /&gt;</w:t>
        <w:br/>
        <w:t>Колись Колен Кайє співав,&lt;br /&gt;</w:t>
        <w:br/>
        <w:t>На дудку поліцаям грав,&lt;br /&gt;</w:t>
        <w:br/>
        <w:t>Нявчав, викручувався ликом,&lt;br /&gt;</w:t>
        <w:br/>
        <w:t>Але цибульки не обрав&lt;br /&gt;</w:t>
        <w:br/>
        <w:t>І кат шнурком скрутив му грдику.</w:t>
      </w:r>
    </w:p>
    <w:p>
      <w:r>
        <w:br/>
        <w:t>Штани міняйте і кабати,&lt;br /&gt;</w:t>
        <w:br/>
        <w:t>У церкву — шусть, щоб не знайшли,&lt;br /&gt;</w:t>
        <w:br/>
        <w:t>Розвійтесь, щезніть, щоб ті шмати&lt;br /&gt;</w:t>
        <w:br/>
        <w:t>Вас у біду не завели.&lt;br /&gt;</w:t>
        <w:br/>
        <w:t>На приклад іншим, привели&lt;br /&gt;</w:t>
        <w:br/>
        <w:t>Під динду Монтіньї-базіку,&lt;br /&gt;</w:t>
        <w:br/>
        <w:t>Його орації гилили,&lt;br /&gt;</w:t>
        <w:br/>
        <w:t>Аж кат шнурком скрутив му грдику.</w:t>
      </w:r>
    </w:p>
    <w:p>
      <w:r>
        <w:br/>
        <w:t>Майстри злодійства, повні сприту,&lt;br /&gt;</w:t>
        <w:br/>
        <w:t>Як слід ваш лучники знайдуть,&lt;br /&gt;</w:t>
        <w:br/>
        <w:t>Не важтеся нікого вбити,&lt;br /&gt;</w:t>
        <w:br/>
        <w:t>Тікайте, заховавши лють.&lt;br /&gt;</w:t>
        <w:br/>
        <w:t>Братві допоможіть чкурнуть,&lt;br /&gt;</w:t>
        <w:br/>
        <w:t>Бо піде в інший світ без крику,&lt;br /&gt;</w:t>
        <w:br/>
        <w:t>Як рота оловом заткнуть&lt;br /&gt;</w:t>
        <w:br/>
        <w:t>І ікат шнурком затисне грдику.</w:t>
      </w:r>
    </w:p>
    <w:p>
      <w:r>
        <w:br/>
        <w:t>Тож, князю, геть від цих пригод,&lt;br /&gt;</w:t>
        <w:br/>
        <w:t>А всиплешся — твою супліку&lt;br /&gt;</w:t>
        <w:br/>
        <w:t>Не дай собі запхати в рот,&lt;br /&gt;</w:t>
        <w:br/>
        <w:t>Бо кат шнурком затисне грдику.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вам, руельські лотри й збіри...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