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називалось — творчі семінари...</w:t>
      </w:r>
    </w:p>
    <w:p>
      <w:r>
        <w:br/>
        <w:t xml:space="preserve"> * * *</w:t>
      </w:r>
    </w:p>
    <w:p>
      <w:r>
        <w:br/>
        <w:t>Це називалось — творчі семінари.&lt;br /&gt;</w:t>
        <w:br/>
        <w:t>Шукання іскри золота в піску.&lt;br /&gt;</w:t>
        <w:br/>
        <w:t>... Пливли над лісом фіалкові хмари,&lt;br /&gt;</w:t>
        <w:br/>
        <w:t>як обважнілі кетяги бузку.</w:t>
      </w:r>
    </w:p>
    <w:p>
      <w:r>
        <w:br/>
        <w:t>Ішов Хікмет. Іще блідий. Ознака —&lt;br /&gt;</w:t>
        <w:br/>
        <w:t>що серце знов, що тяжко, що воскрес.&lt;br /&gt;</w:t>
        <w:br/>
        <w:t>А поруч з ним оранжевий собака,&lt;br /&gt;</w:t>
        <w:br/>
        <w:t>такий красивий вишуканий пес.</w:t>
      </w:r>
    </w:p>
    <w:p>
      <w:r>
        <w:br/>
        <w:t>Ішов Хікмет. Ішов на зустріч з нами.&lt;br /&gt;</w:t>
        <w:br/>
        <w:t>А ми були тоді Літінститут.&lt;br /&gt;</w:t>
        <w:br/>
        <w:t>Усі питання, сколоті тернами,&lt;br /&gt;</w:t>
        <w:br/>
        <w:t>хотіли бути вирішені тут.</w:t>
      </w:r>
    </w:p>
    <w:p>
      <w:r>
        <w:br/>
        <w:t>О, ми були великі полемісти!&lt;br /&gt;</w:t>
        <w:br/>
        <w:t>Пашів рум'янцем юності азарт —&lt;br /&gt;</w:t>
        <w:br/>
        <w:t>на всі питання зразу відповісти,&lt;br /&gt;</w:t>
        <w:br/>
        <w:t>усі проблеми зразу розв'язать.</w:t>
      </w:r>
    </w:p>
    <w:p>
      <w:r>
        <w:br/>
        <w:t>Була розмова довга і гаряча,&lt;br /&gt;</w:t>
        <w:br/>
        <w:t>уже й ті хмари вечір перебув.&lt;br /&gt;</w:t>
        <w:br/>
        <w:t>Хікмет сказав:&lt;br /&gt;</w:t>
        <w:br/>
        <w:t>— Там зараз передача.&lt;br /&gt;</w:t>
        <w:br/>
        <w:t>Будь ласка, хтось зловіть мені Стамбул.</w:t>
      </w:r>
    </w:p>
    <w:p>
      <w:r>
        <w:br/>
        <w:t>Все перейшло у іншу враз площину&lt;br /&gt;</w:t>
        <w:br/>
        <w:t>І гладив він оранжевого пса.&lt;br /&gt;</w:t>
        <w:br/>
        <w:t>А ми йому ловили батьківщину.&lt;br /&gt;</w:t>
        <w:br/>
        <w:t>І це був сум. І це була краса.</w:t>
      </w:r>
    </w:p>
    <w:p>
      <w:r>
        <w:br/>
        <w:t>А світ хрипів. Всі станції гриміли.&lt;br /&gt;</w:t>
        <w:br/>
        <w:t>Співав, кричав і сперечався світ.&lt;br /&gt;</w:t>
        <w:br/>
        <w:t>Чи ми знайти ту хвилю не зуміли,&lt;br /&gt;</w:t>
        <w:br/>
        <w:t>чи десь вона розбилась об граніт, —</w:t>
      </w:r>
    </w:p>
    <w:p>
      <w:r>
        <w:br/>
        <w:t>але крізь шум, крізь клекіт той і галас,&lt;br /&gt;</w:t>
        <w:br/>
        <w:t>крізь голоси немислимих країн, —&lt;br /&gt;</w:t>
        <w:br/>
        <w:t>Туреччино! Чого ж ти не озвалась?&lt;br /&gt;</w:t>
        <w:br/>
        <w:t>Він так тужив за голосом твоїм!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називалось — творчі семінари...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