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 фото він вибрав за день чи за два до...</w:t>
      </w:r>
    </w:p>
    <w:p>
      <w:r>
        <w:br/>
        <w:t xml:space="preserve"> Це фото * він вибрав за день чи за два до…</w:t>
      </w:r>
    </w:p>
    <w:p>
      <w:r>
        <w:br/>
        <w:t>І потім –</w:t>
      </w:r>
    </w:p>
    <w:p>
      <w:r>
        <w:br/>
        <w:t>у траурній рамці, під склом, під серпневим дощем…&lt;br /&gt;</w:t>
        <w:br/>
        <w:t>Котрого Івана покличуть на проби? А пробам&lt;br /&gt;</w:t>
        <w:br/>
        <w:t>судилося нині і прісно: вогнем і мечем…</w:t>
      </w:r>
    </w:p>
    <w:p>
      <w:r>
        <w:br/>
        <w:t>І ми ще зійдемось в повітрі журби і жалоби.&lt;br /&gt;</w:t>
        <w:br/>
        <w:t>Котрому Івану він руку поклав на плече?&lt;br /&gt;</w:t>
        <w:br/>
        <w:t>Пострижений, у сірячині – з Франкової проби –&lt;br /&gt;</w:t>
        <w:br/>
        <w:t>готовий до екранізацій вогнем і мечем.</w:t>
      </w:r>
    </w:p>
    <w:p>
      <w:r>
        <w:br/>
        <w:t>Не лживим, продажним екраном, а мертвим Іваном&lt;br /&gt;</w:t>
        <w:br/>
        <w:t>ми зібрані тут, ніби в гурті від краху втечем…&lt;br /&gt;</w:t>
        <w:br/>
        <w:t>І наче ми виживем, випірнем і не споганим&lt;br /&gt;</w:t>
        <w:br/>
        <w:t>того, чого ще не вдалося вогнем і мечем.</w:t>
      </w:r>
    </w:p>
    <w:p>
      <w:r>
        <w:br/>
        <w:t>Знекровлені, темні прозріння, осяяння кволі.&lt;br /&gt;</w:t>
        <w:br/>
        <w:t>А серпень – останній. А проба серпнева – одна.&lt;br /&gt;</w:t>
        <w:br/>
        <w:t>Його не затвердять на роль. Бо розписано ролі.&lt;br /&gt;</w:t>
        <w:br/>
        <w:t>А пробувать можна і так. Бо своя сторона.</w:t>
      </w:r>
    </w:p>
    <w:p>
      <w:r>
        <w:br/>
        <w:t>_________________________________________&lt;br /&gt;</w:t>
        <w:br/>
        <w:t>* Іван Васильович Миколайчук на пробах на роль&lt;br /&gt;</w:t>
        <w:br/>
        <w:t>у фільмі-екранізації новели І. Франка.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 фото він вибрав за день чи за два до...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