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Царский стол</w:t>
      </w:r>
    </w:p>
    <w:p>
      <w:r>
        <w:br/>
        <w:t xml:space="preserve"> (Древнее чешское предание)</w:t>
      </w:r>
    </w:p>
    <w:p>
      <w:r>
        <w:br/>
        <w:t>Что это за дева средь мрачной дубравы&lt;br /&gt;</w:t>
        <w:br/>
        <w:t>У дуба безмолвно сидит?&lt;br /&gt;</w:t>
        <w:br/>
        <w:t>И жезл в ее длани монаршей державы,&lt;br /&gt;</w:t>
        <w:br/>
        <w:t>Как молния, златом горит!&lt;br /&gt;</w:t>
        <w:br/>
        <w:t>И в думе глубокой, чело свое снежно&lt;br /&gt;</w:t>
        <w:br/>
        <w:t>На перси склонила она&lt;br /&gt;</w:t>
        <w:br/>
        <w:t>И шелковы кудри, вияся небреяшо,&lt;br /&gt;</w:t>
        <w:br/>
        <w:t>Устлали ее рамена.&lt;br /&gt;</w:t>
        <w:br/>
        <w:t>Пред девой лик старцев маститых согбенных&lt;br /&gt;</w:t>
        <w:br/>
        <w:t>В совете ей глас подает,&lt;br /&gt;</w:t>
        <w:br/>
        <w:t>И внемлет невинным и в злобе надменных&lt;br /&gt;</w:t>
        <w:br/>
        <w:t>Без лихвы свой суд воздает.&lt;br /&gt;</w:t>
        <w:br/>
        <w:t>То мудра Любусса, [22] дщерь мудрого Крока, [23]&lt;br /&gt;</w:t>
        <w:br/>
        <w:t>Потомка славянских князей,&lt;br /&gt;</w:t>
        <w:br/>
        <w:t>И прелестьми дивна, и саном высока&lt;br /&gt;</w:t>
        <w:br/>
        <w:t>Владычица чешских мужей.&lt;br /&gt;</w:t>
        <w:br/>
        <w:t>Вкруг юныя девы народные сонмы,&lt;br /&gt;</w:t>
        <w:br/>
        <w:t>Как класы средь жатвенных нив,&lt;br /&gt;</w:t>
        <w:br/>
        <w:t>Их волны, ветрами по брегу несомы,&lt;br /&gt;</w:t>
        <w:br/>
        <w:t>Мятутся, главы преклонив,&lt;br /&gt;</w:t>
        <w:br/>
        <w:t>В ней матерь младенцу перстом указует&lt;br /&gt;</w:t>
        <w:br/>
        <w:t>Царицу и матерь славян.&lt;br /&gt;</w:t>
        <w:br/>
        <w:t>И старец с улыбкой в ней внукам сказует&lt;br /&gt;</w:t>
        <w:br/>
        <w:t>Блаженство подвластных ей стран.&lt;br /&gt;</w:t>
        <w:br/>
        <w:t>И глас благородный народа несется&lt;br /&gt;</w:t>
        <w:br/>
        <w:t>В дань кроткой княжне к небесам,&lt;br /&gt;</w:t>
        <w:br/>
        <w:t>Но с гласом сим вопль из среды раздается&lt;br /&gt;</w:t>
        <w:br/>
        <w:t>И просит отмщенья врагам!&lt;br /&gt;</w:t>
        <w:br/>
        <w:t>Зломир, отягченный цепьми, пред советом&lt;br /&gt;</w:t>
        <w:br/>
        <w:t>С челом дерзновенным предстал:&lt;br /&gt;</w:t>
        <w:br/>
        <w:t>Он чехов к измене коварным наветом&lt;br /&gt;</w:t>
        <w:br/>
        <w:t>И к цареубийству склонял.&lt;br /&gt;</w:t>
        <w:br/>
        <w:t>Он скипетр Любуссы отважился явно&lt;br /&gt;</w:t>
        <w:br/>
        <w:t>Присвоить, и хитрый сей тать&lt;br /&gt;</w:t>
        <w:br/>
        <w:t>Слух сеял, что чехам постыдно и срамно&lt;br /&gt;</w:t>
        <w:br/>
        <w:t>Пред девой колена склонять.&lt;br /&gt;</w:t>
        <w:br/>
        <w:t>Он страшно цепьми загремел пред мужами&lt;br /&gt;</w:t>
        <w:br/>
        <w:t>И с скрежетом звена их рвал,&lt;br /&gt;</w:t>
        <w:br/>
        <w:t>И, казни в надежде, он сими словами&lt;br /&gt;</w:t>
        <w:br/>
        <w:t>На деву хулы изрекал:&lt;br /&gt;</w:t>
        <w:br/>
        <w:t>"О горе вам, чехи, славянское племя!&lt;br /&gt;</w:t>
        <w:br/>
        <w:t>Ваш рабственный близок ярем,&lt;br /&gt;</w:t>
        <w:br/>
        <w:t>И слабая дева тиранское бремя&lt;br /&gt;</w:t>
        <w:br/>
        <w:t>Возложит на выю вам всем!&lt;br /&gt;</w:t>
        <w:br/>
        <w:t>Так краток ей разум и волосы долги&lt;br /&gt;</w:t>
        <w:br/>
        <w:t>Для прелестей небо дало,&lt;br /&gt;</w:t>
        <w:br/>
        <w:t>Но царским венцом правосудные боги&lt;br /&gt;</w:t>
        <w:br/>
        <w:t>Лишь красят героев чело.&lt;br /&gt;</w:t>
        <w:br/>
        <w:t>О праотцев славных преемники славы!&lt;br /&gt;</w:t>
        <w:br/>
        <w:t>О чехи!.. О мужи побед!&lt;br /&gt;</w:t>
        <w:br/>
        <w:t>Иль смерть восприять нам, иль девы уставы?&lt;br /&gt;</w:t>
        <w:br/>
        <w:t>Но срама в могиле вам нет!"&lt;br /&gt;</w:t>
        <w:br/>
        <w:t>Сим хульным наветом врага уязвилось&lt;br /&gt;</w:t>
        <w:br/>
        <w:t>Невинное сердце княжны:&lt;br /&gt;</w:t>
        <w:br/>
        <w:t>И светлое скорбью чело омрачилось,&lt;br /&gt;</w:t>
        <w:br/>
        <w:t>Как мглою лик светлый луны.&lt;br /&gt;</w:t>
        <w:br/>
        <w:t>И слезы по снежным ланитам катились:&lt;br /&gt;</w:t>
        <w:br/>
        <w:t>Ах, горесть тот всю испытал,&lt;br /&gt;</w:t>
        <w:br/>
        <w:t>Чьи блага на ближних рекою струились&lt;br /&gt;</w:t>
        <w:br/>
        <w:t>И злом ему ближний воздал.&lt;br /&gt;</w:t>
        <w:br/>
        <w:t>"О праотцев славных преемники славы!&lt;br /&gt;</w:t>
        <w:br/>
        <w:t>О чехи!.. О мужи побед!&lt;br /&gt;</w:t>
        <w:br/>
        <w:t>Не благо ль сулят вам Любуссы уставы,&lt;br /&gt;</w:t>
        <w:br/>
        <w:t>Не я ли храню вас от бед?&lt;br /&gt;</w:t>
        <w:br/>
        <w:t>Постыдно ль вам, чехи, что правит днесь вами&lt;br /&gt;</w:t>
        <w:br/>
        <w:t>Со кротостью юна жена?&lt;br /&gt;</w:t>
        <w:br/>
        <w:t>Обидно ль вам, чехи, что вы ей сынами,&lt;br /&gt;</w:t>
        <w:br/>
        <w:t>Вам матерью служит она?&lt;br /&gt;</w:t>
        <w:br/>
        <w:t>Пускай же отныне на место царицы&lt;br /&gt;</w:t>
        <w:br/>
        <w:t>Царь суд и расправу дает:&lt;br /&gt;</w:t>
        <w:br/>
        <w:t>Вам коршун потребен — не власть голубицы.&lt;br /&gt;</w:t>
        <w:br/>
        <w:t>И я совершу вам обет!"&lt;br /&gt;</w:t>
        <w:br/>
        <w:t>Так с скорбию дева вещала пред сонмом,&lt;br /&gt;</w:t>
        <w:br/>
        <w:t>И кротки царевны черты&lt;br /&gt;</w:t>
        <w:br/>
        <w:t>Гнев тихий возвысил в величии новом&lt;br /&gt;</w:t>
        <w:br/>
        <w:t>Сияньем ее красоты.&lt;br /&gt;</w:t>
        <w:br/>
        <w:t>"Так, завтра с рассветом обет ваш свершится!" —&lt;br /&gt;</w:t>
        <w:br/>
        <w:t>Восставши, Любусса рекла,&lt;br /&gt;</w:t>
        <w:br/>
        <w:t>И, лани подобно, сквозь сонмы стремится,&lt;br /&gt;</w:t>
        <w:br/>
        <w:t>И в отческий дом притекла.&lt;br /&gt;</w:t>
        <w:br/>
        <w:t>Но чешский народ, как Перуном сраженный,&lt;br /&gt;</w:t>
        <w:br/>
        <w:t>Недвижен остался и ждет,&lt;br /&gt;</w:t>
        <w:br/>
        <w:t>Доколе муж тайный, княжной предреченный,&lt;br /&gt;</w:t>
        <w:br/>
        <w:t>Заутра в порфире придет.&lt;br /&gt;</w:t>
        <w:br/>
        <w:t>Но старцы с прискорбной душой воздыхали.&lt;br /&gt;</w:t>
        <w:br/>
        <w:t>Стыдяся при мысли одной:&lt;br /&gt;</w:t>
        <w:br/>
        <w:t>Что материю девы любовь награждали&lt;br /&gt;</w:t>
        <w:br/>
        <w:t>Столь неблагородной ценой.&lt;br /&gt;</w:t>
        <w:br/>
        <w:t>Уж витязи славны стократно искали&lt;br /&gt;</w:t>
        <w:br/>
        <w:t>Царевны руки, но всегда,&lt;br /&gt;</w:t>
        <w:br/>
        <w:t>Вотще, ей и злато, и трон предлагали,&lt;br /&gt;</w:t>
        <w:br/>
        <w:t>И земли, и тучны стада:&lt;br /&gt;</w:t>
        <w:br/>
        <w:t>Отринула чуждых и трон, и богатства&lt;br /&gt;</w:t>
        <w:br/>
        <w:t>Для счастия чехов она,&lt;br /&gt;</w:t>
        <w:br/>
        <w:t>И счастье делить ей подвластного царства&lt;br /&gt;</w:t>
        <w:br/>
        <w:t>Была ее слава одна.&lt;br /&gt;</w:t>
        <w:br/>
        <w:t>Но вот уж и дубы зарей озлатились,&lt;br /&gt;</w:t>
        <w:br/>
        <w:t>Румяный восток запылал,&lt;br /&gt;</w:t>
        <w:br/>
        <w:t>Но девы ресницы ни сном не смежились,&lt;br /&gt;</w:t>
        <w:br/>
        <w:t>Ни глас ее не умолкал.&lt;br /&gt;</w:t>
        <w:br/>
        <w:t>На холме священном, где Климбе-богине&lt;br /&gt;</w:t>
        <w:br/>
        <w:t>Дымился кадил фимиам,&lt;br /&gt;</w:t>
        <w:br/>
        <w:t>В слезах о своей вопрошала судьбине&lt;br /&gt;</w:t>
        <w:br/>
        <w:t>Любусса с мольбой к небесам:&lt;br /&gt;</w:t>
        <w:br/>
        <w:t>"О Климба премудра! Богиня благая!&lt;br /&gt;</w:t>
        <w:br/>
        <w:t>Да глас наречет твой того,&lt;br /&gt;</w:t>
        <w:br/>
        <w:t>С кем жизнь разделю я, равно разделяя&lt;br /&gt;</w:t>
        <w:br/>
        <w:t>Народа судьбу моего".&lt;br /&gt;</w:t>
        <w:br/>
        <w:t>И стон сей молитвенный к слуху коснулся&lt;br /&gt;</w:t>
        <w:br/>
        <w:t>Богини — и в самый тот час&lt;br /&gt;</w:t>
        <w:br/>
        <w:t>Свод храма потрясся, кумир пошатнулся&lt;br /&gt;</w:t>
        <w:br/>
        <w:t>И свыше раздался сей глас:&lt;br /&gt;</w:t>
        <w:br/>
        <w:t>"Воспрянь, о Любусса!.. исполнилась мера&lt;br /&gt;</w:t>
        <w:br/>
        <w:t>Обетов твоих и мольбы:&lt;br /&gt;</w:t>
        <w:br/>
        <w:t>И вождь твой ко счастью смиренная вера...&lt;br /&gt;</w:t>
        <w:br/>
        <w:t>Сверши ты веленье судьбы.&lt;br /&gt;</w:t>
        <w:br/>
        <w:t>Там, там, за горами, где Бела [24] с плесканьем&lt;br /&gt;</w:t>
        <w:br/>
        <w:t>Струится меж злачных брегов,&lt;br /&gt;</w:t>
        <w:br/>
        <w:t>Там конь златогривый укажет твой ржаньем&lt;br /&gt;</w:t>
        <w:br/>
        <w:t>Царя и любимца богов.&lt;br /&gt;</w:t>
        <w:br/>
        <w:t>Ему предтекут два раба белоснежных.&lt;br /&gt;</w:t>
        <w:br/>
        <w:t>И стол его невдалеке,&lt;br /&gt;</w:t>
        <w:br/>
        <w:t>Искован из досок блестящих, железных,&lt;br /&gt;</w:t>
        <w:br/>
        <w:t>И ветвь его рода в руке.&lt;br /&gt;</w:t>
        <w:br/>
        <w:t>Спеши же во сретенье, дщерь царей славных,&lt;br /&gt;</w:t>
        <w:br/>
        <w:t>Супругу-царю твоему:&lt;br /&gt;</w:t>
        <w:br/>
        <w:t>Он праотец будет монархов державных,&lt;br /&gt;</w:t>
        <w:br/>
        <w:t>И мир удивится ему!"&lt;br /&gt;</w:t>
        <w:br/>
        <w:t>И быстро Любусса с холма устремилась&lt;br /&gt;</w:t>
        <w:br/>
        <w:t>И стала в совете мужей;&lt;br /&gt;</w:t>
        <w:br/>
        <w:t>Им в воле священной богов объяснилась,&lt;br /&gt;</w:t>
        <w:br/>
        <w:t>Вещая с довольной душой:&lt;br /&gt;</w:t>
        <w:br/>
        <w:t>"Воспряньте, о мужи! Исполнилась мера&lt;br /&gt;</w:t>
        <w:br/>
        <w:t>Обетов моих и мольбы,&lt;br /&gt;</w:t>
        <w:br/>
        <w:t>И вождь ваш ко счастью смиренная вера,-&lt;br /&gt;</w:t>
        <w:br/>
        <w:t>Свершите веленье судьбы:&lt;br /&gt;</w:t>
        <w:br/>
        <w:t>Там, там, за горами, где Бела с плесканьем&lt;br /&gt;</w:t>
        <w:br/>
        <w:t>Струится меж злачных брегов,&lt;br /&gt;</w:t>
        <w:br/>
        <w:t>Там конь златогривый укажет мой ржаньем&lt;br /&gt;</w:t>
        <w:br/>
        <w:t>Царя и любимца богов.&lt;br /&gt;</w:t>
        <w:br/>
        <w:t>Ему предтекут два раба белоснежных,&lt;br /&gt;</w:t>
        <w:br/>
        <w:t>И стол его невдалеке.&lt;br /&gt;</w:t>
        <w:br/>
        <w:t>Слиянный из досок блестящих, железных,&lt;br /&gt;</w:t>
        <w:br/>
        <w:t>И ветвь его рода в руке.&lt;br /&gt;</w:t>
        <w:br/>
        <w:t>Спешите ж во сретенье, род мужей славных,&lt;br /&gt;</w:t>
        <w:br/>
        <w:t>Супругу, царю моему:&lt;br /&gt;</w:t>
        <w:br/>
        <w:t>Он праотец будет монархов державных,&lt;br /&gt;</w:t>
        <w:br/>
        <w:t>И мир удивится ему!"&lt;br /&gt;</w:t>
        <w:br/>
        <w:t>Спешат... И в их длани венец с багряницей.&lt;br /&gt;</w:t>
        <w:br/>
        <w:t>Уж конь златогривый летит:&lt;br /&gt;</w:t>
        <w:br/>
        <w:t>Над ними орел беловидный с станицей&lt;br /&gt;</w:t>
        <w:br/>
        <w:t>Птенцов своих быстро парит.&lt;br /&gt;</w:t>
        <w:br/>
        <w:t>Несутся... Вдруг искры престали струиться&lt;br /&gt;</w:t>
        <w:br/>
        <w:t>По камням от твердых копыт,&lt;br /&gt;</w:t>
        <w:br/>
        <w:t>И конь златогривый, крутяся, ярится&lt;br /&gt;</w:t>
        <w:br/>
        <w:t>И, с места не движась, стоит.&lt;br /&gt;</w:t>
        <w:br/>
        <w:t>Вдруг Белы, сверкнувши, струи зашумели!&lt;br /&gt;</w:t>
        <w:br/>
        <w:t>Конь громко заржал над водой!&lt;br /&gt;</w:t>
        <w:br/>
        <w:t>И всадники чешские мужа узрели,&lt;br /&gt;</w:t>
        <w:br/>
        <w:t>Согбенного над бороздой.&lt;br /&gt;</w:t>
        <w:br/>
        <w:t>Смутились послы... Но оратай, главою&lt;br /&gt;</w:t>
        <w:br/>
        <w:t>Прилегши небрежно на плуг,&lt;br /&gt;</w:t>
        <w:br/>
        <w:t>И голосом гонит, и ветвью сухою&lt;br /&gt;</w:t>
        <w:br/>
        <w:t>Волов белоснежных супруг.&lt;br /&gt;</w:t>
        <w:br/>
        <w:t>Глас чехов приветственный громко раздался,&lt;br /&gt;</w:t>
        <w:br/>
        <w:t>Но пахарь поспешно орал,&lt;br /&gt;</w:t>
        <w:br/>
        <w:t>И, нудя волов своих, не озирался,&lt;br /&gt;</w:t>
        <w:br/>
        <w:t>И, мнилось, он им не внимал.&lt;br /&gt;</w:t>
        <w:br/>
        <w:t>Все вскликнули: "Мир тебе, муж вожделенный,&lt;br /&gt;</w:t>
        <w:br/>
        <w:t>Любимец богов и людей!&lt;br /&gt;</w:t>
        <w:br/>
        <w:t>Отринь, о пришелец, твой плуг искривленный&lt;br /&gt;</w:t>
        <w:br/>
        <w:t>И жезл восприемли царей.&lt;br /&gt;</w:t>
        <w:br/>
        <w:t>Приди и воссядь на престоле с царицей".&lt;br /&gt;</w:t>
        <w:br/>
        <w:t>И потное мужа чело&lt;br /&gt;</w:t>
        <w:br/>
        <w:t>В венце засияло! Хребет багряницей&lt;br /&gt;</w:t>
        <w:br/>
        <w:t>Собранье послов облекло.&lt;br /&gt;</w:t>
        <w:br/>
        <w:t>"О, благо б вам было,— рек муж утружденный,-&lt;br /&gt;</w:t>
        <w:br/>
        <w:t>Когда бы я кончить успел&lt;br /&gt;</w:t>
        <w:br/>
        <w:t>Начатую ниву — удел мой смиренный,&lt;br /&gt;</w:t>
        <w:br/>
        <w:t>Но Климбы так глас повелел".&lt;br /&gt;</w:t>
        <w:br/>
        <w:t>И ветвь он таинственну в землю втыкает,&lt;br /&gt;</w:t>
        <w:br/>
        <w:t>И с выи волов он сов лек&lt;br /&gt;</w:t>
        <w:br/>
        <w:t>Тяжелый ярем. "Ах, простите,— вещает,-&lt;br /&gt;</w:t>
        <w:br/>
        <w:t>Мое вы наследье, навек!"&lt;br /&gt;</w:t>
        <w:br/>
        <w:t>Вмиг вихрем взвилися волы, закружились,&lt;br /&gt;</w:t>
        <w:br/>
        <w:t>Помчались, исчезли от глаз.&lt;br /&gt;</w:t>
        <w:br/>
        <w:t>И недра ближайшей горы растворились,&lt;br /&gt;</w:t>
        <w:br/>
        <w:t>И вихорь, опустясь в них, погряз.&lt;br /&gt;</w:t>
        <w:br/>
        <w:t>Из зева их хлынул ключ ясный, текущий&lt;br /&gt;</w:t>
        <w:br/>
        <w:t>Поныне вдоль злачных лугов;&lt;br /&gt;</w:t>
        <w:br/>
        <w:t>Ветвь чудна, развившись, явилась цветущей&lt;br /&gt;</w:t>
        <w:br/>
        <w:t>Средь двух молодых стебельков.&lt;br /&gt;</w:t>
        <w:br/>
        <w:t>Безмолвны послы... Премыслав вынимает&lt;br /&gt;</w:t>
        <w:br/>
        <w:t>Хлеб-соль из котомки своей.&lt;br /&gt;</w:t>
        <w:br/>
        <w:t>Кладет их на плуге, на дерне сажает&lt;br /&gt;</w:t>
        <w:br/>
        <w:t>Своих измученных гостей.&lt;br /&gt;</w:t>
        <w:br/>
        <w:t>"Да благостно призрит всещедрая Ния,— [25]&lt;br /&gt;</w:t>
        <w:br/>
        <w:t>Изрек он,— на браншо сие.&lt;br /&gt;</w:t>
        <w:br/>
        <w:t>Всяк хлеб есть благое деянье благия,&lt;br /&gt;</w:t>
        <w:br/>
        <w:t>Прославим же купно ее".&lt;br /&gt;</w:t>
        <w:br/>
        <w:t>И правде обета послы изумились:&lt;br /&gt;</w:t>
        <w:br/>
        <w:t>И кованый стол они зрят,&lt;br /&gt;</w:t>
        <w:br/>
        <w:t>И стебли пред ними в земле распустились,&lt;br /&gt;</w:t>
        <w:br/>
        <w:t>И, в цвет облеченны, стоят.&lt;br /&gt;</w:t>
        <w:br/>
        <w:t>И новое чудо свершилось пред ними:&lt;br /&gt;</w:t>
        <w:br/>
        <w:t>Два стебля, едва расцвели,&lt;br /&gt;</w:t>
        <w:br/>
        <w:t>Вдруг, к ветке прильнувши листками своими,.&lt;br /&gt;</w:t>
        <w:br/>
        <w:t>Увяли, склонились, усхли...&lt;br /&gt;</w:t>
        <w:br/>
        <w:t>"О, что сей таинственный цвет предсказует?" —&lt;br /&gt;</w:t>
        <w:br/>
        <w:t>Рек сонм изумленных мужей.&lt;br /&gt;</w:t>
        <w:br/>
        <w:t>"Внемлите: вам ветвь сия прообразует&lt;br /&gt;</w:t>
        <w:br/>
        <w:t>Грядущий род ваших князей.&lt;br /&gt;</w:t>
        <w:br/>
        <w:t>От распрей их кровь прольется рекою,&lt;br /&gt;</w:t>
        <w:br/>
        <w:t>И в крови иссякнет их род.&lt;br /&gt;</w:t>
        <w:br/>
        <w:t>Один лишь из них предназначен судьбою&lt;br /&gt;</w:t>
        <w:br/>
        <w:t>Свой счастливым сделать народ".&lt;br /&gt;</w:t>
        <w:br/>
        <w:t>"Но что сей железный нам стол предвещает?&lt;br /&gt;</w:t>
        <w:br/>
        <w:t>И что суть в ярме два вола?"&lt;br /&gt;</w:t>
        <w:br/>
        <w:t>"Сей образ волов вам удел ваш являет,&lt;br /&gt;</w:t>
        <w:br/>
        <w:t>А царь ваш есть образ стола.&lt;br /&gt;</w:t>
        <w:br/>
        <w:t>Ваш жребий нести сей ярем без роптанья;&lt;br /&gt;</w:t>
        <w:br/>
        <w:t>Удел его — вам отвержать&lt;br /&gt;</w:t>
        <w:br/>
        <w:t>Богатства земли и величьем деянья&lt;br /&gt;</w:t>
        <w:br/>
        <w:t>Великость труда облегчать.&lt;br /&gt;</w:t>
        <w:br/>
        <w:t>Сиянье железа есть царской блеск славы,&lt;br /&gt;</w:t>
        <w:br/>
        <w:t>А нива — горнило для ней;&lt;br /&gt;</w:t>
        <w:br/>
        <w:t>Чем чаще железо, в земле, тем державы,&lt;br /&gt;</w:t>
        <w:br/>
        <w:t>Тем слава прочнее царей".&lt;br /&gt;</w:t>
        <w:br/>
        <w:t>"Почто же скорбел ты,— послы воспросили,-&lt;br /&gt;</w:t>
        <w:br/>
        <w:t>Что ниву не кончил свою?"&lt;br /&gt;</w:t>
        <w:br/>
        <w:t>"О, если б мне боги окончить судили&lt;br /&gt;</w:t>
        <w:br/>
        <w:t>Начатую ниву мою!&lt;br /&gt;</w:t>
        <w:br/>
        <w:t>Ах, если б Любусса вас позже прислала,&lt;br /&gt;</w:t>
        <w:br/>
        <w:t>Под кровлю бы ваших домов&lt;br /&gt;</w:t>
        <w:br/>
        <w:t>Мир с счастьем вселился, и Ния венчала&lt;br /&gt;</w:t>
        <w:br/>
        <w:t>Довольством плод ваших трудов".&lt;br /&gt;</w:t>
        <w:br/>
        <w:t>Он рек — и воспрянул, и конь уж ярится&lt;br /&gt;</w:t>
        <w:br/>
        <w:t>Царевны, несется орлом,&lt;br /&gt;</w:t>
        <w:br/>
        <w:t>Рвет землю, из рта его пена клубится,&lt;br /&gt;</w:t>
        <w:br/>
        <w:t>Ноздрями дым пышет столбом!&lt;br /&gt;</w:t>
        <w:br/>
        <w:t>"Помедли на время, посланник небесный,-&lt;br /&gt;</w:t>
        <w:br/>
        <w:t>Гласят к нему.— В славный сей день&lt;br /&gt;</w:t>
        <w:br/>
        <w:t>Раззуй твою обувь от кожи древесной&lt;br /&gt;</w:t>
        <w:br/>
        <w:t>И царскую обувь надень!"&lt;br /&gt;</w:t>
        <w:br/>
        <w:t>"Оставьте вы обувь древесну со мною,-&lt;br /&gt;</w:t>
        <w:br/>
        <w:t>Ко всадникам пахарь вещал: —&lt;br /&gt;</w:t>
        <w:br/>
        <w:t>Мне небо предстать в ней велит пред княжною,&lt;br /&gt;</w:t>
        <w:br/>
        <w:t>Из лык ее сам я сшивал.&lt;br /&gt;</w:t>
        <w:br/>
        <w:t>Да будет потомкам безмолвным уроком&lt;br /&gt;</w:t>
        <w:br/>
        <w:t>Смирения памятник сей:&lt;br /&gt;</w:t>
        <w:br/>
        <w:t>В каком облаченье на троне высоком&lt;br /&gt;</w:t>
        <w:br/>
        <w:t>Воссел прародитель царей!"&lt;br /&gt;</w:t>
        <w:br/>
        <w:t>И чешские мужи в оратае зрели&lt;br /&gt;</w:t>
        <w:br/>
        <w:t>Подобье богов на земле...&lt;br /&gt;</w:t>
        <w:br/>
        <w:t>Вдруг сонмы народа к вратам полетели&lt;br /&gt;</w:t>
        <w:br/>
        <w:t>И масличну ветвь понесли.&lt;br /&gt;</w:t>
        <w:br/>
        <w:t>И вышла Любусса за прагские стены&lt;br /&gt;</w:t>
        <w:br/>
        <w:t>Во сретенье мужу-царю,&lt;br /&gt;</w:t>
        <w:br/>
        <w:t>И мудростью старцы его удивленны&lt;br /&gt;</w:t>
        <w:br/>
        <w:t>Текли с ним во храм к алтарю.&lt;br /&gt;</w:t>
        <w:br/>
        <w:t>Четырнадцать дивных славянок красою,&lt;br /&gt;</w:t>
        <w:br/>
        <w:t>С венками из роз на главах,&lt;br /&gt;</w:t>
        <w:br/>
        <w:t>В одеждах белейших несли за княжною&lt;br /&gt;</w:t>
        <w:br/>
        <w:t>Светильники брачны в руках.&lt;br /&gt;</w:t>
        <w:br/>
        <w:t>Храм Климбы отверзся, свечи запылали,&lt;br /&gt;</w:t>
        <w:br/>
        <w:t>Невеста вошла с женихом,-&lt;br /&gt;</w:t>
        <w:br/>
        <w:t>И добрые чехи стократ поздравляли&lt;br /&gt;</w:t>
        <w:br/>
        <w:t>Любуссу с супругом царем.&lt;br /&gt;</w:t>
        <w:br/>
        <w:t>И долго под скиптром благим Премыслава&lt;br /&gt;</w:t>
        <w:br/>
        <w:t>С Любуссой страна их была,&lt;br /&gt;</w:t>
        <w:br/>
        <w:t>И суд их был краток, и мирна держава&lt;br /&gt;</w:t>
        <w:br/>
        <w:t>Оратаев счастьем цвела.&lt;br /&gt;</w:t>
        <w:br/>
        <w:t>И с веяньем ветра, и ранней росою,&lt;br /&gt;</w:t>
        <w:br/>
        <w:t>И солнца с лияньем лучей&lt;br /&gt;</w:t>
        <w:br/>
        <w:t>Лилось к ним обилье, довольство рекою,&lt;br /&gt;</w:t>
        <w:br/>
        <w:t>Веселье цвело средь полей!&lt;br /&gt;</w:t>
        <w:br/>
        <w:t>И грады создались, и селы явились&lt;br /&gt;</w:t>
        <w:br/>
        <w:t>Как звезды на тверди небес,&lt;br /&gt;</w:t>
        <w:br/>
        <w:t>Ветвь чудна цвела, и с почтеньем хранилась&lt;br /&gt;</w:t>
        <w:br/>
        <w:t>Сандалья от кожи древес!&lt;br /&gt;</w:t>
        <w:br/>
        <w:t>И братние узы крепились любовью,&lt;br /&gt;</w:t>
        <w:br/>
        <w:t>И чтилося имя отцов;&lt;br /&gt;</w:t>
        <w:br/>
        <w:t>Ни крови, ни свара, лишь жертвенной кровью&lt;br /&gt;</w:t>
        <w:br/>
        <w:t>Кропились кумиры богов.&lt;br /&gt;</w:t>
        <w:br/>
        <w:t>Но горе вам, чехи!.. Любусса с любезным&lt;br /&gt;</w:t>
        <w:br/>
        <w:t>В могиле... цвет стебля опал,&lt;br /&gt;</w:t>
        <w:br/>
        <w:t>Сандалья в позор со столом их железным,&lt;br /&gt;</w:t>
        <w:br/>
        <w:t>И стол золотой заблистал!&lt;br /&gt;</w:t>
        <w:br/>
        <w:t>[1825]</w:t>
      </w:r>
    </w:p>
    <w:p>
      <w:r>
        <w:br/>
        <w:t>[22] — Любусса (Лібуша) — легендарна чеська королева. Літописні сказання і народні перекази розповідають про її красу, справедливість, її любов до простого народу, а також про прихильність народу до неї. Один з чеських переказів і обробив П. Гулак-Артемовський у своїй поезії.&lt;br /&gt;</w:t>
        <w:br/>
        <w:t>[23] — Крок — за чеськими легендами, мудрий народний правитель.&lt;br /&gt;</w:t>
        <w:br/>
        <w:t>[24] — Бела — Альба или Эльба (Прим. П. Гулака-Артемовського).&lt;br /&gt;</w:t>
        <w:br/>
        <w:t>[25] — Нія — богиня древніх славян (Примітка П. Гулака-Артемовського).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Царский стол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