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Царське вчора і большевицьке нині</w:t>
      </w:r>
    </w:p>
    <w:p>
      <w:r>
        <w:br/>
        <w:t xml:space="preserve"> &lt;p&gt;Дмитро Донцов</w:t>
      </w:r>
    </w:p>
    <w:p>
      <w:r>
        <w:br/>
        <w:t>ЦАРСЬКЕ ВЧОРА І БОЛЬШЕВИЦЬКЕ НИНІ</w:t>
      </w:r>
    </w:p>
    <w:p>
      <w:r>
        <w:br/>
        <w:t>Автор "Історії Русов ", для якого живою була ще ганьба полтавського погрому, зупиняється над наслідками московського панування для України: наслідками матеріяльної і моральної природи. Нав'язуючи до "рогожки", в яку загорталися "дарунки", що посилав цар гетьманам, автор завважує: "А московські дари суть усі в рогожах, то неминуче й народ живущий з ними, доведений буде до такої бідности, що вбереться в рогожі і під рогожі" (Історія Русов или Малой Росии, сочиненіе Георгия Конискаго, архиєпископа Белорускаго, Москва, 1846, ст. 98). Пророцтво, що стало дійсністю за теперішнього "всеросійського" самодержавця.</w:t>
      </w:r>
    </w:p>
    <w:p>
      <w:r>
        <w:br/>
        <w:t>Вкладаючи свою думку в уста однієї з найвидатніших наших історичних постатей, автор стверджує, що "в московськім народі панує... рабство й невільництво" та "що в них, крім Божого і царського, нема нічого власного і не може бути" (ст. 98). Ця його увага антиципує ряд глибоких уваг на ту ж тему європейських письменників XIX віку, які основну прикмету російської цивілізації, що відрізняє її від європейської, бачили в тім, що ні одиниця, ні ніяка верства, ні місто, ні церква — не мали випроваджених з свого власного права привілеїв: ні особистої незайманости, ні станової чи провінціональної самоуправи, ні одиниці чи стану взагалі, ні права власности. Все завдячували вони ласці царській і коли такі ''права" набували, то лише аж до відкликання... Там органічна сполука власноправних суспільних сил. Тут стан розпорошености, безправ'я. Система, яка на Україні по Полтаві примінювалася в цілій своїй розтяглості, щоб за большевизму розвинутися до безприкладного цинізму. її суть, так основно забуту нашим XIX віком, бачив ясно автор Історії.</w:t>
      </w:r>
    </w:p>
    <w:p>
      <w:r>
        <w:br/>
        <w:t>Аналогію між тодішньою й нашою добою можна на підставі Історії простежити особливо в методах і м-періяльної політики Москви на Україні. Ця аналогія є не раз просто несамовита. Не маю на увазі так часто згадувану розправу над мазепинцями царської Чека в Лебедині, де "тиранство і звірська лютість в жах приводили людську уяву". Це була кара для одвертих ворогів. Поза ними були інші, укриті або лиш здогадні. Як поступалося з ними?</w:t>
      </w:r>
    </w:p>
    <w:p>
      <w:r>
        <w:br/>
        <w:t>Насамперед були це царські підніжки, але все ж "хохли", яким не довіряли, як не довіряють подібним типам і тепер. Тоді були Ґалаґани і галаганята, а тепер були Любченки й любченята. І жахливо однакова була супроти них політика Москви...</w:t>
      </w:r>
    </w:p>
    <w:p>
      <w:r>
        <w:br/>
        <w:t>Хоч ґалаґанята і "дивувалися лагідности шведів", які не робили таких насильств, як москалі, але що шведи "оскверняли середи й п'ятниці м'ясоїдженням", то ґалаґанята уважали їх за "нехристів", "забирали в полон і доставляли цареві (разом з мазепинцями), за що давали їм жалованіє, спочатку грошима по кілька рублів, а наостаннє — по чарці горілки з поздоровленням: "с п а с і б о, хахльонок" (стор. 204, 205, 209).</w:t>
      </w:r>
    </w:p>
    <w:p>
      <w:r>
        <w:br/>
        <w:t>Яка знайома нам градація нагород за малоросійську "самоотверженність" у службі Москві. Старалися ґалаганята — спершу за кілька рублів, потім — за чарку горілки, нарешті — за спасибі...</w:t>
      </w:r>
    </w:p>
    <w:p>
      <w:r>
        <w:br/>
        <w:t>А тепер? Коли їх було мало, нагороджували Любченків за службу самодержцеві посадами прем'єрів чи прокураторів "української республіки" або послів в Европі від УССР. Стало їх більше — зіпхнули до підрядних "народніх комісаріатів" або просто в "сексоти". Далі лише дякували їм, аж нарешті казали їм собі дякувати!</w:t>
      </w:r>
    </w:p>
    <w:p>
      <w:r>
        <w:br/>
        <w:t>Тим, хто не афішував московського патріотизму, але якому не можна було довести ніякого ворожого вчинку, — тим злочини вигадувалися й пришивалися. Тепер за большевизму такі фігурують як "вредителі" або "саботажники". Отже й цю методу, не большевики видумали, і тут вони показалися невільничими учнями царату... Коли, — пише автор Історії, — треба було ліквідувати таких мазепинців чи полуботківців, яким вини ніяким способом не можна було довести, їх в "іменнім указі царськім в Малоросії упублікованім", покарали за звичайне "вредительство", а саме: що "ті вівці й барани дорогоцінні, яких цар спровадив з Шлезьку і роздав був на утримання і годовання на Україні, — що вони повиздихали, але не з своїх хвороб, лише від недбальства і лихих замірів" отих полуботківців, які не про трудящий люд думали, лиш про політику, "про свої сейми та вибори" (стор. 230).</w:t>
      </w:r>
    </w:p>
    <w:p>
      <w:r>
        <w:br/>
        <w:t>"Хохлів" — саботажистів карали, крий Боже, не за те, що були українцями, лише за нищення сталінських тракторів в XX віці, і за нищення царських баранів в XVIII віці. Подиву гідна тяглість імперіяльних метод правління, традицій і політичної винахідливости!</w:t>
      </w:r>
    </w:p>
    <w:p>
      <w:r>
        <w:br/>
        <w:t>Трагічна була доля більш непевних, яких здушене завзяття ще не знати в який бік могло обернутися, яких енергії треба було дати вихід, зв'язавши з собою злочином пролитої крови. І тут знову — несамовито однакова метода!</w:t>
      </w:r>
    </w:p>
    <w:p>
      <w:r>
        <w:br/>
        <w:t>Хвильовий в "Я" (романтика) пише, що "єдина дорога до загірних озер комуни" вела його героя через труп матері; лише піднісши на неї руку, міг український комуніст довести свою лояльність Москві... Той самий мотив у Сосюри, який мусить іти "на тихі води далекої комуни" не інакше, як "через кістки" свого народу... Так само українець-большевик в "Смерті" Антоненка-Давидовича: "І тоді, — звіряється, ....... коли перед очима з'явиться їхня кров, коли кров повстанців... хоч раз впаде на мою голову, заляпає руки — тоді всьому тому кінець. Тоді Рубікон буде перейдено. Тоді сміливо, без вагань можна буде самому собі сказати: — я большевик"... Звідки ця потворна ідея настирливо повторюється у трьох таких маркантних совєтських письменників, а може й в інших? Їх власна вона чи навіяна ззовні? Мабуть, навіяна. І про це якраз свідчить автор Історії Русов, свідчить, що й тоді домагалася Москва таких самих доказів лояльности, свідомо ставляла недойшлих, хитливих галаганят якраз на таку спробу. Читаємо там, як частини українського війська, за шведчини, були післані в Роменщину для укарання прихильного шведам українського населення: "Виправа на Роменщину мала дві політичні причини... Одну, покарати роменців за те, що прийняли у себе на квартири шведську армію... а другу — випробувати, як на пробнім камені, вірність і ревність військ малоросійських", доручивши їм каїнову роботу. "І ці війська неначе приголомшені і обезумлені, з зажмуреними очима і з скам'янілим серцем руйнували... свою ж таки невинну братію" (стор. 213) ...як матір або повстанців герої совєтських авторів. Те саме вимагали від них за Полтави, що й від героїв Хвильового, Антоненка-Давидовича й Сосюри за наших часів Москва, і так само сьогочасні "приголомшені й обезумлені" цю роботу виконували. Чортівська метода Москви лишилася та сама, що тоді. І та сама ціль: сплюгавити душу, оплювати її, спідлити — було й є в намірі Москви.</w:t>
      </w:r>
    </w:p>
    <w:p>
      <w:r>
        <w:br/>
        <w:t>Не бачили тієї методи представники демократичної "еліти", але так ясно бачили її мазепинці!</w:t>
      </w:r>
    </w:p>
    <w:p>
      <w:r>
        <w:br/>
        <w:t>Яке мало бути відношення свобідного народу до цієї тиранії? На це автор Історії дає таку саму відмінну від передвоєнного покоління XIX віку відповідь. Супроти цих "кайданів рабства і неволі", "лучче, аніж їх зносити, бути нам у всегдашніх бранях за вольность" (стор. 89). Це голос поколінь Орликів, Гордієнків, Полуботків.</w:t>
      </w:r>
    </w:p>
    <w:p>
      <w:r>
        <w:br/>
        <w:t>Проти кого мала вестися ця "всегдашня брань"? Ціла офіційна ідеологія драгоманівства уважала за недопустиму єресь говорити про боротьбу з Московщиною, навіть у минулім. Добрий тон затроєного соціялістичним дурманом покоління позволяв говорити лише про боротьбу з царатом, з режимом. Борцем лише проти царату був в очах того покоління Шевченко, борцем лише проти царату був Мазепа. Як же інакше задивлявся на це автор Історії! В уста мазепинця Полуботка — в його позвах з Петром — він вкладає ціле політичне "вірую", яке міцно мусить шокувати недобитків демократичного століття. Коли пізніші демократи патякали про "три галузки" народу, він говорив "про наш народ" і (до Петра) про "твій народ". Коли демократи розводилися про вищість і висококультурність росіян, він свій народ ставляє далеко вище московського народу, який "ледве вийшов з хаосу смутного времені", зі стану повного "нічтожества" і який він просто уважає за "мужиків" (стор. 229). А старшини у відповідь Мазепі (що відкрив їм свій намір спомагати Карла XII), заявили, що "потрібна переміна їх положення і що не можна зносити презирство в землі своїй від народу, нічим від них не ліпшого, але нахабного і скорого на всі зневаги" (стор. 204)... Мазепинці підіймали повстання не лиш проти царя, а й проти народу російського. Себе ж уважали не за касту лише, не за верству, але за провід, за аристократію, що представляла собою цілий народ, цілу націю, яку автор Історії відрізняє від люду. В їхніх очах їхня боротьба з Росією не була, як для політиків демократії, боротьбою верстви з режимом, лише нації з нацією, з яких українську представляла козацька старшина, російську — цар. Горді за чини своєї нації, вони згірдливо відкидали претензії Москви "уважати козаків за щось рівнорядне з лопарями чи камчадалами".</w:t>
      </w:r>
    </w:p>
    <w:p>
      <w:r>
        <w:br/>
        <w:t>І треба завважити, що ці слова не були лише словами. Хто уважно стежив за перипетіями полтавської епопеї, той знає, що за Мазепою була майже ціла, за малими виїмками, старшина козацька; з другого боку, багато із здецидованих мазепинців цілим збігом подій (про які не місце тут говорити) були унерухомлені і перешкоджені виконати свій цілком виразний намір — піти за гетьманом.</w:t>
      </w:r>
    </w:p>
    <w:p>
      <w:r>
        <w:br/>
        <w:t>І полтавський зрив мазепинців не був актом розпачі, ні необчисленим вибриком одчайдухів. Хоч в їхніх споминах жила ще руїна, в яку попала Україна "від частих нашествій іноплеменинків", ставши ареною "всіх родів губительства і всесожженія, обагрена і напоєна кров'ю людською й вкрита попелом", та все не відступали вони від думки "всегдашньої брані". З покоління Розумовського глузує Історія за те, що "спокійно дожидало подій" або "обітованнє Отче звише"; зміну на Україні уявляє він собі не як еволюцію чи утопію-ідилію, лише як день Божого гніву, як момент, коли кров, проллята царем на Україні — "взищеться от рода сього", і просить, щоб "зілляв Бог чашу гніву свойого" на прокляту імперію (стор, 232).</w:t>
      </w:r>
    </w:p>
    <w:p>
      <w:r>
        <w:br/>
        <w:t>Автор підводив підсумки Полтавщини, аналізував політику Москви на Україні, її методи і "хвити", перспективу для запановання над "вольним народом" нової орди, матеріяльної руїни й морального затруття, яке це панування з собою несло. Формулював ряд постулятів української політики полтавської доби, підкреслював погорду представника цивілізованої нації до петрівських зайд; означав боротьбу з ними як змаг народу з народом, змаг довготривалий, накликаючи Божий гнів і помсту історії за кривди і пролляту кров, реабілітуючи тодішню провідну верству від нікчемного закиду вузького кастового егоїзму, бо ідучи за Мазепою, вона "шукала лише свободи і ліпшого життя на власній землі своїй і мала про те задуми, властиві всьому людству" (стор. 213).</w:t>
      </w:r>
    </w:p>
    <w:p>
      <w:r>
        <w:br/>
        <w:t>Скільки розуму політичного мали ті наші предки, поки не звиродніли і не обернулися в "малоросійське дворянство". Скільки блискучої спостережливости! Скільки проникливости в осуді й оцінці з'явищ! Скільки аналогій має та полтавська епоха з епохою, що наступила по тім, як Україну прилучено до імперії, змонтованої Леніними.</w:t>
      </w:r>
    </w:p>
    <w:p>
      <w:r>
        <w:br/>
        <w:t>З Історії Русов визирає думка, що такий змаг, як кожний історичний змаг кожної нації, має тоді вигляди на успіх, коли веде його народ не в бакунінсько-драгоманівськім сенсі "вільних громад" татарських людей, — лише в сенсі активної провідної верстви, що його представляє; не тоді, коли ця верства вироджується в демократичну юрбу, або в просто посідаючу клясу, яка людей й багатства краю "на свою привату употребляет", в "вєчноє и потомствєнноє владєніє" дістає, думаючи не про націю, а про службу "благополучній державі царського величества"... Лише тоді, коли ця верства є сповнена тією блискучою думкою, тією волею і тим патріотизмом, які навіть чужинця змушували в козацькій старшині бачити постаті, подібні до постатей Лівія, до постатей древнього Риму.</w:t>
      </w:r>
    </w:p>
    <w:p>
      <w:r>
        <w:br/>
        <w:t>(Уривки із статті "1709-1939, Пам'яті мазепинців". Львів, журнал "Вістник", книги ч. 7-8.)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Царське вчора і большевицьке нині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