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Цариця</w:t>
      </w:r>
    </w:p>
    <w:p>
      <w:r>
        <w:br/>
        <w:t xml:space="preserve"> &lt;blockquote&gt;"Став цариці я служити,&lt;br /&gt;</w:t>
        <w:br/>
        <w:t>щоб дружині вже не жити"&lt;br /&gt;</w:t>
        <w:br/>
        <w:t>&lt;/blockquote&gt;&lt;br /&gt;</w:t>
        <w:br/>
        <w:t>1.&lt;br /&gt;</w:t>
        <w:br/>
        <w:t>Гей, до тебе, до тебе так серце з грудей&lt;br /&gt;</w:t>
        <w:br/>
        <w:t>ломить ребра безумно собою,&lt;br /&gt;</w:t>
        <w:br/>
        <w:t>і ніхто зупинити його із людей&lt;br /&gt;</w:t>
        <w:br/>
        <w:t>не здолає від теплого бою,&lt;br /&gt;</w:t>
        <w:br/>
        <w:t>що розгоном іде в предчутті молодім&lt;br /&gt;</w:t>
        <w:br/>
        <w:t>несподіванім для моїх років,&lt;br /&gt;</w:t>
        <w:br/>
        <w:t>ніби в грудні в полях над заметами грім&lt;br /&gt;</w:t>
        <w:br/>
        <w:t>розбиває морози жорстокі.&lt;br /&gt;</w:t>
        <w:br/>
        <w:t>Тільки що за проклята подвійність така&lt;br /&gt;</w:t>
        <w:br/>
        <w:t>в почутті побивання дурного,&lt;br /&gt;</w:t>
        <w:br/>
        <w:t>що виводить у поле мене, мов рука,&lt;br /&gt;</w:t>
        <w:br/>
        <w:t>і спиняє під місячним рогом?&lt;br /&gt;</w:t>
        <w:br/>
        <w:t>І хоч знаю, що ти у бараці без лун&lt;br /&gt;</w:t>
        <w:br/>
        <w:t>може в душу вдивляєшся тихо,&lt;br /&gt;</w:t>
        <w:br/>
        <w:t>тільки я своє серце держу на бігун,&lt;br /&gt;</w:t>
        <w:br/>
        <w:t>може з півдня підхопиться вихор,&lt;br /&gt;</w:t>
        <w:br/>
        <w:t>аби вогкістю хвиль подихнув мені він,&lt;br /&gt;</w:t>
        <w:br/>
        <w:t>що в напечених скелях гуркоче&lt;br /&gt;</w:t>
        <w:br/>
        <w:t>і нагадує блиск і напругу колін,&lt;br /&gt;</w:t>
        <w:br/>
        <w:t>і твій рот, і шаленство дівоче.&lt;br /&gt;</w:t>
        <w:br/>
        <w:t>І мені буде досить, коли молоду&lt;br /&gt;</w:t>
        <w:br/>
        <w:t>в серце радість укину хвилеву&lt;br /&gt;</w:t>
        <w:br/>
        <w:t>так, немов підданцеві у пишнім саду,&lt;br /&gt;</w:t>
        <w:br/>
        <w:t>як побачить свою королеву.</w:t>
      </w:r>
    </w:p>
    <w:p>
      <w:r>
        <w:br/>
        <w:t>2.&lt;br /&gt;</w:t>
        <w:br/>
        <w:t>І хоч знаю, що ти недалеко, мов квіт,&lt;br /&gt;</w:t>
        <w:br/>
        <w:t>припадаєш до шибки в бараці,&lt;br /&gt;</w:t>
        <w:br/>
        <w:t>я справляю биття свого серця й на Схід,&lt;br /&gt;</w:t>
        <w:br/>
        <w:t>знебуваючись гірш, як від праці:&lt;br /&gt;</w:t>
        <w:br/>
        <w:t>може співи бадьорих півнів у диму&lt;br /&gt;</w:t>
        <w:br/>
        <w:t>розженуть чорні зариси драми&lt;br /&gt;</w:t>
        <w:br/>
        <w:t>так самісінько, як вони вдосвіта тьму&lt;br /&gt;</w:t>
        <w:br/>
        <w:t>розганяють у нас над церквами.&lt;br /&gt;</w:t>
        <w:br/>
        <w:t>І не буде по небі сьогодні іти&lt;br /&gt;</w:t>
        <w:br/>
        <w:t>вічне сонце з притаєним ревом,&lt;br /&gt;</w:t>
        <w:br/>
        <w:t>тільки будеш землею проходити ти,&lt;br /&gt;</w:t>
        <w:br/>
        <w:t>найкрасніша моя королево!&lt;br /&gt;</w:t>
        <w:br/>
        <w:t>Та від босих твоїх молодесеньких ніг&lt;br /&gt;</w:t>
        <w:br/>
        <w:t>буде більше, ніж в сонця є, ласки,&lt;br /&gt;</w:t>
        <w:br/>
        <w:t>доки знов золотий серед світа поріг&lt;br /&gt;</w:t>
        <w:br/>
        <w:t>до зірок переступиш та казки.&lt;br /&gt;</w:t>
        <w:br/>
        <w:t>І від сукні твоєї блакитний кінець&lt;br /&gt;</w:t>
        <w:br/>
        <w:t>ще ніжніший за пах полуниці&lt;br /&gt;</w:t>
        <w:br/>
        <w:t>від лісів та лугів понесуть навпростець&lt;br /&gt;</w:t>
        <w:br/>
        <w:t>мені в серце зворушені птиці.&lt;br /&gt;</w:t>
        <w:br/>
        <w:t>3.&lt;br /&gt;</w:t>
        <w:br/>
        <w:t>І тривога лютіше єство моє ссе&lt;br /&gt;</w:t>
        <w:br/>
        <w:t>і кругом безпорадно дивлюся,&lt;br /&gt;</w:t>
        <w:br/>
        <w:t>що нічого стихія мені не несе&lt;br /&gt;</w:t>
        <w:br/>
        <w:t>і жадання погаснути мусять...&lt;br /&gt;</w:t>
        <w:br/>
        <w:t>Бо не розумом був між людьми і в гаях,&lt;br /&gt;</w:t>
        <w:br/>
        <w:t>що сподіванок ждав, ніби коней,&lt;br /&gt;</w:t>
        <w:br/>
        <w:t>коли ти у бараці, Царице, моя,&lt;br /&gt;</w:t>
        <w:br/>
        <w:t>а не в світі, що в безвісті тоне...&lt;br /&gt;</w:t>
        <w:br/>
        <w:t>Коли ти у бараці тут близько сидиш&lt;br /&gt;</w:t>
        <w:br/>
        <w:t>із чужим, ніби хмара, народом,&lt;br /&gt;</w:t>
        <w:br/>
        <w:t>а що серце своє, то від мене держиш&lt;br /&gt;</w:t>
        <w:br/>
        <w:t>ти за Північчю, Півднем і Сходом.&lt;br /&gt;</w:t>
        <w:br/>
        <w:t>І хоч би океанськими бурями я&lt;br /&gt;</w:t>
        <w:br/>
        <w:t>тебе кликав і нині й зимою,&lt;br /&gt;</w:t>
        <w:br/>
        <w:t>то й тоді ти, Царице, жорстока моя,&lt;br /&gt;</w:t>
        <w:br/>
        <w:t>не хитнула б для мене й косою . ..&lt;br /&gt;</w:t>
        <w:br/>
        <w:t>І була б ти така без усяких зусиль,&lt;br /&gt;</w:t>
        <w:br/>
        <w:t>ніби берег північного моря,&lt;br /&gt;</w:t>
        <w:br/>
        <w:t>об який розбиваються гуркоти хвиль&lt;br /&gt;</w:t>
        <w:br/>
        <w:t>і про вічну розпуку говорять.&lt;br /&gt;</w:t>
        <w:br/>
        <w:t>І тоді, як народ для твойого співця&lt;br /&gt;</w:t>
        <w:br/>
        <w:t>в лісі зріже на цвинтар клен-древо,&lt;br /&gt;</w:t>
        <w:br/>
        <w:t>не читатимеш горя з мойого лиця,&lt;br /&gt;</w:t>
        <w:br/>
        <w:t>загадкова якась Королево!&lt;br /&gt;</w:t>
        <w:br/>
        <w:t>І якби тобі хто і про правду мою&lt;br /&gt;</w:t>
        <w:br/>
        <w:t>розповів щиросердно з журбою,&lt;br /&gt;</w:t>
        <w:br/>
        <w:t>що не хочу вже я ні пташок у гаю,&lt;br /&gt;</w:t>
        <w:br/>
        <w:t>ні вітрів тих, що повні тобою,&lt;br /&gt;</w:t>
        <w:br/>
        <w:t>і в Баварії десь, у німій чужині,&lt;br /&gt;</w:t>
        <w:br/>
        <w:t>ні для кого не свій і для люду&lt;br /&gt;</w:t>
        <w:br/>
        <w:t>без любови й страждання лежу у труні&lt;br /&gt;</w:t>
        <w:br/>
        <w:t>до останнього Божого Суду,&lt;br /&gt;</w:t>
        <w:br/>
        <w:t>то й тоді ні єдиної навіть сльози&lt;br /&gt;</w:t>
        <w:br/>
        <w:t>не вронила б на яму глибоку,&lt;br /&gt;</w:t>
        <w:br/>
        <w:t>бо вже видно, що ти не Цариця єси,&lt;br /&gt;</w:t>
        <w:br/>
        <w:t>а звичайная Баба нівроку!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