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Соловей</w:t>
      </w:r>
    </w:p>
    <w:p>
      <w:r>
        <w:br/>
        <w:t xml:space="preserve"> (Казка)</w:t>
      </w:r>
    </w:p>
    <w:p>
      <w:r>
        <w:br/>
        <w:t>Був собі журавель куций,&lt;br /&gt;</w:t>
        <w:br/>
        <w:t>Хвіст закарлючив,&lt;br /&gt;</w:t>
        <w:br/>
        <w:t>Наносив сінця&lt;br /&gt;</w:t>
        <w:br/>
        <w:t>Повні ясельця.&lt;br /&gt;</w:t>
        <w:br/>
        <w:t>Червона шапочка,&lt;br /&gt;</w:t>
        <w:br/>
        <w:t>Красная казочка.&lt;br /&gt;</w:t>
        <w:br/>
        <w:t>Чи казати, чи ні?&lt;br /&gt;</w:t>
        <w:br/>
        <w:t>Приказка</w:t>
      </w:r>
    </w:p>
    <w:p>
      <w:r>
        <w:br/>
        <w:t>ЧАСТЬ ПЕРША</w:t>
      </w:r>
    </w:p>
    <w:p>
      <w:r>
        <w:br/>
        <w:t>I</w:t>
      </w:r>
    </w:p>
    <w:p>
      <w:r>
        <w:br/>
        <w:t>За горами, за морями&lt;br /&gt;</w:t>
        <w:br/>
        <w:t>Єсть велике царство:&lt;br /&gt;</w:t>
        <w:br/>
        <w:t>Могучого Соловея&lt;br /&gt;</w:t>
        <w:br/>
        <w:t>Сильне государство.</w:t>
      </w:r>
    </w:p>
    <w:p>
      <w:r>
        <w:br/>
        <w:t>І в тім царстві круту гору&lt;br /&gt;</w:t>
        <w:br/>
        <w:t>Річка підмиває;&lt;br /&gt;</w:t>
        <w:br/>
        <w:t>Над горою Соловея&lt;br /&gt;</w:t>
        <w:br/>
        <w:t>Пишний палац сяє.</w:t>
      </w:r>
    </w:p>
    <w:p>
      <w:r>
        <w:br/>
        <w:t>Стіль — шкляная, в діамантах,&lt;br /&gt;</w:t>
        <w:br/>
        <w:t>Стіни — криштальові,&lt;br /&gt;</w:t>
        <w:br/>
        <w:t>Скрізь підлога золотая,&lt;br /&gt;</w:t>
        <w:br/>
        <w:t>Двері — брильянтові.</w:t>
      </w:r>
    </w:p>
    <w:p>
      <w:r>
        <w:br/>
        <w:t>У палаці на високім&lt;br /&gt;</w:t>
        <w:br/>
        <w:t>Золотім помості&lt;br /&gt;</w:t>
        <w:br/>
        <w:t>Стоїть престол Соловея&lt;br /&gt;</w:t>
        <w:br/>
        <w:t>З слонової кості.</w:t>
      </w:r>
    </w:p>
    <w:p>
      <w:r>
        <w:br/>
        <w:t>І на нім лежить держава,&lt;br /&gt;</w:t>
        <w:br/>
        <w:t>Скіпетр і корона,&lt;br /&gt;</w:t>
        <w:br/>
        <w:t>І шайки правдиві висять&lt;br /&gt;</w:t>
        <w:br/>
        <w:t>На вагах закона.</w:t>
      </w:r>
    </w:p>
    <w:p>
      <w:r>
        <w:br/>
        <w:t>І брилює царський палац,&lt;br /&gt;</w:t>
        <w:br/>
        <w:t>Грає, як зірниця,&lt;br /&gt;</w:t>
        <w:br/>
        <w:t>А навколо розвинулась&lt;br /&gt;</w:t>
        <w:br/>
        <w:t>Пишная столиця.</w:t>
      </w:r>
    </w:p>
    <w:p>
      <w:r>
        <w:br/>
        <w:t>І столиця вся обмита&lt;br /&gt;</w:t>
        <w:br/>
        <w:t>Крепкими мурами,&lt;br /&gt;</w:t>
        <w:br/>
        <w:t>І ті мури замикають&lt;br /&gt;</w:t>
        <w:br/>
        <w:t>Дві залізних брами.</w:t>
      </w:r>
    </w:p>
    <w:p>
      <w:r>
        <w:br/>
        <w:t>І від мідної дороги&lt;br /&gt;</w:t>
        <w:br/>
        <w:t>З брами, як віднога,&lt;br /&gt;</w:t>
        <w:br/>
        <w:t>Йде до самого палацу&lt;br /&gt;</w:t>
        <w:br/>
        <w:t>Срібная дорога.</w:t>
      </w:r>
    </w:p>
    <w:p>
      <w:r>
        <w:br/>
        <w:t>І землі ж мав Соловей-цар —&lt;br /&gt;</w:t>
        <w:br/>
        <w:t>Боже, твоя воле!&lt;br /&gt;</w:t>
        <w:br/>
        <w:t>На полудень степ тягнувся,&lt;br /&gt;</w:t>
        <w:br/>
        <w:t>На опівніч — поле.</w:t>
      </w:r>
    </w:p>
    <w:p>
      <w:r>
        <w:br/>
        <w:t>І як степ той, так і поле&lt;br /&gt;</w:t>
        <w:br/>
        <w:t>Упирали в море;&lt;br /&gt;</w:t>
        <w:br/>
        <w:t>На заході цілу землю&lt;br /&gt;</w:t>
        <w:br/>
        <w:t>Розділяли гори.</w:t>
      </w:r>
    </w:p>
    <w:p>
      <w:r>
        <w:br/>
        <w:t>І на північ від тих горів&lt;br /&gt;</w:t>
        <w:br/>
        <w:t>Землю пущі вкрили,&lt;br /&gt;</w:t>
        <w:br/>
        <w:t>На полудень росла травка&lt;br /&gt;</w:t>
        <w:br/>
        <w:t>І джерела били.</w:t>
      </w:r>
    </w:p>
    <w:p>
      <w:r>
        <w:br/>
        <w:t>І щасливо царював він:&lt;br /&gt;</w:t>
        <w:br/>
        <w:t>Ворогів не було;&lt;br /&gt;</w:t>
        <w:br/>
        <w:t>На заході було тихо,&lt;br /&gt;</w:t>
        <w:br/>
        <w:t>Ніби сном заснуло;</w:t>
      </w:r>
    </w:p>
    <w:p>
      <w:r>
        <w:br/>
        <w:t>З опівночі і з полудня&lt;br /&gt;</w:t>
        <w:br/>
        <w:t>Брилювало море,&lt;br /&gt;</w:t>
        <w:br/>
        <w:t>Да й з восходу йому було&lt;br /&gt;</w:t>
        <w:br/>
        <w:t>Не велике горе.</w:t>
      </w:r>
    </w:p>
    <w:p>
      <w:r>
        <w:br/>
        <w:t>Хоч Канчук, царевич сильний,&lt;br /&gt;</w:t>
        <w:br/>
        <w:t>По степу шатався,&lt;br /&gt;</w:t>
        <w:br/>
        <w:t>Но і той із Соловейком&lt;br /&gt;</w:t>
        <w:br/>
        <w:t>Воювать боявся.</w:t>
      </w:r>
    </w:p>
    <w:p>
      <w:r>
        <w:br/>
        <w:t>II</w:t>
      </w:r>
    </w:p>
    <w:p>
      <w:r>
        <w:br/>
        <w:t>Була в царя Соловея&lt;br /&gt;</w:t>
        <w:br/>
        <w:t>Красная столиця,&lt;br /&gt;</w:t>
        <w:br/>
        <w:t>Но ще краща в него була&lt;br /&gt;</w:t>
        <w:br/>
        <w:t>Молода цариця.</w:t>
      </w:r>
    </w:p>
    <w:p>
      <w:r>
        <w:br/>
        <w:t>І любились цар-цариця,&lt;br /&gt;</w:t>
        <w:br/>
        <w:t>Нігде правди діти;&lt;br /&gt;</w:t>
        <w:br/>
        <w:t>І на радість і потіху&lt;br /&gt;</w:t>
        <w:br/>
        <w:t>Дав їм господь діти.</w:t>
      </w:r>
    </w:p>
    <w:p>
      <w:r>
        <w:br/>
        <w:t>Мали вони за три роки&lt;br /&gt;</w:t>
        <w:br/>
        <w:t>Три хороших сина.&lt;br /&gt;</w:t>
        <w:br/>
        <w:t>І першая із них була&lt;br /&gt;</w:t>
        <w:br/>
        <w:t>Добрая дитина.</w:t>
      </w:r>
    </w:p>
    <w:p>
      <w:r>
        <w:br/>
        <w:t>Така тиха, така мила!&lt;br /&gt;</w:t>
        <w:br/>
        <w:t>Лиш на попі стала.&lt;br /&gt;</w:t>
        <w:br/>
        <w:t>Вже від рання до смеркання&lt;br /&gt;</w:t>
        <w:br/>
        <w:t>Поля не кидала.</w:t>
      </w:r>
    </w:p>
    <w:p>
      <w:r>
        <w:br/>
        <w:t>Все на полі, все на паші&lt;br /&gt;</w:t>
        <w:br/>
        <w:t>З чередою ходить&lt;br /&gt;</w:t>
        <w:br/>
        <w:t>І всі думи свого серця&lt;br /&gt;</w:t>
        <w:br/>
        <w:t>Співами виводить.</w:t>
      </w:r>
    </w:p>
    <w:p>
      <w:r>
        <w:br/>
        <w:t>І найбільше з него втіхи&lt;br /&gt;</w:t>
        <w:br/>
        <w:t>Цар з царицей мали&lt;br /&gt;</w:t>
        <w:br/>
        <w:t>І царевича малого&lt;br /&gt;</w:t>
        <w:br/>
        <w:t>Пастушком назвали.</w:t>
      </w:r>
    </w:p>
    <w:p>
      <w:r>
        <w:br/>
        <w:t>Середущий не так добрий,&lt;br /&gt;</w:t>
        <w:br/>
        <w:t>Як проворний вдався&lt;br /&gt;</w:t>
        <w:br/>
        <w:t>І ніколи, як і перший,&lt;br /&gt;</w:t>
        <w:br/>
        <w:t>Дому не тримався,</w:t>
      </w:r>
    </w:p>
    <w:p>
      <w:r>
        <w:br/>
        <w:t>Вигнув дужку з обичайки,&lt;br /&gt;</w:t>
        <w:br/>
        <w:t>Зав'язав струною,&lt;br /&gt;</w:t>
        <w:br/>
        <w:t>Зробив стрілку з очерету,&lt;br /&gt;</w:t>
        <w:br/>
        <w:t>Засмолив смолою.</w:t>
      </w:r>
    </w:p>
    <w:p>
      <w:r>
        <w:br/>
        <w:t>І бувало тілько встане,&lt;br /&gt;</w:t>
        <w:br/>
        <w:t>З рання до смеркання&lt;br /&gt;</w:t>
        <w:br/>
        <w:t>Скрізь ганяє і стріляє,&lt;br /&gt;</w:t>
        <w:br/>
        <w:t>Робить полювання.</w:t>
      </w:r>
    </w:p>
    <w:p>
      <w:r>
        <w:br/>
        <w:t>І із него цар-цариця&lt;br /&gt;</w:t>
        <w:br/>
        <w:t>Свою втіху мали&lt;br /&gt;</w:t>
        <w:br/>
        <w:t>І царевича малого&lt;br /&gt;</w:t>
        <w:br/>
        <w:t>Всі мисливим звали,</w:t>
      </w:r>
    </w:p>
    <w:p>
      <w:r>
        <w:br/>
        <w:t>Третій син їх був причепа,&lt;br /&gt;</w:t>
        <w:br/>
        <w:t>Так і називався.&lt;br /&gt;</w:t>
        <w:br/>
        <w:t>Чи від того, що він льоху&lt;br /&gt;</w:t>
        <w:br/>
        <w:t>Нігди не кидався,</w:t>
      </w:r>
    </w:p>
    <w:p>
      <w:r>
        <w:br/>
        <w:t>Чи від того, що до бочки&lt;br /&gt;</w:t>
        <w:br/>
        <w:t>Коли прип'ялиться,&lt;br /&gt;</w:t>
        <w:br/>
        <w:t>То бувало тягне-тягне,&lt;br /&gt;</w:t>
        <w:br/>
        <w:t>Поки не звалиться;</w:t>
      </w:r>
    </w:p>
    <w:p>
      <w:r>
        <w:br/>
        <w:t>Чи від того, що бувало&lt;br /&gt;</w:t>
        <w:br/>
        <w:t>П'яним хилитався&lt;br /&gt;</w:t>
        <w:br/>
        <w:t>І, щоб тілько не упасти,&lt;br /&gt;</w:t>
        <w:br/>
        <w:t>Він за все чіплявся.</w:t>
      </w:r>
    </w:p>
    <w:p>
      <w:r>
        <w:br/>
        <w:t>Так і жили й виростали&lt;br /&gt;</w:t>
        <w:br/>
        <w:t>Царськії синочки;&lt;br /&gt;</w:t>
        <w:br/>
        <w:t>Іден в полі, другий в лісі,&lt;br /&gt;</w:t>
        <w:br/>
        <w:t>Третій коло бочки.</w:t>
      </w:r>
    </w:p>
    <w:p>
      <w:r>
        <w:br/>
        <w:t>III</w:t>
      </w:r>
    </w:p>
    <w:p>
      <w:r>
        <w:br/>
        <w:t>Ще цариця чує силу,&lt;br /&gt;</w:t>
        <w:br/>
        <w:t>Ще й надію має,&lt;br /&gt;</w:t>
        <w:br/>
        <w:t>Но Соловей занедужав,&lt;br /&gt;</w:t>
        <w:br/>
        <w:t>Смерті виглядає.</w:t>
      </w:r>
    </w:p>
    <w:p>
      <w:r>
        <w:br/>
        <w:t>Виглядає свої смерті&lt;br /&gt;</w:t>
        <w:br/>
        <w:t>На гладкій підлозі,&lt;br /&gt;</w:t>
        <w:br/>
        <w:t>Збілів волос його чорний,&lt;br /&gt;</w:t>
        <w:br/>
        <w:t>Ніби на морозі.</w:t>
      </w:r>
    </w:p>
    <w:p>
      <w:r>
        <w:br/>
        <w:t>І ослабли сухі руки,&lt;br /&gt;</w:t>
        <w:br/>
        <w:t>Холодіють ноги,&lt;br /&gt;</w:t>
        <w:br/>
        <w:t>І не може він підняти&lt;br /&gt;</w:t>
        <w:br/>
        <w:t>Голови з підлоги.</w:t>
      </w:r>
    </w:p>
    <w:p>
      <w:r>
        <w:br/>
        <w:t>Гаснуть очі, як ті зорі,&lt;br /&gt;</w:t>
        <w:br/>
        <w:t>І життя згасає;&lt;br /&gt;</w:t>
        <w:br/>
        <w:t>І жахнувся Соловей-цар&lt;br /&gt;</w:t>
        <w:br/>
        <w:t>І дітей скликає.</w:t>
      </w:r>
    </w:p>
    <w:p>
      <w:r>
        <w:br/>
        <w:t>І царевичі зійшлися,&lt;br /&gt;</w:t>
        <w:br/>
        <w:t>Коло него стали,&lt;br /&gt;</w:t>
        <w:br/>
        <w:t>Коло него разом стали,&lt;br /&gt;</w:t>
        <w:br/>
        <w:t>Гірко заридали.</w:t>
      </w:r>
    </w:p>
    <w:p>
      <w:r>
        <w:br/>
        <w:t>"Діти мої! — батько каже.&lt;br /&gt;</w:t>
        <w:br/>
        <w:t>Нічого ридати!&lt;br /&gt;</w:t>
        <w:br/>
        <w:t>І цареві, хоть і цар він,&lt;br /&gt;</w:t>
        <w:br/>
        <w:t>Треба ж умирати.</w:t>
      </w:r>
    </w:p>
    <w:p>
      <w:r>
        <w:br/>
        <w:t>Як умру я... Діти-діти...&lt;br /&gt;</w:t>
        <w:br/>
        <w:t>Станьте, не ридайте!..&lt;br /&gt;</w:t>
        <w:br/>
        <w:t>Як умру я, моє тіло&lt;br /&gt;</w:t>
        <w:br/>
        <w:t>В степу поховайте.</w:t>
      </w:r>
    </w:p>
    <w:p>
      <w:r>
        <w:br/>
        <w:t>І по колії три ночі&lt;br /&gt;</w:t>
        <w:br/>
        <w:t>Ходіть вартувати:&lt;br /&gt;</w:t>
        <w:br/>
        <w:t>Там я буду свою землю&lt;br /&gt;</w:t>
        <w:br/>
        <w:t>Дітям роздавати".</w:t>
      </w:r>
    </w:p>
    <w:p>
      <w:r>
        <w:br/>
        <w:t>І насилу Соловей-цар&lt;br /&gt;</w:t>
        <w:br/>
        <w:t>Руку підіймає;&lt;br /&gt;</w:t>
        <w:br/>
        <w:t>Сини плачуть і ридають,&lt;br /&gt;</w:t>
        <w:br/>
        <w:t>Він благословляє.</w:t>
      </w:r>
    </w:p>
    <w:p>
      <w:r>
        <w:br/>
        <w:t>І царевичі склонились,&lt;br /&gt;</w:t>
        <w:br/>
        <w:t>На коліна стали&lt;br /&gt;</w:t>
        <w:br/>
        <w:t>І останній раз живого&lt;br /&gt;</w:t>
        <w:br/>
        <w:t>Батька цілували.</w:t>
      </w:r>
    </w:p>
    <w:p>
      <w:r>
        <w:br/>
        <w:t>Незабаром по умершім&lt;br /&gt;</w:t>
        <w:br/>
        <w:t>Діти голосили;&lt;br /&gt;</w:t>
        <w:br/>
        <w:t>Незабаром мертве тіло&lt;br /&gt;</w:t>
        <w:br/>
        <w:t>В степу хоронили.</w:t>
      </w:r>
    </w:p>
    <w:p>
      <w:r>
        <w:br/>
        <w:t>Хоронили й поховали,&lt;br /&gt;</w:t>
        <w:br/>
        <w:t>Богу помолились,&lt;br /&gt;</w:t>
        <w:br/>
        <w:t>Повернулись до палацу,&lt;br /&gt;</w:t>
        <w:br/>
        <w:t>Сіли, зажурились.</w:t>
      </w:r>
    </w:p>
    <w:p>
      <w:r>
        <w:br/>
        <w:t>Стали вагу розважати,&lt;br /&gt;</w:t>
        <w:br/>
        <w:t>Думоньку гадати,&lt;br /&gt;</w:t>
        <w:br/>
        <w:t>Як-то каждому прийдеться&lt;br /&gt;</w:t>
        <w:br/>
        <w:t>Нічку вартувати.</w:t>
      </w:r>
    </w:p>
    <w:p>
      <w:r>
        <w:br/>
        <w:t>IV</w:t>
      </w:r>
    </w:p>
    <w:p>
      <w:r>
        <w:br/>
        <w:t>Нічка тиха. Зорі світять,&lt;br /&gt;</w:t>
        <w:br/>
        <w:t>В небі місяць грає.&lt;br /&gt;</w:t>
        <w:br/>
        <w:t>Степ туманом обгорнувся&lt;br /&gt;</w:t>
        <w:br/>
        <w:t>І сном засипає.</w:t>
      </w:r>
    </w:p>
    <w:p>
      <w:r>
        <w:br/>
        <w:t>Не шумить сухий чорнобиль,&lt;br /&gt;</w:t>
        <w:br/>
        <w:t>Коник не стрекоче,&lt;br /&gt;</w:t>
        <w:br/>
        <w:t>Перепілка не співає,&lt;br /&gt;</w:t>
        <w:br/>
        <w:t>І вуж не сикоче.</w:t>
      </w:r>
    </w:p>
    <w:p>
      <w:r>
        <w:br/>
        <w:t>І дрімає степ широкий,&lt;br /&gt;</w:t>
        <w:br/>
        <w:t>І кругом біліє,&lt;br /&gt;</w:t>
        <w:br/>
        <w:t>Тілько свіжая могила&lt;br /&gt;</w:t>
        <w:br/>
        <w:t>На степу чорніє.</w:t>
      </w:r>
    </w:p>
    <w:p>
      <w:r>
        <w:br/>
        <w:t>І в могилі Соловей-цар&lt;br /&gt;</w:t>
        <w:br/>
        <w:t>Сном опочиває.&lt;br /&gt;</w:t>
        <w:br/>
        <w:t>Над могилою царевич&lt;br /&gt;</w:t>
        <w:br/>
        <w:t>Варту відбуває.</w:t>
      </w:r>
    </w:p>
    <w:p>
      <w:r>
        <w:br/>
        <w:t>Відбуває самий старший,&lt;br /&gt;</w:t>
        <w:br/>
        <w:t>Батька виглядає&lt;br /&gt;</w:t>
        <w:br/>
        <w:t>І сумнії свої думи,&lt;br /&gt;</w:t>
        <w:br/>
        <w:t>І співи співає.</w:t>
      </w:r>
    </w:p>
    <w:p>
      <w:r>
        <w:br/>
        <w:t>Вдруг по степу загуділо,&lt;br /&gt;</w:t>
        <w:br/>
        <w:t>Затряслась могила,&lt;br /&gt;</w:t>
        <w:br/>
        <w:t>І царевич ізжахнувся:&lt;br /&gt;</w:t>
        <w:br/>
        <w:t>Північ наступила.</w:t>
      </w:r>
    </w:p>
    <w:p>
      <w:r>
        <w:br/>
        <w:t>І дух царя Соловея&lt;br /&gt;</w:t>
        <w:br/>
        <w:t>Став наверх могили.&lt;br /&gt;</w:t>
        <w:br/>
        <w:t>Як діамант, його шати&lt;br /&gt;</w:t>
        <w:br/>
        <w:t>Пишнії світили.</w:t>
      </w:r>
    </w:p>
    <w:p>
      <w:r>
        <w:br/>
        <w:t>І на вінку на смертельнім&lt;br /&gt;</w:t>
        <w:br/>
        <w:t>Квітки виростали,&lt;br /&gt;</w:t>
        <w:br/>
        <w:t>Виростали, розпукали,&lt;br /&gt;</w:t>
        <w:br/>
        <w:t>Чоло обвивали.</w:t>
      </w:r>
    </w:p>
    <w:p>
      <w:r>
        <w:br/>
        <w:t>І говорить він до сина:&lt;br /&gt;</w:t>
        <w:br/>
        <w:t>"Сину ти мій милий!"&lt;br /&gt;</w:t>
        <w:br/>
        <w:t>Іди, сину, ти на захід,&lt;br /&gt;</w:t>
        <w:br/>
        <w:t>Вліво від могили.</w:t>
      </w:r>
    </w:p>
    <w:p>
      <w:r>
        <w:br/>
        <w:t>Там ти будеш між горами&lt;br /&gt;</w:t>
        <w:br/>
        <w:t>Свою землю мати.&lt;br /&gt;</w:t>
        <w:br/>
        <w:t>Там ти будеш сам по собі&lt;br /&gt;</w:t>
        <w:br/>
        <w:t>Царем царювати.</w:t>
      </w:r>
    </w:p>
    <w:p>
      <w:r>
        <w:br/>
        <w:t>А за теє, що вартуєш&lt;br /&gt;</w:t>
        <w:br/>
        <w:t>Ти могилу сюю,&lt;br /&gt;</w:t>
        <w:br/>
        <w:t>Я сопілку золотую&lt;br /&gt;</w:t>
        <w:br/>
        <w:t>Тобі подарую.</w:t>
      </w:r>
    </w:p>
    <w:p>
      <w:r>
        <w:br/>
        <w:t>І як сумно в ню заграєш,&lt;br /&gt;</w:t>
        <w:br/>
        <w:t>Усе засумує;&lt;br /&gt;</w:t>
        <w:br/>
        <w:t>А як весело заграєш,&lt;br /&gt;</w:t>
        <w:br/>
        <w:t>Усе затанцює".</w:t>
      </w:r>
    </w:p>
    <w:p>
      <w:r>
        <w:br/>
        <w:t>Дух іздимів, і на землю&lt;br /&gt;</w:t>
        <w:br/>
        <w:t>Ще роса не слала,&lt;br /&gt;</w:t>
        <w:br/>
        <w:t>Як сопілка на могилі&lt;br /&gt;</w:t>
        <w:br/>
        <w:t>Золота лежала.</w:t>
      </w:r>
    </w:p>
    <w:p>
      <w:r>
        <w:br/>
        <w:t>І узяв її царевич,&lt;br /&gt;</w:t>
        <w:br/>
        <w:t>З браттями простився&lt;br /&gt;</w:t>
        <w:br/>
        <w:t>Та й на рідну сторононьку&lt;br /&gt;</w:t>
        <w:br/>
        <w:t>Жити віддалився.</w:t>
      </w:r>
    </w:p>
    <w:p>
      <w:r>
        <w:br/>
        <w:t>V</w:t>
      </w:r>
    </w:p>
    <w:p>
      <w:r>
        <w:br/>
        <w:t>В другу нічку середущий&lt;br /&gt;</w:t>
        <w:br/>
        <w:t>Варту відбуває&lt;br /&gt;</w:t>
        <w:br/>
        <w:t>І стрілою на могилу&lt;br /&gt;</w:t>
        <w:br/>
        <w:t>Землю підгортає.</w:t>
      </w:r>
    </w:p>
    <w:p>
      <w:r>
        <w:br/>
        <w:t>І опівніч наступила,&lt;br /&gt;</w:t>
        <w:br/>
        <w:t>Степ заколисався,&lt;br /&gt;</w:t>
        <w:br/>
        <w:t>І дух царя Соловея&lt;br /&gt;</w:t>
        <w:br/>
        <w:t>Сину показався.</w:t>
      </w:r>
    </w:p>
    <w:p>
      <w:r>
        <w:br/>
        <w:t>І говорить він до сина:&lt;br /&gt;</w:t>
        <w:br/>
        <w:t>"Сину ти мій милий,&lt;br /&gt;</w:t>
        <w:br/>
        <w:t>Іди, сипу, ти на захід,&lt;br /&gt;</w:t>
        <w:br/>
        <w:t>Вправо від могили.</w:t>
      </w:r>
    </w:p>
    <w:p>
      <w:r>
        <w:br/>
        <w:t>Там з лісами і звірами&lt;br /&gt;</w:t>
        <w:br/>
        <w:t>Будеш землю мати,&lt;br /&gt;</w:t>
        <w:br/>
        <w:t>Там ти будеш царювати,&lt;br /&gt;</w:t>
        <w:br/>
        <w:t>Звірів полювати.</w:t>
      </w:r>
    </w:p>
    <w:p>
      <w:r>
        <w:br/>
        <w:t>А за теє, що вартуєш,&lt;br /&gt;</w:t>
        <w:br/>
        <w:t>Ти могилу сюю,&lt;br /&gt;</w:t>
        <w:br/>
        <w:t>На потіху тобі, сину,&lt;br /&gt;</w:t>
        <w:br/>
        <w:t>Коня подарую.</w:t>
      </w:r>
    </w:p>
    <w:p>
      <w:r>
        <w:br/>
        <w:t>І як схочеш полювати&lt;br /&gt;</w:t>
        <w:br/>
        <w:t>В добрую годину,&lt;br /&gt;</w:t>
        <w:br/>
        <w:t>Через вуха лиш коневі&lt;br /&gt;</w:t>
        <w:br/>
        <w:t>Перелізеш, сину".</w:t>
      </w:r>
    </w:p>
    <w:p>
      <w:r>
        <w:br/>
        <w:t>Дух іздимів. Іще в небо&lt;br /&gt;</w:t>
        <w:br/>
        <w:t>Зорі не уплили,&lt;br /&gt;</w:t>
        <w:br/>
        <w:t>А вже коник вороненький&lt;br /&gt;</w:t>
        <w:br/>
        <w:t>Стояв край могили.</w:t>
      </w:r>
    </w:p>
    <w:p>
      <w:r>
        <w:br/>
        <w:t>І повів коня царевич,&lt;br /&gt;</w:t>
        <w:br/>
        <w:t>З братом розпростився&lt;br /&gt;</w:t>
        <w:br/>
        <w:t>І на рідну сторононьку&lt;br /&gt;</w:t>
        <w:br/>
        <w:t>Жити віддалився.</w:t>
      </w:r>
    </w:p>
    <w:p>
      <w:r>
        <w:br/>
        <w:t>В третю нічку наймолодший&lt;br /&gt;</w:t>
        <w:br/>
        <w:t>Варту відбуває&lt;br /&gt;</w:t>
        <w:br/>
        <w:t>І десятую бутельку&lt;br /&gt;</w:t>
        <w:br/>
        <w:t>З горя випиває.</w:t>
      </w:r>
    </w:p>
    <w:p>
      <w:r>
        <w:br/>
        <w:t>І опівніч наступила,&lt;br /&gt;</w:t>
        <w:br/>
        <w:t>Степ заколисався,&lt;br /&gt;</w:t>
        <w:br/>
        <w:t>І дух царя Соловея&lt;br /&gt;</w:t>
        <w:br/>
        <w:t>Сину показався.</w:t>
      </w:r>
    </w:p>
    <w:p>
      <w:r>
        <w:br/>
        <w:t>І говорить: "І ти,сину,&lt;br /&gt;</w:t>
        <w:br/>
        <w:t>Хоть не вартий того,&lt;br /&gt;</w:t>
        <w:br/>
        <w:t>А повинен долю взяти&lt;br /&gt;</w:t>
        <w:br/>
        <w:t>В царя, батька свого.</w:t>
      </w:r>
    </w:p>
    <w:p>
      <w:r>
        <w:br/>
        <w:t>Будеш, сину, мою землю&lt;br /&gt;</w:t>
        <w:br/>
        <w:t>І мій палац мати,&lt;br /&gt;</w:t>
        <w:br/>
        <w:t>Там з царицею ти будеш&lt;br /&gt;</w:t>
        <w:br/>
        <w:t>Разом царювати.</w:t>
      </w:r>
    </w:p>
    <w:p>
      <w:r>
        <w:br/>
        <w:t>А за теє, що вартуєш,&lt;br /&gt;</w:t>
        <w:br/>
        <w:t>Я і сам не знаю,&lt;br /&gt;</w:t>
        <w:br/>
        <w:t>Чим я тебе, п'яний сину,&lt;br /&gt;</w:t>
        <w:br/>
        <w:t>Дарувати маю".</w:t>
      </w:r>
    </w:p>
    <w:p>
      <w:r>
        <w:br/>
        <w:t>"Чим же, тату, дарувати?&lt;br /&gt;</w:t>
        <w:br/>
        <w:t>Таку бочку дати,&lt;br /&gt;</w:t>
        <w:br/>
        <w:t>Щоб із неї пити-пити&lt;br /&gt;</w:t>
        <w:br/>
        <w:t>І не випивати".</w:t>
      </w:r>
    </w:p>
    <w:p>
      <w:r>
        <w:br/>
        <w:t>Дух іздимів, зорі згасли,&lt;br /&gt;</w:t>
        <w:br/>
        <w:t>І роса упала.&lt;br /&gt;</w:t>
        <w:br/>
        <w:t>Аж тоді наверх могили&lt;br /&gt;</w:t>
        <w:br/>
        <w:t>З вином бочка стала.</w:t>
      </w:r>
    </w:p>
    <w:p>
      <w:r>
        <w:br/>
        <w:t>І пішов царевич з нею&lt;br /&gt;</w:t>
        <w:br/>
        <w:t>І, ідучи, впився.&lt;br /&gt;</w:t>
        <w:br/>
        <w:t>І в палаці на порозі&lt;br /&gt;</w:t>
        <w:br/>
        <w:t>П'яний повалився.</w:t>
      </w:r>
    </w:p>
    <w:p>
      <w:r>
        <w:br/>
        <w:t>VI</w:t>
      </w:r>
    </w:p>
    <w:p>
      <w:r>
        <w:br/>
        <w:t>Ще причепа не проспався,&lt;br /&gt;</w:t>
        <w:br/>
        <w:t>Лежить на порозі,&lt;br /&gt;</w:t>
        <w:br/>
        <w:t>А вже Канчук з його військом&lt;br /&gt;</w:t>
        <w:br/>
        <w:t>Б'ється па дорозі.</w:t>
      </w:r>
    </w:p>
    <w:p>
      <w:r>
        <w:br/>
        <w:t>Да воно пак і не страшно:&lt;br /&gt;</w:t>
        <w:br/>
        <w:t>В него війська много,&lt;br /&gt;</w:t>
        <w:br/>
        <w:t>Та усе народ добірний,&lt;br /&gt;</w:t>
        <w:br/>
        <w:t>Іден у їдного.</w:t>
      </w:r>
    </w:p>
    <w:p>
      <w:r>
        <w:br/>
        <w:t>Да й Канчука з його військом&lt;br /&gt;</w:t>
        <w:br/>
        <w:t>Лихо не узяло!&lt;br /&gt;</w:t>
        <w:br/>
        <w:t>Бо вже справного такого&lt;br /&gt;</w:t>
        <w:br/>
        <w:t>В світі не бувало.</w:t>
      </w:r>
    </w:p>
    <w:p>
      <w:r>
        <w:br/>
        <w:t>І два війська ізійшлося,&lt;br /&gt;</w:t>
        <w:br/>
        <w:t>Як дві сильних тучі;&lt;br /&gt;</w:t>
        <w:br/>
        <w:t>Як блискавка, замигтіли&lt;br /&gt;</w:t>
        <w:br/>
        <w:t>Палаші блискучі.</w:t>
      </w:r>
    </w:p>
    <w:p>
      <w:r>
        <w:br/>
        <w:t>І без жалю січе палаш,&lt;br /&gt;</w:t>
        <w:br/>
        <w:t>Списа серце коле,&lt;br /&gt;</w:t>
        <w:br/>
        <w:t>І валяться трупом люди&lt;br /&gt;</w:t>
        <w:br/>
        <w:t>На криваве поле.</w:t>
      </w:r>
    </w:p>
    <w:p>
      <w:r>
        <w:br/>
        <w:t>Що раз гірше Канчукове&lt;br /&gt;</w:t>
        <w:br/>
        <w:t>Військо налягає.&lt;br /&gt;</w:t>
        <w:br/>
        <w:t>Що раз слабше його силу&lt;br /&gt;</w:t>
        <w:br/>
        <w:t>Друге відбиває,</w:t>
      </w:r>
    </w:p>
    <w:p>
      <w:r>
        <w:br/>
        <w:t>І сонечко на полудень&lt;br /&gt;</w:t>
        <w:br/>
        <w:t>Іще не ставало,&lt;br /&gt;</w:t>
        <w:br/>
        <w:t>А причепи усе військо-&lt;br /&gt;</w:t>
        <w:br/>
        <w:t>Покотом лежало.</w:t>
      </w:r>
    </w:p>
    <w:p>
      <w:r>
        <w:br/>
        <w:t>Крик і галас у столиці:&lt;br /&gt;</w:t>
        <w:br/>
        <w:t>Канчук у дорозі!&lt;br /&gt;</w:t>
        <w:br/>
        <w:t>І цариця свого сина&lt;br /&gt;</w:t>
        <w:br/>
        <w:t>Будить на порозі.</w:t>
      </w:r>
    </w:p>
    <w:p>
      <w:r>
        <w:br/>
        <w:t>І причепа пробудився —&lt;br /&gt;</w:t>
        <w:br/>
        <w:t>Нічого діяти!&lt;br /&gt;</w:t>
        <w:br/>
        <w:t>Схватнв бочку перед себе,&lt;br /&gt;</w:t>
        <w:br/>
        <w:t>Давай утікати.</w:t>
      </w:r>
    </w:p>
    <w:p>
      <w:r>
        <w:br/>
        <w:t>Тілько бочка будь здорова,&lt;br /&gt;</w:t>
        <w:br/>
        <w:t>Пропадай, столице!&lt;br /&gt;</w:t>
        <w:br/>
        <w:t>Пропадайте ви, палаци,&lt;br /&gt;</w:t>
        <w:br/>
        <w:t>Й ти, стара царице!</w:t>
      </w:r>
    </w:p>
    <w:p>
      <w:r>
        <w:br/>
        <w:t>А тим часом під столицю&lt;br /&gt;</w:t>
        <w:br/>
        <w:t>Канчук підступає&lt;br /&gt;</w:t>
        <w:br/>
        <w:t>І гарматами залізні&lt;br /&gt;</w:t>
        <w:br/>
        <w:t>Брами розбиває,</w:t>
      </w:r>
    </w:p>
    <w:p>
      <w:r>
        <w:br/>
        <w:t>Розбиває і ламає&lt;br /&gt;</w:t>
        <w:br/>
        <w:t>Срібную дорогу&lt;br /&gt;</w:t>
        <w:br/>
        <w:t>Їв палаці добуває&lt;br /&gt;</w:t>
        <w:br/>
        <w:t>Золоту підлогу.</w:t>
      </w:r>
    </w:p>
    <w:p>
      <w:r>
        <w:br/>
        <w:t>І все військо нахапало&lt;br /&gt;</w:t>
        <w:br/>
        <w:t>Срібла по кишені.&lt;br /&gt;</w:t>
        <w:br/>
        <w:t>Осавули й отамани —&lt;br /&gt;</w:t>
        <w:br/>
        <w:t>Злота повні жмені,</w:t>
      </w:r>
    </w:p>
    <w:p>
      <w:r>
        <w:br/>
        <w:t>А царевич — діаманти.&lt;br /&gt;</w:t>
        <w:br/>
        <w:t>І пішли з столиці...&lt;br /&gt;</w:t>
        <w:br/>
        <w:t>Ще спасибі, що не вбили&lt;br /&gt;</w:t>
        <w:br/>
        <w:t>Бідної цариці.</w:t>
      </w:r>
    </w:p>
    <w:p>
      <w:r>
        <w:br/>
        <w:t>VII</w:t>
      </w:r>
    </w:p>
    <w:p>
      <w:r>
        <w:br/>
        <w:t>Нічка тиха. Зорі світять.&lt;br /&gt;</w:t>
        <w:br/>
        <w:t>В небі місяць грає.&lt;br /&gt;</w:t>
        <w:br/>
        <w:t>Степ туманом обгорнувся&lt;br /&gt;</w:t>
        <w:br/>
        <w:t>І сном засипає.</w:t>
      </w:r>
    </w:p>
    <w:p>
      <w:r>
        <w:br/>
        <w:t>Не шумить сухий чорнобиль,&lt;br /&gt;</w:t>
        <w:br/>
        <w:t>Коник не стрекоче,&lt;br /&gt;</w:t>
        <w:br/>
        <w:t>Перепілка не співає,&lt;br /&gt;</w:t>
        <w:br/>
        <w:t>І вуж не сикоче.</w:t>
      </w:r>
    </w:p>
    <w:p>
      <w:r>
        <w:br/>
        <w:t>І дрімає степ широкий,&lt;br /&gt;</w:t>
        <w:br/>
        <w:t>І кругом біліє,&lt;br /&gt;</w:t>
        <w:br/>
        <w:t>Тілько свіжая могила&lt;br /&gt;</w:t>
        <w:br/>
        <w:t>На степу чорніє.</w:t>
      </w:r>
    </w:p>
    <w:p>
      <w:r>
        <w:br/>
        <w:t>І в могилі Соловей-цар&lt;br /&gt;</w:t>
        <w:br/>
        <w:t>Сном опочиває;&lt;br /&gt;</w:t>
        <w:br/>
        <w:t>Над могилою цариця&lt;br /&gt;</w:t>
        <w:br/>
        <w:t>Тяженько ридає.</w:t>
      </w:r>
    </w:p>
    <w:p>
      <w:r>
        <w:br/>
        <w:t>Вдруг по степу загуділо,&lt;br /&gt;</w:t>
        <w:br/>
        <w:t>Затряслась могила.&lt;br /&gt;</w:t>
        <w:br/>
        <w:t>І жахнулася цариця:&lt;br /&gt;</w:t>
        <w:br/>
        <w:t>Північ наступила.</w:t>
      </w:r>
    </w:p>
    <w:p>
      <w:r>
        <w:br/>
        <w:t>І дух царя Соловея&lt;br /&gt;</w:t>
        <w:br/>
        <w:t>Став наверх могили,&lt;br /&gt;</w:t>
        <w:br/>
        <w:t>Як діамант, його шати&lt;br /&gt;</w:t>
        <w:br/>
        <w:t>Пишнії світили.</w:t>
      </w:r>
    </w:p>
    <w:p>
      <w:r>
        <w:br/>
        <w:t>І на вінку несмертельнім&lt;br /&gt;</w:t>
        <w:br/>
        <w:t>Квітки розпукали,&lt;br /&gt;</w:t>
        <w:br/>
        <w:t>Виростали, розпукали,&lt;br /&gt;</w:t>
        <w:br/>
        <w:t>Чоло обвивали.</w:t>
      </w:r>
    </w:p>
    <w:p>
      <w:r>
        <w:br/>
        <w:t>І говорить: "Жінко люба,&lt;br /&gt;</w:t>
        <w:br/>
        <w:t>Нічого тужити.&lt;br /&gt;</w:t>
        <w:br/>
        <w:t>Кинь причепу і палаци,&lt;br /&gt;</w:t>
        <w:br/>
        <w:t>В них тобі не жити.</w:t>
      </w:r>
    </w:p>
    <w:p>
      <w:r>
        <w:br/>
        <w:t>Палац скоро завалиться,&lt;br /&gt;</w:t>
        <w:br/>
        <w:t>І сліда не буде,&lt;br /&gt;</w:t>
        <w:br/>
        <w:t>І столицю мою пишну&lt;br /&gt;</w:t>
        <w:br/>
        <w:t>Занехають люди.</w:t>
      </w:r>
    </w:p>
    <w:p>
      <w:r>
        <w:br/>
        <w:t>Бо причепа уже другу&lt;br /&gt;</w:t>
        <w:br/>
        <w:t>Десь там закладає.&lt;br /&gt;</w:t>
        <w:br/>
        <w:t>Заким тую, як старую,&lt;br /&gt;</w:t>
        <w:br/>
        <w:t>Кине-занехає.</w:t>
      </w:r>
    </w:p>
    <w:p>
      <w:r>
        <w:br/>
        <w:t>Не вертайся ти до него,&lt;br /&gt;</w:t>
        <w:br/>
        <w:t>Жий собі на волі:&lt;br /&gt;</w:t>
        <w:br/>
        <w:t>Не подбає син о тобі&lt;br /&gt;</w:t>
        <w:br/>
        <w:t>При лихій недолі.</w:t>
      </w:r>
    </w:p>
    <w:p>
      <w:r>
        <w:br/>
        <w:t>Жий на волі, на степові,&lt;br /&gt;</w:t>
        <w:br/>
        <w:t>Дасть тобі бог доньку;&lt;br /&gt;</w:t>
        <w:br/>
        <w:t>Та пригорне, приголубить&lt;br /&gt;</w:t>
        <w:br/>
        <w:t>Твою головоньку.</w:t>
      </w:r>
    </w:p>
    <w:p>
      <w:r>
        <w:br/>
        <w:t>І у дочки тої будуть&lt;br /&gt;</w:t>
        <w:br/>
        <w:t>Золотії крила,&lt;br /&gt;</w:t>
        <w:br/>
        <w:t>У тих крилах її буде&lt;br /&gt;</w:t>
        <w:br/>
        <w:t>І воля, і сила.</w:t>
      </w:r>
    </w:p>
    <w:p>
      <w:r>
        <w:br/>
        <w:t>І як ворог прилучиться —&lt;br /&gt;</w:t>
        <w:br/>
        <w:t>Най тріпне крилами —&lt;br /&gt;</w:t>
        <w:br/>
        <w:t>То посиплються, як порох,&lt;br /&gt;</w:t>
        <w:br/>
        <w:t>Коні з козаками.</w:t>
      </w:r>
    </w:p>
    <w:p>
      <w:r>
        <w:br/>
        <w:t>А з волосся буде мати&lt;br /&gt;</w:t>
        <w:br/>
        <w:t>Отамана свого;&lt;br /&gt;</w:t>
        <w:br/>
        <w:t>Нехай тілько не виходить&lt;br /&gt;</w:t>
        <w:br/>
        <w:t>Замуж ні за кого".</w:t>
      </w:r>
    </w:p>
    <w:p>
      <w:r>
        <w:br/>
        <w:t>Дух іздимів, і зірниця&lt;br /&gt;</w:t>
        <w:br/>
        <w:t>Ще не засвітила,&lt;br /&gt;</w:t>
        <w:br/>
        <w:t>Як цариця злотокрилу&lt;br /&gt;</w:t>
        <w:br/>
        <w:t>Дочку породила.</w:t>
      </w:r>
    </w:p>
    <w:p>
      <w:r>
        <w:br/>
        <w:t>VIII</w:t>
      </w:r>
    </w:p>
    <w:p>
      <w:r>
        <w:br/>
        <w:t>Жиє собі на степові&lt;br /&gt;</w:t>
        <w:br/>
        <w:t>Вбогая цариця.&lt;br /&gt;</w:t>
        <w:br/>
        <w:t>Росте дочка злотокрила,&lt;br /&gt;</w:t>
        <w:br/>
        <w:t>Як та чарівниця.</w:t>
      </w:r>
    </w:p>
    <w:p>
      <w:r>
        <w:br/>
        <w:t>Росте вона щогодини,&lt;br /&gt;</w:t>
        <w:br/>
        <w:t>Росте не літами.&lt;br /&gt;</w:t>
        <w:br/>
        <w:t>Що загляне кругом себе,&lt;br /&gt;</w:t>
        <w:br/>
        <w:t>То й питає мами.</w:t>
      </w:r>
    </w:p>
    <w:p>
      <w:r>
        <w:br/>
        <w:t>Чи забринить коло неї&lt;br /&gt;</w:t>
        <w:br/>
        <w:t>Пчілка або муха,&lt;br /&gt;</w:t>
        <w:br/>
        <w:t>Чи зав'ється, защебече&lt;br /&gt;</w:t>
        <w:br/>
        <w:t>Пташка-щебетуха.</w:t>
      </w:r>
    </w:p>
    <w:p>
      <w:r>
        <w:br/>
        <w:t>"Скажи, мамо, що говорять,&lt;br /&gt;</w:t>
        <w:br/>
        <w:t>Що вони щебечуть?&lt;br /&gt;</w:t>
        <w:br/>
        <w:t>Чи то діти з вітром грають,&lt;br /&gt;</w:t>
        <w:br/>
        <w:t>З ненькою лепечуть?</w:t>
      </w:r>
    </w:p>
    <w:p>
      <w:r>
        <w:br/>
        <w:t>Чи то мати доньку кличе?&lt;br /&gt;</w:t>
        <w:br/>
        <w:t>Скажи, моя мати.&lt;br /&gt;</w:t>
        <w:br/>
        <w:t>Може б, і я полетіла&lt;br /&gt;</w:t>
        <w:br/>
        <w:t>З ними погуляти?"</w:t>
      </w:r>
    </w:p>
    <w:p>
      <w:r>
        <w:br/>
        <w:t>Чи комахів де загляне,&lt;br /&gt;</w:t>
        <w:br/>
        <w:t>То і просить неньки:&lt;br /&gt;</w:t>
        <w:br/>
        <w:t>"Подивися, моя нене,&lt;br /&gt;</w:t>
        <w:br/>
        <w:t>На кузьки маленькі.</w:t>
      </w:r>
    </w:p>
    <w:p>
      <w:r>
        <w:br/>
        <w:t>Як вони билину носять,&lt;br /&gt;</w:t>
        <w:br/>
        <w:t>Комашню будують,&lt;br /&gt;</w:t>
        <w:br/>
        <w:t>І ніч, і день коло неї&lt;br /&gt;</w:t>
        <w:br/>
        <w:t>Сторожі вартують.</w:t>
      </w:r>
    </w:p>
    <w:p>
      <w:r>
        <w:br/>
        <w:t>Подивися, як чужії&lt;br /&gt;</w:t>
        <w:br/>
        <w:t>Разом ізійдуться,&lt;br /&gt;</w:t>
        <w:br/>
        <w:t>Як кусаються, їдяться&lt;br /&gt;</w:t>
        <w:br/>
        <w:t>І до смерті б'ються.</w:t>
      </w:r>
    </w:p>
    <w:p>
      <w:r>
        <w:br/>
        <w:t>Мабуть, мамо, і комаха&lt;br /&gt;</w:t>
        <w:br/>
        <w:t>Людський розум має,&lt;br /&gt;</w:t>
        <w:br/>
        <w:t>Коли вона між своїми&lt;br /&gt;</w:t>
        <w:br/>
        <w:t>Ворога пізнає".</w:t>
      </w:r>
    </w:p>
    <w:p>
      <w:r>
        <w:br/>
        <w:t>Чи на степ широкий гляне,&lt;br /&gt;</w:t>
        <w:br/>
        <w:t>Де дзвінок синіє&lt;br /&gt;</w:t>
        <w:br/>
        <w:t>І під ним, як шовк зелений,&lt;br /&gt;</w:t>
        <w:br/>
        <w:t>Трава зеленіє;</w:t>
      </w:r>
    </w:p>
    <w:p>
      <w:r>
        <w:br/>
        <w:t>І вітрець весінній віє,&lt;br /&gt;</w:t>
        <w:br/>
        <w:t>Травку нахиляє,&lt;br /&gt;</w:t>
        <w:br/>
        <w:t>І по травці ніби хвилі&lt;br /&gt;</w:t>
        <w:br/>
        <w:t>Гонить-наганяє:</w:t>
      </w:r>
    </w:p>
    <w:p>
      <w:r>
        <w:br/>
        <w:t>"Мамо-мамо, як весело!&lt;br /&gt;</w:t>
        <w:br/>
        <w:t>Чи ж ти розважала?&lt;br /&gt;</w:t>
        <w:br/>
        <w:t>Перед тим суха билина&lt;br /&gt;</w:t>
        <w:br/>
        <w:t>Поле покривала,</w:t>
      </w:r>
    </w:p>
    <w:p>
      <w:r>
        <w:br/>
        <w:t>І валилась, крила поле,&lt;br /&gt;</w:t>
        <w:br/>
        <w:t>Як суха костриця...&lt;br /&gt;</w:t>
        <w:br/>
        <w:t>А тепер... ізнов на полі&lt;br /&gt;</w:t>
        <w:br/>
        <w:t>Молода травиця!</w:t>
      </w:r>
    </w:p>
    <w:p>
      <w:r>
        <w:br/>
        <w:t>Мамо-мамо, чи ж на світі&lt;br /&gt;</w:t>
        <w:br/>
        <w:t>Так не все міниться,&lt;br /&gt;</w:t>
        <w:br/>
        <w:t>Чи ж не там росте новеє,&lt;br /&gt;</w:t>
        <w:br/>
        <w:t>Де старе звалиться?"</w:t>
      </w:r>
    </w:p>
    <w:p>
      <w:r>
        <w:br/>
        <w:t>IX</w:t>
      </w:r>
    </w:p>
    <w:p>
      <w:r>
        <w:br/>
        <w:t>Встає сонце від восходу,&lt;br /&gt;</w:t>
        <w:br/>
        <w:t>Іде до заходу,&lt;br /&gt;</w:t>
        <w:br/>
        <w:t>І нема сліда на небі&lt;br /&gt;</w:t>
        <w:br/>
        <w:t>Після його ходу.</w:t>
      </w:r>
    </w:p>
    <w:p>
      <w:r>
        <w:br/>
        <w:t>І куди воно заходить,&lt;br /&gt;</w:t>
        <w:br/>
        <w:t>І де спочиває?&lt;br /&gt;</w:t>
        <w:br/>
        <w:t>Скажи мені, моя нене,&lt;br /&gt;</w:t>
        <w:br/>
        <w:t>Хто то розгадає?</w:t>
      </w:r>
    </w:p>
    <w:p>
      <w:r>
        <w:br/>
        <w:t>І так сходить і заходить,&lt;br /&gt;</w:t>
        <w:br/>
        <w:t>Може, з-перед віка,&lt;br /&gt;</w:t>
        <w:br/>
        <w:t>І як глянеш — чи ж не тая&lt;br /&gt;</w:t>
        <w:br/>
        <w:t>Доля чоловіка?</w:t>
      </w:r>
    </w:p>
    <w:p>
      <w:r>
        <w:br/>
        <w:t>Зійде красний, як те сонце;&lt;br /&gt;</w:t>
        <w:br/>
        <w:t>Світ його побавить,&lt;br /&gt;</w:t>
        <w:br/>
        <w:t>І вмирає, і по собі&lt;br /&gt;</w:t>
        <w:br/>
        <w:t>Сліду не оставить.</w:t>
      </w:r>
    </w:p>
    <w:p>
      <w:r>
        <w:br/>
        <w:t>А на небі сонце вічно&lt;br /&gt;</w:t>
        <w:br/>
        <w:t>Сходить і заходить,&lt;br /&gt;</w:t>
        <w:br/>
        <w:t>Як же, мамо, теє сонце&lt;br /&gt;</w:t>
        <w:br/>
        <w:t>Попід землю ходить?</w:t>
      </w:r>
    </w:p>
    <w:p>
      <w:r>
        <w:br/>
        <w:t>Най земля стоїть на морі —&lt;br /&gt;</w:t>
        <w:br/>
        <w:t>Де ж оперлось море?&lt;br /&gt;</w:t>
        <w:br/>
        <w:t>Які ж будуть, моя нене,&lt;br /&gt;</w:t>
        <w:br/>
        <w:t>Для води опори?</w:t>
      </w:r>
    </w:p>
    <w:p>
      <w:r>
        <w:br/>
        <w:t>Як земля стоїть по собі&lt;br /&gt;</w:t>
        <w:br/>
        <w:t>І опір не має?&lt;br /&gt;</w:t>
        <w:br/>
        <w:t>Скажи мені, моя непе,&lt;br /&gt;</w:t>
        <w:br/>
        <w:t>Хто її тримає?</w:t>
      </w:r>
    </w:p>
    <w:p>
      <w:r>
        <w:br/>
        <w:t>І як висить на повітрі&lt;br /&gt;</w:t>
        <w:br/>
        <w:t>Тяжка така брила?&lt;br /&gt;</w:t>
        <w:br/>
        <w:t>Не згдаю, не зміркую,&lt;br /&gt;</w:t>
        <w:br/>
        <w:t>Слаба моя сила".</w:t>
      </w:r>
    </w:p>
    <w:p>
      <w:r>
        <w:br/>
        <w:t>Стане нічка, сходять зорі,&lt;br /&gt;</w:t>
        <w:br/>
        <w:t>Місяць випливає..&lt;br /&gt;</w:t>
        <w:br/>
        <w:t>"Звідки світло в синім небі? —&lt;br /&gt;</w:t>
        <w:br/>
        <w:t>Дівчина питає. —</w:t>
      </w:r>
    </w:p>
    <w:p>
      <w:r>
        <w:br/>
        <w:t>Чи то слуги божі світять&lt;br /&gt;</w:t>
        <w:br/>
        <w:t>Свічі восковії?&lt;br /&gt;</w:t>
        <w:br/>
        <w:t>Чи то сяють так на небі&lt;br /&gt;</w:t>
        <w:br/>
        <w:t>Люди умерлії?</w:t>
      </w:r>
    </w:p>
    <w:p>
      <w:r>
        <w:br/>
        <w:t>Чи то зорі, божі мислі,&lt;br /&gt;</w:t>
        <w:br/>
        <w:t>Божая дорога?&lt;br /&gt;</w:t>
        <w:br/>
        <w:t>Чи то, може, кажна зірка&lt;br /&gt;</w:t>
        <w:br/>
        <w:t>Інший світ у бога?</w:t>
      </w:r>
    </w:p>
    <w:p>
      <w:r>
        <w:br/>
        <w:t>Не зміркую, моя нене,&lt;br /&gt;</w:t>
        <w:br/>
        <w:t>Гадки не згадаю.&lt;br /&gt;</w:t>
        <w:br/>
        <w:t>Полетіла б, полетіла б,&lt;br /&gt;</w:t>
        <w:br/>
        <w:t>Силоньки не маю".</w:t>
      </w:r>
    </w:p>
    <w:p>
      <w:r>
        <w:br/>
        <w:t>І голубить її ненька,&lt;br /&gt;</w:t>
        <w:br/>
        <w:t>К серцю пригортає&lt;br /&gt;</w:t>
        <w:br/>
        <w:t>І милую свою доньку&lt;br /&gt;</w:t>
        <w:br/>
        <w:t>Правди научає.</w:t>
      </w:r>
    </w:p>
    <w:p>
      <w:r>
        <w:br/>
        <w:t>X</w:t>
      </w:r>
    </w:p>
    <w:p>
      <w:r>
        <w:br/>
        <w:t>Росте дочка злотокрила,&lt;br /&gt;</w:t>
        <w:br/>
        <w:t>Краси добирає,&lt;br /&gt;</w:t>
        <w:br/>
        <w:t>А тим часом її ненька&lt;br /&gt;</w:t>
        <w:br/>
        <w:t>З силоньки спадає.</w:t>
      </w:r>
    </w:p>
    <w:p>
      <w:r>
        <w:br/>
        <w:t>Обсіклися пишні коси,&lt;br /&gt;</w:t>
        <w:br/>
        <w:t>Снігом забіліли,&lt;br /&gt;</w:t>
        <w:br/>
        <w:t>Поспадали повні личка,&lt;br /&gt;</w:t>
        <w:br/>
        <w:t>Воском зажовтіли.</w:t>
      </w:r>
    </w:p>
    <w:p>
      <w:r>
        <w:br/>
        <w:t>Очі в лоб позападали&lt;br /&gt;</w:t>
        <w:br/>
        <w:t>І там позгасали,&lt;br /&gt;</w:t>
        <w:br/>
        <w:t>І на лобі літа сумні&lt;br /&gt;</w:t>
        <w:br/>
        <w:t>Сліди поорали.</w:t>
      </w:r>
    </w:p>
    <w:p>
      <w:r>
        <w:br/>
        <w:t>І ослабли сухі руки,&lt;br /&gt;</w:t>
        <w:br/>
        <w:t>Підкосились ноги,&lt;br /&gt;</w:t>
        <w:br/>
        <w:t>Похилилась, як билина&lt;br /&gt;</w:t>
        <w:br/>
        <w:t>Суха край дороги.</w:t>
      </w:r>
    </w:p>
    <w:p>
      <w:r>
        <w:br/>
        <w:t>І згадала стара ненька&lt;br /&gt;</w:t>
        <w:br/>
        <w:t>Смертную годину,&lt;br /&gt;</w:t>
        <w:br/>
        <w:t>На могилу Соловея&lt;br /&gt;</w:t>
        <w:br/>
        <w:t>Повела дитину.</w:t>
      </w:r>
    </w:p>
    <w:p>
      <w:r>
        <w:br/>
        <w:t>І говорить: "Доню мила,&lt;br /&gt;</w:t>
        <w:br/>
        <w:t>Поглянь кругом себе:&lt;br /&gt;</w:t>
        <w:br/>
        <w:t>Доки зглянеш — все то буде&lt;br /&gt;</w:t>
        <w:br/>
        <w:t>Суджено для тебе".</w:t>
      </w:r>
    </w:p>
    <w:p>
      <w:r>
        <w:br/>
        <w:t>І поглянула царівна,&lt;br /&gt;</w:t>
        <w:br/>
        <w:t>Видить — синє море.&lt;br /&gt;</w:t>
        <w:br/>
        <w:t>Подивилася на захід —&lt;br /&gt;</w:t>
        <w:br/>
        <w:t>Манячіють гори.</w:t>
      </w:r>
    </w:p>
    <w:p>
      <w:r>
        <w:br/>
        <w:t>На восході чорний ворон&lt;br /&gt;</w:t>
        <w:br/>
        <w:t>Понад ліс літає.&lt;br /&gt;</w:t>
        <w:br/>
        <w:t>На опівніч орел сивий&lt;br /&gt;</w:t>
        <w:br/>
        <w:t>Когті розправляє.</w:t>
      </w:r>
    </w:p>
    <w:p>
      <w:r>
        <w:br/>
        <w:t>І говорить до царівни&lt;br /&gt;</w:t>
        <w:br/>
        <w:t>Бідная цариця:&lt;br /&gt;</w:t>
        <w:br/>
        <w:t>"Де спочили твої очі,&lt;br /&gt;</w:t>
        <w:br/>
        <w:t>Там твоя границя.</w:t>
      </w:r>
    </w:p>
    <w:p>
      <w:r>
        <w:br/>
        <w:t>Будь довільна своїм краєм.&lt;br /&gt;</w:t>
        <w:br/>
        <w:t>Не бажай чужого,&lt;br /&gt;</w:t>
        <w:br/>
        <w:t>Але нехай і чужії&lt;br /&gt;</w:t>
        <w:br/>
        <w:t>Не займають твого.</w:t>
      </w:r>
    </w:p>
    <w:p>
      <w:r>
        <w:br/>
        <w:t>Єсть у тебе в крилах сила —&lt;br /&gt;</w:t>
        <w:br/>
        <w:t>Бийся, відбивайся.&lt;br /&gt;</w:t>
        <w:br/>
        <w:t>Єсть у тебе в лобі розум —&lt;br /&gt;</w:t>
        <w:br/>
        <w:t>Звести не давайся.</w:t>
      </w:r>
    </w:p>
    <w:p>
      <w:r>
        <w:br/>
        <w:t>Стережися, доню, хмелю:&lt;br /&gt;</w:t>
        <w:br/>
        <w:t>Хміль — погане зілля:&lt;br /&gt;</w:t>
        <w:br/>
        <w:t>Платить мукою-тугою&lt;br /&gt;</w:t>
        <w:br/>
        <w:t>За часок весілля.</w:t>
      </w:r>
    </w:p>
    <w:p>
      <w:r>
        <w:br/>
        <w:t>Будь царівною довіку,&lt;br /&gt;</w:t>
        <w:br/>
        <w:t>Замуж — то недоля:&lt;br /&gt;</w:t>
        <w:br/>
        <w:t>Нема в світі, моя донько,&lt;br /&gt;</w:t>
        <w:br/>
        <w:t>Як власная воля.</w:t>
      </w:r>
    </w:p>
    <w:p>
      <w:r>
        <w:br/>
        <w:t>Рік від року сповідайся&lt;br /&gt;</w:t>
        <w:br/>
        <w:t>У старій столиці&lt;br /&gt;</w:t>
        <w:br/>
        <w:t>І не забудь царя-батька&lt;br /&gt;</w:t>
        <w:br/>
        <w:t>І мене, цариці".</w:t>
      </w:r>
    </w:p>
    <w:p>
      <w:r>
        <w:br/>
        <w:t>І цариця свою доньку&lt;br /&gt;</w:t>
        <w:br/>
        <w:t>Поблагословила&lt;br /&gt;</w:t>
        <w:br/>
        <w:t>І навіки свої очі&lt;br /&gt;</w:t>
        <w:br/>
        <w:t>Темнії закрила.</w:t>
      </w:r>
    </w:p>
    <w:p>
      <w:r>
        <w:br/>
        <w:t>ЧАСТЬ ДРУГА</w:t>
      </w:r>
    </w:p>
    <w:p>
      <w:r>
        <w:br/>
        <w:t>І</w:t>
      </w:r>
    </w:p>
    <w:p>
      <w:r>
        <w:br/>
        <w:t>Незабаром на степові&lt;br /&gt;</w:t>
        <w:br/>
        <w:t>І Канчук конає,&lt;br /&gt;</w:t>
        <w:br/>
        <w:t>Свої діти, свої слуги&lt;br /&gt;</w:t>
        <w:br/>
        <w:t>З шатра висилає.</w:t>
      </w:r>
    </w:p>
    <w:p>
      <w:r>
        <w:br/>
        <w:t>І виходять його діти,&lt;br /&gt;</w:t>
        <w:br/>
        <w:t>Слуги виступають,&lt;br /&gt;</w:t>
        <w:br/>
        <w:t>Ломлять руки, по цареві&lt;br /&gt;</w:t>
        <w:br/>
        <w:t>Плачуть і ридають.</w:t>
      </w:r>
    </w:p>
    <w:p>
      <w:r>
        <w:br/>
        <w:t>Лиш мізинець не ридає,&lt;br /&gt;</w:t>
        <w:br/>
        <w:t>Шатра не кидає:&lt;br /&gt;</w:t>
        <w:br/>
        <w:t>Заховався під постелю&lt;br /&gt;</w:t>
        <w:br/>
        <w:t>І все розважає.</w:t>
      </w:r>
    </w:p>
    <w:p>
      <w:r>
        <w:br/>
        <w:t>Встає Канчук із постелі&lt;br /&gt;</w:t>
        <w:br/>
        <w:t>І трьома ключами&lt;br /&gt;</w:t>
        <w:br/>
        <w:t>Відмикає круглу скриню,&lt;br /&gt;</w:t>
        <w:br/>
        <w:t>Збиту обручами.</w:t>
      </w:r>
    </w:p>
    <w:p>
      <w:r>
        <w:br/>
        <w:t>Достає нагай ремінний,&lt;br /&gt;</w:t>
        <w:br/>
        <w:t>Кримку витягає,&lt;br /&gt;</w:t>
        <w:br/>
        <w:t>Достає казан чугуниий,&lt;br /&gt;</w:t>
        <w:br/>
        <w:t>Стиха промовляє:</w:t>
      </w:r>
    </w:p>
    <w:p>
      <w:r>
        <w:br/>
        <w:t>"От нагай, що вражій силі&lt;br /&gt;</w:t>
        <w:br/>
        <w:t>Давав наганяю,&lt;br /&gt;</w:t>
        <w:br/>
        <w:t>Як бувало говорив я:&lt;br /&gt;</w:t>
        <w:br/>
        <w:t>"Погуляй, нагаю!"</w:t>
      </w:r>
    </w:p>
    <w:p>
      <w:r>
        <w:br/>
        <w:t>А то кримка-невидимка,&lt;br /&gt;</w:t>
        <w:br/>
        <w:t>Що мене ховала,&lt;br /&gt;</w:t>
        <w:br/>
        <w:t>Як у полі вража сила&lt;br /&gt;</w:t>
        <w:br/>
        <w:t>Мене наганяла.</w:t>
      </w:r>
    </w:p>
    <w:p>
      <w:r>
        <w:br/>
        <w:t>І казан!.. Не раз варив я,&lt;br /&gt;</w:t>
        <w:br/>
        <w:t>Що йно попадалось;&lt;br /&gt;</w:t>
        <w:br/>
        <w:t>І все військо було сите,&lt;br /&gt;</w:t>
        <w:br/>
        <w:t>І ще зоставалось".</w:t>
      </w:r>
    </w:p>
    <w:p>
      <w:r>
        <w:br/>
        <w:t>І узяв він тії річі,&lt;br /&gt;</w:t>
        <w:br/>
        <w:t>К серцю пригортає,&lt;br /&gt;</w:t>
        <w:br/>
        <w:t>Заливається сльозами,&lt;br /&gt;</w:t>
        <w:br/>
        <w:t>Стиха промовляє:</w:t>
      </w:r>
    </w:p>
    <w:p>
      <w:r>
        <w:br/>
        <w:t>"Річі мої дорогії!&lt;br /&gt;</w:t>
        <w:br/>
        <w:t>Де мні вас подіти?&lt;br /&gt;</w:t>
        <w:br/>
        <w:t>Віддав би вас своїм дітям,&lt;br /&gt;</w:t>
        <w:br/>
        <w:t>Та не варті діти!</w:t>
      </w:r>
    </w:p>
    <w:p>
      <w:r>
        <w:br/>
        <w:t>Закопаю я вас в землю,&lt;br /&gt;</w:t>
        <w:br/>
        <w:t>Там лежіть довіка.&lt;br /&gt;</w:t>
        <w:br/>
        <w:t>Нехай до вас не доткнеться&lt;br /&gt;</w:t>
        <w:br/>
        <w:t>Рука чоловіка".</w:t>
      </w:r>
    </w:p>
    <w:p>
      <w:r>
        <w:br/>
        <w:t>І викопав в шатрі яму,&lt;br /&gt;</w:t>
        <w:br/>
        <w:t>Річі укладає&lt;br /&gt;</w:t>
        <w:br/>
        <w:t>І землею засипає,&lt;br /&gt;</w:t>
        <w:br/>
        <w:t>Тричі примовляє:</w:t>
      </w:r>
    </w:p>
    <w:p>
      <w:r>
        <w:br/>
        <w:t>"Хто їх буде добувати,&lt;br /&gt;</w:t>
        <w:br/>
        <w:t>Нагле най сконає;&lt;br /&gt;</w:t>
        <w:br/>
        <w:t>Чия рука закопала,&lt;br /&gt;</w:t>
        <w:br/>
        <w:t>Та най відкопає".</w:t>
      </w:r>
    </w:p>
    <w:p>
      <w:r>
        <w:br/>
        <w:t>І втиснув коліном землю&lt;br /&gt;</w:t>
        <w:br/>
        <w:t>І підвівся стиха.&lt;br /&gt;</w:t>
        <w:br/>
        <w:t>Положився на постелю&lt;br /&gt;</w:t>
        <w:br/>
        <w:t>І сконав до лиха.</w:t>
      </w:r>
    </w:p>
    <w:p>
      <w:r>
        <w:br/>
        <w:t>II</w:t>
      </w:r>
    </w:p>
    <w:p>
      <w:r>
        <w:br/>
        <w:t>"Добре, батьку, що сконав-єсь!&lt;br /&gt;</w:t>
        <w:br/>
        <w:t>Синок промовляє. —&lt;br /&gt;</w:t>
        <w:br/>
        <w:t>Чия рука закопала,&lt;br /&gt;</w:t>
        <w:br/>
        <w:t>Та і відкопає".</w:t>
      </w:r>
    </w:p>
    <w:p>
      <w:r>
        <w:br/>
        <w:t>І ще теплого з постелі&lt;br /&gt;</w:t>
        <w:br/>
        <w:t>Волоче до ями&lt;br /&gt;</w:t>
        <w:br/>
        <w:t>І розкопує ту яму&lt;br /&gt;</w:t>
        <w:br/>
        <w:t>Мертвими руками.</w:t>
      </w:r>
    </w:p>
    <w:p>
      <w:r>
        <w:br/>
        <w:t>І,розкопує, гадає:&lt;br /&gt;</w:t>
        <w:br/>
        <w:t>"Все то моє буде,&lt;br /&gt;</w:t>
        <w:br/>
        <w:t>І не видітимуть браття,&lt;br /&gt;</w:t>
        <w:br/>
        <w:t>Не знатимуть люди".</w:t>
      </w:r>
    </w:p>
    <w:p>
      <w:r>
        <w:br/>
        <w:t>А тим часом його браття&lt;br /&gt;</w:t>
        <w:br/>
        <w:t>Своє пам'ятають:&lt;br /&gt;</w:t>
        <w:br/>
        <w:t>Поробили в шатрі діри,&lt;br /&gt;</w:t>
        <w:br/>
        <w:t>В шатро заглядають.</w:t>
      </w:r>
    </w:p>
    <w:p>
      <w:r>
        <w:br/>
        <w:t>І но тілько докопався —&lt;br /&gt;</w:t>
        <w:br/>
        <w:t>В шатро повбігали&lt;br /&gt;</w:t>
        <w:br/>
        <w:t>І над батьком своїм діти&lt;br /&gt;</w:t>
        <w:br/>
        <w:t>Сварку розпочали.</w:t>
      </w:r>
    </w:p>
    <w:p>
      <w:r>
        <w:br/>
        <w:t>"Моя кримка!" — каже менший.&lt;br /&gt;</w:t>
        <w:br/>
        <w:t>"Моя!" — середущий.&lt;br /&gt;</w:t>
        <w:br/>
        <w:t>"Моя кримка! — каже старший. —&lt;br /&gt;</w:t>
        <w:br/>
        <w:t>Я старший і дужчий".</w:t>
      </w:r>
    </w:p>
    <w:p>
      <w:r>
        <w:br/>
        <w:t>І вхватили кримку в руки,&lt;br /&gt;</w:t>
        <w:br/>
        <w:t>Кримки не пускають.&lt;br /&gt;</w:t>
        <w:br/>
        <w:t>А тут раптом нахилились&lt;br /&gt;</w:t>
        <w:br/>
        <w:t>І нагай хватають.</w:t>
      </w:r>
    </w:p>
    <w:p>
      <w:r>
        <w:br/>
        <w:t>"Мій нагай! — говорить менший.-&lt;br /&gt;</w:t>
        <w:br/>
        <w:t>"Ні, мій!" — середущий.&lt;br /&gt;</w:t>
        <w:br/>
        <w:t>"Мій казан! — говорить старший.&lt;br /&gt;</w:t>
        <w:br/>
        <w:t>Я старший і дужчий.</w:t>
      </w:r>
    </w:p>
    <w:p>
      <w:r>
        <w:br/>
        <w:t>І всі троє заціпились,&lt;br /&gt;</w:t>
        <w:br/>
        <w:t>І нагай тримають,&lt;br /&gt;</w:t>
        <w:br/>
        <w:t>І ще раптом нахилились —&lt;br /&gt;</w:t>
        <w:br/>
        <w:t>Казан підіймають.</w:t>
      </w:r>
    </w:p>
    <w:p>
      <w:r>
        <w:br/>
        <w:t>"Мій казан!" — молодший каже.&lt;br /&gt;</w:t>
        <w:br/>
        <w:t>"Ні, мій!" — середущий.&lt;br /&gt;</w:t>
        <w:br/>
        <w:t>"Мій казан! — говорить старший.&lt;br /&gt;</w:t>
        <w:br/>
        <w:t>Я старший і дужчий".</w:t>
      </w:r>
    </w:p>
    <w:p>
      <w:r>
        <w:br/>
        <w:t>І зчепились за дідизну&lt;br /&gt;</w:t>
        <w:br/>
        <w:t>І не помиряться.&lt;br /&gt;</w:t>
        <w:br/>
        <w:t>І водяться по шатрові,&lt;br /&gt;</w:t>
        <w:br/>
        <w:t>День і ніч сваряться.</w:t>
      </w:r>
    </w:p>
    <w:p>
      <w:r>
        <w:br/>
        <w:t>І сваряться, не миряться,&lt;br /&gt;</w:t>
        <w:br/>
        <w:t>Батька проклинають,&lt;br /&gt;</w:t>
        <w:br/>
        <w:t>А тим часом ходять слуги&lt;br /&gt;</w:t>
        <w:br/>
        <w:t>Да їм розважають:</w:t>
      </w:r>
    </w:p>
    <w:p>
      <w:r>
        <w:br/>
        <w:t>"Царевичі наші любі,&lt;br /&gt;</w:t>
        <w:br/>
        <w:t>Сваром не сваріться!&lt;br /&gt;</w:t>
        <w:br/>
        <w:t>Ходіть лучче до причепи,&lt;br /&gt;</w:t>
        <w:br/>
        <w:t>Миром помиріться".</w:t>
      </w:r>
    </w:p>
    <w:p>
      <w:r>
        <w:br/>
        <w:t>І подумали три брати,&lt;br /&gt;</w:t>
        <w:br/>
        <w:t>Покидають степи&lt;br /&gt;</w:t>
        <w:br/>
        <w:t>І на північ, у столицю,&lt;br /&gt;</w:t>
        <w:br/>
        <w:t>Ідуть до причепи.</w:t>
      </w:r>
    </w:p>
    <w:p>
      <w:r>
        <w:br/>
        <w:t>III</w:t>
      </w:r>
    </w:p>
    <w:p>
      <w:r>
        <w:br/>
        <w:t>Прийшли брати у столицю,&lt;br /&gt;</w:t>
        <w:br/>
        <w:t>Палац відпитали&lt;br /&gt;</w:t>
        <w:br/>
        <w:t>І приходять до покою,&lt;br /&gt;</w:t>
        <w:br/>
        <w:t>Край порога стали.</w:t>
      </w:r>
    </w:p>
    <w:p>
      <w:r>
        <w:br/>
        <w:t>А в покої сам причепа&lt;br /&gt;</w:t>
        <w:br/>
        <w:t>На високім тропі,&lt;br /&gt;</w:t>
        <w:br/>
        <w:t>Кучерявий хміль повився&lt;br /&gt;</w:t>
        <w:br/>
        <w:t>На його короні.</w:t>
      </w:r>
    </w:p>
    <w:p>
      <w:r>
        <w:br/>
        <w:t>Коло него, ступнем нижче,&lt;br /&gt;</w:t>
        <w:br/>
        <w:t>Сидять сенатори,&lt;br /&gt;</w:t>
        <w:br/>
        <w:t>А за ними їднорали,&lt;br /&gt;</w:t>
        <w:br/>
        <w:t>Пани й асесори.</w:t>
      </w:r>
    </w:p>
    <w:p>
      <w:r>
        <w:br/>
        <w:t>За панами осавули,&lt;br /&gt;</w:t>
        <w:br/>
        <w:t>Як свічки, стояли,&lt;br /&gt;</w:t>
        <w:br/>
        <w:t>А за ними прості люди&lt;br /&gt;</w:t>
        <w:br/>
        <w:t>Мовчки уклякали.</w:t>
      </w:r>
    </w:p>
    <w:p>
      <w:r>
        <w:br/>
        <w:t>У царя на відер двоє&lt;br /&gt;</w:t>
        <w:br/>
        <w:t>Чаша брильянтова,&lt;br /&gt;</w:t>
        <w:br/>
        <w:t>І на чаші стоїть надпись:&lt;br /&gt;</w:t>
        <w:br/>
        <w:t>"Тут правда царьова",</w:t>
      </w:r>
    </w:p>
    <w:p>
      <w:r>
        <w:br/>
        <w:t>І цар нею вино тягне,&lt;br /&gt;</w:t>
        <w:br/>
        <w:t>Відром — сенатори,&lt;br /&gt;</w:t>
        <w:br/>
        <w:t>Піввідерком — їднорали,&lt;br /&gt;</w:t>
        <w:br/>
        <w:t>Оком — асесори.</w:t>
      </w:r>
    </w:p>
    <w:p>
      <w:r>
        <w:br/>
        <w:t>Пани пили із півока,&lt;br /&gt;</w:t>
        <w:br/>
        <w:t>З кварти — осавули,&lt;br /&gt;</w:t>
        <w:br/>
        <w:t>Прості люди то з бляшанки,&lt;br /&gt;</w:t>
        <w:br/>
        <w:t>То з бичка тягнули.</w:t>
      </w:r>
    </w:p>
    <w:p>
      <w:r>
        <w:br/>
        <w:t>Наоколо часовії&lt;br /&gt;</w:t>
        <w:br/>
        <w:t>Стіни підпирали,&lt;br /&gt;</w:t>
        <w:br/>
        <w:t>І, як ружжя, довгошиї&lt;br /&gt;</w:t>
        <w:br/>
        <w:t>Бутельки тримали.</w:t>
      </w:r>
    </w:p>
    <w:p>
      <w:r>
        <w:br/>
        <w:t>Підступили, поклонились&lt;br /&gt;</w:t>
        <w:br/>
        <w:t>Діти Канчукові.&lt;br /&gt;</w:t>
        <w:br/>
        <w:t>"Розсуди нас! — говорили&lt;br /&gt;</w:t>
        <w:br/>
        <w:t>П'яному царьові, —</w:t>
      </w:r>
    </w:p>
    <w:p>
      <w:r>
        <w:br/>
        <w:t>Розсуди по правді божій,&lt;br /&gt;</w:t>
        <w:br/>
        <w:t>А не чоловічій:&lt;br /&gt;</w:t>
        <w:br/>
        <w:t>Нам осталось після батька&lt;br /&gt;</w:t>
        <w:br/>
        <w:t>Три чудесних річі.</w:t>
      </w:r>
    </w:p>
    <w:p>
      <w:r>
        <w:br/>
        <w:t>І першая із тих річів —&lt;br /&gt;</w:t>
        <w:br/>
        <w:t>Канчукова кримка,&lt;br /&gt;</w:t>
        <w:br/>
        <w:t>І та кримка не простая —&lt;br /&gt;</w:t>
        <w:br/>
        <w:t>Кримка-невидимка.</w:t>
      </w:r>
    </w:p>
    <w:p>
      <w:r>
        <w:br/>
        <w:t>Друга річ — нагай ремінний,&lt;br /&gt;</w:t>
        <w:br/>
        <w:t>Тільки-но сказати:&lt;br /&gt;</w:t>
        <w:br/>
        <w:t>"Погуляй на кім, нагаю!"&lt;br /&gt;</w:t>
        <w:br/>
        <w:t>То й зачне гуляти.</w:t>
      </w:r>
    </w:p>
    <w:p>
      <w:r>
        <w:br/>
        <w:t>А з казана, щоби їли&lt;br /&gt;</w:t>
        <w:br/>
        <w:t>Всі на світі люди —&lt;br /&gt;</w:t>
        <w:br/>
        <w:t>Скілько страви ізварити,&lt;br /&gt;</w:t>
        <w:br/>
        <w:t>Стілько в нім і буде.</w:t>
      </w:r>
    </w:p>
    <w:p>
      <w:r>
        <w:br/>
        <w:t>Отаке-то, ясний царю!&lt;br /&gt;</w:t>
        <w:br/>
        <w:t>Ми й самі не знаєм,&lt;br /&gt;</w:t>
        <w:br/>
        <w:t>Як ті речі між собою&lt;br /&gt;</w:t>
        <w:br/>
        <w:t>Поділити маєм.</w:t>
      </w:r>
    </w:p>
    <w:p>
      <w:r>
        <w:br/>
        <w:t>Чи три річі взяти разом&lt;br /&gt;</w:t>
        <w:br/>
        <w:t>Судиш ти їдному?&lt;br /&gt;</w:t>
        <w:br/>
        <w:t>Чи каждому їдну взяти?&lt;br /&gt;</w:t>
        <w:br/>
        <w:t>І котру якому?"</w:t>
      </w:r>
    </w:p>
    <w:p>
      <w:r>
        <w:br/>
        <w:t>IV</w:t>
      </w:r>
    </w:p>
    <w:p>
      <w:r>
        <w:br/>
        <w:t>"Не журіться, царські діти,&lt;br /&gt;</w:t>
        <w:br/>
        <w:t>Діти Канчукові:&lt;br /&gt;</w:t>
        <w:br/>
        <w:t>Передайте ви ті річі&lt;br /&gt;</w:t>
        <w:br/>
        <w:t>Нашому царьові.</w:t>
      </w:r>
    </w:p>
    <w:p>
      <w:r>
        <w:br/>
        <w:t>Цар розсудить, кому взяти!" —&lt;br /&gt;</w:t>
        <w:br/>
        <w:t>Слуги враз сказали.&lt;br /&gt;</w:t>
        <w:br/>
        <w:t>І царевичі причепі&lt;br /&gt;</w:t>
        <w:br/>
        <w:t>Свої річі здали.</w:t>
      </w:r>
    </w:p>
    <w:p>
      <w:r>
        <w:br/>
        <w:t>А причепа тії річі&lt;br /&gt;</w:t>
        <w:br/>
        <w:t>На столі складає&lt;br /&gt;</w:t>
        <w:br/>
        <w:t>І встає із свого трону.&lt;br /&gt;</w:t>
        <w:br/>
        <w:t>Стиха промовляє:</w:t>
      </w:r>
    </w:p>
    <w:p>
      <w:r>
        <w:br/>
        <w:t>"Свідок бог, суджу я правду,&lt;br /&gt;</w:t>
        <w:br/>
        <w:t>І всі добрі люди:&lt;br /&gt;</w:t>
        <w:br/>
        <w:t>Хто із вас братів поборе,&lt;br /&gt;</w:t>
        <w:br/>
        <w:t>Усе того буде".</w:t>
      </w:r>
    </w:p>
    <w:p>
      <w:r>
        <w:br/>
        <w:t>І в минуті двоє старших&lt;br /&gt;</w:t>
        <w:br/>
        <w:t>Раптом ізчепились.&lt;br /&gt;</w:t>
        <w:br/>
        <w:t>Ізчепились і до крові,&lt;br /&gt;</w:t>
        <w:br/>
        <w:t>Як ті півні, бились.</w:t>
      </w:r>
    </w:p>
    <w:p>
      <w:r>
        <w:br/>
        <w:t>А молодший лиш на кримку&lt;br /&gt;</w:t>
        <w:br/>
        <w:t>Скоса поглядає...&lt;br /&gt;</w:t>
        <w:br/>
        <w:t>Ніби місце дає браттям,&lt;br /&gt;</w:t>
        <w:br/>
        <w:t>К столу підступає.</w:t>
      </w:r>
    </w:p>
    <w:p>
      <w:r>
        <w:br/>
        <w:t>Вже і тому, і другому&lt;br /&gt;</w:t>
        <w:br/>
        <w:t>Боки посиніли,&lt;br /&gt;</w:t>
        <w:br/>
        <w:t>Вже крівлею тому й тому&lt;br /&gt;</w:t>
        <w:br/>
        <w:t>Губи закипіли.</w:t>
      </w:r>
    </w:p>
    <w:p>
      <w:r>
        <w:br/>
        <w:t>А все вони таки б'ються,&lt;br /&gt;</w:t>
        <w:br/>
        <w:t>Мцром не миряться;&lt;br /&gt;</w:t>
        <w:br/>
        <w:t>Наостаток враз без сили&lt;br /&gt;</w:t>
        <w:br/>
        <w:t>Покотом валяться.</w:t>
      </w:r>
    </w:p>
    <w:p>
      <w:r>
        <w:br/>
        <w:t>Плещуть свідки у долоні,&lt;br /&gt;</w:t>
        <w:br/>
        <w:t>Ті цар помагає,&lt;br /&gt;</w:t>
        <w:br/>
        <w:t>А мізинець помаленьку&lt;br /&gt;</w:t>
        <w:br/>
        <w:t>Руку протягає.</w:t>
      </w:r>
    </w:p>
    <w:p>
      <w:r>
        <w:br/>
        <w:t>Хвать за кримку! Да на себе!&lt;br /&gt;</w:t>
        <w:br/>
        <w:t>Давай утікати!&lt;br /&gt;</w:t>
        <w:br/>
        <w:t>Сенаторам через плечі,&lt;br /&gt;</w:t>
        <w:br/>
        <w:t>Людям через п'яти!</w:t>
      </w:r>
    </w:p>
    <w:p>
      <w:r>
        <w:br/>
        <w:t>"Ловіть його, бісурмана!" —&lt;br /&gt;</w:t>
        <w:br/>
        <w:t>Усі закричали.&lt;br /&gt;</w:t>
        <w:br/>
        <w:t>А він уже за порогом,&lt;br /&gt;</w:t>
        <w:br/>
        <w:t>Поминай як звали!</w:t>
      </w:r>
    </w:p>
    <w:p>
      <w:r>
        <w:br/>
        <w:t>"Ну, пустили того біса,&lt;br /&gt;</w:t>
        <w:br/>
        <w:t>Хоть тих не пускайте!&lt;br /&gt;</w:t>
        <w:br/>
        <w:t>Не пускайте бісурманів,&lt;br /&gt;</w:t>
        <w:br/>
        <w:t>Зараз порубайте!"</w:t>
      </w:r>
    </w:p>
    <w:p>
      <w:r>
        <w:br/>
        <w:t>І царевичів безсильних&lt;br /&gt;</w:t>
        <w:br/>
        <w:t>На шматки зрубали,&lt;br /&gt;</w:t>
        <w:br/>
        <w:t>І собі нагай ремінний&lt;br /&gt;</w:t>
        <w:br/>
        <w:t>І казан узяли.</w:t>
      </w:r>
    </w:p>
    <w:p>
      <w:r>
        <w:br/>
        <w:t>А мізинець-невидимець&lt;br /&gt;</w:t>
        <w:br/>
        <w:t>З страху чи із горя&lt;br /&gt;</w:t>
        <w:br/>
        <w:t>Десь погнався через степи&lt;br /&gt;</w:t>
        <w:br/>
        <w:t>До самого моря.</w:t>
      </w:r>
    </w:p>
    <w:p>
      <w:r>
        <w:br/>
        <w:t>V</w:t>
      </w:r>
    </w:p>
    <w:p>
      <w:r>
        <w:br/>
        <w:t>На полудень від заходу&lt;br /&gt;</w:t>
        <w:br/>
        <w:t>Пишна, як дівчина,&lt;br /&gt;</w:t>
        <w:br/>
        <w:t>Розвинулась і дрімає&lt;br /&gt;</w:t>
        <w:br/>
        <w:t>Сонная долина.</w:t>
      </w:r>
    </w:p>
    <w:p>
      <w:r>
        <w:br/>
        <w:t>У головах терен в'ється,&lt;br /&gt;</w:t>
        <w:br/>
        <w:t>Шию обвиває&lt;br /&gt;</w:t>
        <w:br/>
        <w:t>І квітками й ягідками&lt;br /&gt;</w:t>
        <w:br/>
        <w:t>Голову вбирає.</w:t>
      </w:r>
    </w:p>
    <w:p>
      <w:r>
        <w:br/>
        <w:t>Від восходу, як покрівля,&lt;br /&gt;</w:t>
        <w:br/>
        <w:t>Відкотилось море,&lt;br /&gt;</w:t>
        <w:br/>
        <w:t>Від заходу при долині&lt;br /&gt;</w:t>
        <w:br/>
        <w:t>Стоять сиві гори.</w:t>
      </w:r>
    </w:p>
    <w:p>
      <w:r>
        <w:br/>
        <w:t>Стоять гори при долині,&lt;br /&gt;</w:t>
        <w:br/>
        <w:t>Ніби батько й мати.&lt;br /&gt;</w:t>
        <w:br/>
        <w:t>І вартують, доки буде&lt;br /&gt;</w:t>
        <w:br/>
        <w:t>їх дитина спати.</w:t>
      </w:r>
    </w:p>
    <w:p>
      <w:r>
        <w:br/>
        <w:t>І вартують з-перед віку&lt;br /&gt;</w:t>
        <w:br/>
        <w:t>І думу гадають,&lt;br /&gt;</w:t>
        <w:br/>
        <w:t>Та на сонную дитину&lt;br /&gt;</w:t>
        <w:br/>
        <w:t>Сльози проливають.</w:t>
      </w:r>
    </w:p>
    <w:p>
      <w:r>
        <w:br/>
        <w:t>І на ноги спаде слізка —&lt;br /&gt;</w:t>
        <w:br/>
        <w:t>І, як невидимка,&lt;br /&gt;</w:t>
        <w:br/>
        <w:t>Закриває її чари&lt;br /&gt;</w:t>
        <w:br/>
        <w:t>Встидливая димка.</w:t>
      </w:r>
    </w:p>
    <w:p>
      <w:r>
        <w:br/>
        <w:t>І та димка зеленіє,&lt;br /&gt;</w:t>
        <w:br/>
        <w:t>Вабить і лякає,&lt;br /&gt;</w:t>
        <w:br/>
        <w:t>Вбитому життя дарує&lt;br /&gt;</w:t>
        <w:br/>
        <w:t>І сама вбиває.</w:t>
      </w:r>
    </w:p>
    <w:p>
      <w:r>
        <w:br/>
        <w:t>І на стан сльоза упаде —&lt;br /&gt;</w:t>
        <w:br/>
        <w:t>Кругом обіллється,&lt;br /&gt;</w:t>
        <w:br/>
        <w:t>Опереже стан тоненький,&lt;br /&gt;</w:t>
        <w:br/>
        <w:t>В вузлик завинеться.</w:t>
      </w:r>
    </w:p>
    <w:p>
      <w:r>
        <w:br/>
        <w:t>Завинеться і дівочі&lt;br /&gt;</w:t>
        <w:br/>
        <w:t>Чари замикає,&lt;br /&gt;</w:t>
        <w:br/>
        <w:t>І два кінці, як дві бинди,&lt;br /&gt;</w:t>
        <w:br/>
        <w:t>В море опускає.</w:t>
      </w:r>
    </w:p>
    <w:p>
      <w:r>
        <w:br/>
        <w:t>І на груди сльоза впаде,&lt;br /&gt;</w:t>
        <w:br/>
        <w:t>І до серця ллється,&lt;br /&gt;</w:t>
        <w:br/>
        <w:t>Доки в серці у гарячім&lt;br /&gt;</w:t>
        <w:br/>
        <w:t>З вогнем не зійдеться.</w:t>
      </w:r>
    </w:p>
    <w:p>
      <w:r>
        <w:br/>
        <w:t>І лиш тілько ізійдеться,&lt;br /&gt;</w:t>
        <w:br/>
        <w:t>Парою злітає&lt;br /&gt;</w:t>
        <w:br/>
        <w:t>Гу сонної долини&lt;br /&gt;</w:t>
        <w:br/>
        <w:t>Груди підіймає.</w:t>
      </w:r>
    </w:p>
    <w:p>
      <w:r>
        <w:br/>
        <w:t>Підіймає повні груди,&lt;br /&gt;</w:t>
        <w:br/>
        <w:t>Груди пробиває&lt;br /&gt;</w:t>
        <w:br/>
        <w:t>І гарячою водою&lt;br /&gt;</w:t>
        <w:br/>
        <w:t>На світ випливає.</w:t>
      </w:r>
    </w:p>
    <w:p>
      <w:r>
        <w:br/>
        <w:t>Плачуть гори, течуть сльози&lt;br /&gt;</w:t>
        <w:br/>
        <w:t>Віки, не годину.&lt;br /&gt;</w:t>
        <w:br/>
        <w:t>Но ті сльози не збуджають&lt;br /&gt;</w:t>
        <w:br/>
        <w:t>Сонную долину.</w:t>
      </w:r>
    </w:p>
    <w:p>
      <w:r>
        <w:br/>
        <w:t>Плачуть гори з-перед віку&lt;br /&gt;</w:t>
        <w:br/>
        <w:t>І не перестануть,&lt;br /&gt;</w:t>
        <w:br/>
        <w:t>Тілько й легше горам стане,&lt;br /&gt;</w:t>
        <w:br/>
        <w:t>Як на море глянуть.</w:t>
      </w:r>
    </w:p>
    <w:p>
      <w:r>
        <w:br/>
        <w:t>Море тихе, море ясне,&lt;br /&gt;</w:t>
        <w:br/>
        <w:t>Як дитя, дрімає,&lt;br /&gt;</w:t>
        <w:br/>
        <w:t>А за морем свята церква&lt;br /&gt;</w:t>
        <w:br/>
        <w:t>І хрест святий сяє.</w:t>
      </w:r>
    </w:p>
    <w:p>
      <w:r>
        <w:br/>
        <w:t>VI</w:t>
      </w:r>
    </w:p>
    <w:p>
      <w:r>
        <w:br/>
        <w:t>В сій долині межи морем,&lt;br /&gt;</w:t>
        <w:br/>
        <w:t>Терном і горами&lt;br /&gt;</w:t>
        <w:br/>
        <w:t>Жив собі пастух-царевич&lt;br /&gt;</w:t>
        <w:br/>
        <w:t>З своїми стадами.</w:t>
      </w:r>
    </w:p>
    <w:p>
      <w:r>
        <w:br/>
        <w:t>Живе собі, як пташина&lt;br /&gt;</w:t>
        <w:br/>
        <w:t>На святії волі,&lt;br /&gt;</w:t>
        <w:br/>
        <w:t>Коло него стада бродять&lt;br /&gt;</w:t>
        <w:br/>
        <w:t>На шовковім полі.</w:t>
      </w:r>
    </w:p>
    <w:p>
      <w:r>
        <w:br/>
        <w:t>А він собі під оріхом&lt;br /&gt;</w:t>
        <w:br/>
        <w:t>Лежить на травиці,&lt;br /&gt;</w:t>
        <w:br/>
        <w:t>І в травиці червоніють&lt;br /&gt;</w:t>
        <w:br/>
        <w:t>Спілі полуниці.</w:t>
      </w:r>
    </w:p>
    <w:p>
      <w:r>
        <w:br/>
        <w:t>А навколо на деревах&lt;br /&gt;</w:t>
        <w:br/>
        <w:t>Фіги і мигдали.&lt;br /&gt;</w:t>
        <w:br/>
        <w:t>Померанці і цитрини&lt;br /&gt;</w:t>
        <w:br/>
        <w:t>Гілля повтинали.</w:t>
      </w:r>
    </w:p>
    <w:p>
      <w:r>
        <w:br/>
        <w:t>Там спадають спілі сливи,&lt;br /&gt;</w:t>
        <w:br/>
        <w:t>Жовтії морелі,&lt;br /&gt;</w:t>
        <w:br/>
        <w:t>А там тілько доспівають&lt;br /&gt;</w:t>
        <w:br/>
        <w:t>Ріжки і дактелі.</w:t>
      </w:r>
    </w:p>
    <w:p>
      <w:r>
        <w:br/>
        <w:t>На відклонах спілі дині&lt;br /&gt;</w:t>
        <w:br/>
        <w:t>Й кавуни пестріють,&lt;br /&gt;</w:t>
        <w:br/>
        <w:t>І над ними винограду&lt;br /&gt;</w:t>
        <w:br/>
        <w:t>Китяхи синіють.</w:t>
      </w:r>
    </w:p>
    <w:p>
      <w:r>
        <w:br/>
        <w:t>І в долині над зіллями&lt;br /&gt;</w:t>
        <w:br/>
        <w:t>То метелик грає,&lt;br /&gt;</w:t>
        <w:br/>
        <w:t>То жебонить бідна пчілка,&lt;br /&gt;</w:t>
        <w:br/>
        <w:t>В квітку заглядає.</w:t>
      </w:r>
    </w:p>
    <w:p>
      <w:r>
        <w:br/>
        <w:t>А в повітрі над садами&lt;br /&gt;</w:t>
        <w:br/>
        <w:t>Грають божі птиці,&lt;br /&gt;</w:t>
        <w:br/>
        <w:t>І над ними, як склепіння,&lt;br /&gt;</w:t>
        <w:br/>
        <w:t>Небо без границі.</w:t>
      </w:r>
    </w:p>
    <w:p>
      <w:r>
        <w:br/>
        <w:t>А по небу плине сонце,&lt;br /&gt;</w:t>
        <w:br/>
        <w:t>Тає на долину&lt;br /&gt;</w:t>
        <w:br/>
        <w:t>І, як ненька, огріває&lt;br /&gt;</w:t>
        <w:br/>
        <w:t>Рідную дитину.</w:t>
      </w:r>
    </w:p>
    <w:p>
      <w:r>
        <w:br/>
        <w:t>Опочине ясне сонце —&lt;br /&gt;</w:t>
        <w:br/>
        <w:t>Місяць випливає.&lt;br /&gt;</w:t>
        <w:br/>
        <w:t>Безграничнеє склепіння&lt;br /&gt;</w:t>
        <w:br/>
        <w:t>Зіроньками сяє.</w:t>
      </w:r>
    </w:p>
    <w:p>
      <w:r>
        <w:br/>
        <w:t>І весело зорі грають,&lt;br /&gt;</w:t>
        <w:br/>
        <w:t>Мигтять і міняться&lt;br /&gt;</w:t>
        <w:br/>
        <w:t>То погаснуть, потемніють,&lt;br /&gt;</w:t>
        <w:br/>
        <w:t>То знов загоряться.</w:t>
      </w:r>
    </w:p>
    <w:p>
      <w:r>
        <w:br/>
        <w:t>Тілько місяць, місяць думний,&lt;br /&gt;</w:t>
        <w:br/>
        <w:t>Знать, своє гадає:&lt;br /&gt;</w:t>
        <w:br/>
        <w:t>Мірним ступнем поміж зорі&lt;br /&gt;</w:t>
        <w:br/>
        <w:t>К заходу ступає.</w:t>
      </w:r>
    </w:p>
    <w:p>
      <w:r>
        <w:br/>
        <w:t>Хіба тілько, як проходить&lt;br /&gt;</w:t>
        <w:br/>
        <w:t>В небі середину,&lt;br /&gt;</w:t>
        <w:br/>
        <w:t>Стане, думний, і погляне&lt;br /&gt;</w:t>
        <w:br/>
        <w:t>В сонную долину.</w:t>
      </w:r>
    </w:p>
    <w:p>
      <w:r>
        <w:br/>
        <w:t>А в долині туман бродить,&lt;br /&gt;</w:t>
        <w:br/>
        <w:t>Убрус випрядає&lt;br /&gt;</w:t>
        <w:br/>
        <w:t>І на сонную долину&lt;br /&gt;</w:t>
        <w:br/>
        <w:t>Стиха накидає.</w:t>
      </w:r>
    </w:p>
    <w:p>
      <w:r>
        <w:br/>
        <w:t>VII</w:t>
      </w:r>
    </w:p>
    <w:p>
      <w:r>
        <w:br/>
        <w:t>І як в небо сходить сонце&lt;br /&gt;</w:t>
        <w:br/>
        <w:t>І як з неба сходить —&lt;br /&gt;</w:t>
        <w:br/>
        <w:t>Стає пастух на долинім&lt;br /&gt;</w:t>
        <w:br/>
        <w:t>І думу виводить.</w:t>
      </w:r>
    </w:p>
    <w:p>
      <w:r>
        <w:br/>
        <w:t>І стихає все навколо —&lt;br /&gt;</w:t>
        <w:br/>
        <w:t>Від орла до пчілки,&lt;br /&gt;</w:t>
        <w:br/>
        <w:t>Все живеє й неживее&lt;br /&gt;</w:t>
        <w:br/>
        <w:t>Слухає сопілки.</w:t>
      </w:r>
    </w:p>
    <w:p>
      <w:r>
        <w:br/>
        <w:t>І та дума, його дума,&lt;br /&gt;</w:t>
        <w:br/>
        <w:t>Ніби з неба ллється,&lt;br /&gt;</w:t>
        <w:br/>
        <w:t>І широко, і далеко&lt;br /&gt;</w:t>
        <w:br/>
        <w:t>За межу несеться.</w:t>
      </w:r>
    </w:p>
    <w:p>
      <w:r>
        <w:br/>
        <w:t>Раз виходить піп із церкви,&lt;br /&gt;</w:t>
        <w:br/>
        <w:t>Кондаки співає,&lt;br /&gt;</w:t>
        <w:br/>
        <w:t>Коли чує, аж за морем&lt;br /&gt;</w:t>
        <w:br/>
        <w:t>Якась дудка грає.</w:t>
      </w:r>
    </w:p>
    <w:p>
      <w:r>
        <w:br/>
        <w:t>"Га! — подумав.— Певно, люди&lt;br /&gt;</w:t>
        <w:br/>
        <w:t>Зайняли долину.&lt;br /&gt;</w:t>
        <w:br/>
        <w:t>Піду-но я що випрошу,&lt;br /&gt;</w:t>
        <w:br/>
        <w:t>Хоть на сорочину",</w:t>
      </w:r>
    </w:p>
    <w:p>
      <w:r>
        <w:br/>
        <w:t>І зібрався піп убогий,&lt;br /&gt;</w:t>
        <w:br/>
        <w:t>Пішов понад море&lt;br /&gt;</w:t>
        <w:br/>
        <w:t>І приходить на долину,&lt;br /&gt;</w:t>
        <w:br/>
        <w:t>Під високі гори.</w:t>
      </w:r>
    </w:p>
    <w:p>
      <w:r>
        <w:br/>
        <w:t>Аж навстрічу йде царевич,&lt;br /&gt;</w:t>
        <w:br/>
        <w:t>З попом привітався.&lt;br /&gt;</w:t>
        <w:br/>
        <w:t>"Чи здалека ви, панотче?" —&lt;br /&gt;</w:t>
        <w:br/>
        <w:t>Батюшку спитався.</w:t>
      </w:r>
    </w:p>
    <w:p>
      <w:r>
        <w:br/>
        <w:t>"Я з-за моря,— піп говорить,-&lt;br /&gt;</w:t>
        <w:br/>
        <w:t>Я з-за моря, сину,&lt;br /&gt;</w:t>
        <w:br/>
        <w:t>І бідую Христа ради,&lt;br /&gt;</w:t>
        <w:br/>
        <w:t>Мало що не згину.</w:t>
      </w:r>
    </w:p>
    <w:p>
      <w:r>
        <w:br/>
        <w:t>Я вдівець, не маю жінки&lt;br /&gt;</w:t>
        <w:br/>
        <w:t>І дітей не маю&lt;br /&gt;</w:t>
        <w:br/>
        <w:t>І за церкву лиш їдную&lt;br /&gt;</w:t>
        <w:br/>
        <w:t>Та за душі дбаю".</w:t>
      </w:r>
    </w:p>
    <w:p>
      <w:r>
        <w:br/>
        <w:t>"Будьте ласкаві, панотче,&lt;br /&gt;</w:t>
        <w:br/>
        <w:t>В мене відпічніте,&lt;br /&gt;</w:t>
        <w:br/>
        <w:t>Не цурайтесь мого хліба,&lt;br /&gt;</w:t>
        <w:br/>
        <w:t>Сядьте, закусіте".</w:t>
      </w:r>
    </w:p>
    <w:p>
      <w:r>
        <w:br/>
        <w:t>Простелив піп свою рясу,&lt;br /&gt;</w:t>
        <w:br/>
        <w:t>На траві сідає;&lt;br /&gt;</w:t>
        <w:br/>
        <w:t>Пастух ходить коло него,&lt;br /&gt;</w:t>
        <w:br/>
        <w:t>Щиро угощає.</w:t>
      </w:r>
    </w:p>
    <w:p>
      <w:r>
        <w:br/>
        <w:t>І наївся піп убогий&lt;br /&gt;</w:t>
        <w:br/>
        <w:t>І хрест святий творить,&lt;br /&gt;</w:t>
        <w:br/>
        <w:t>І дякує співакові,&lt;br /&gt;</w:t>
        <w:br/>
        <w:t>Дякує й говорить:</w:t>
      </w:r>
    </w:p>
    <w:p>
      <w:r>
        <w:br/>
        <w:t>"О, спасибі! Добре, сину,&lt;br /&gt;</w:t>
        <w:br/>
        <w:t>Ти людей приймаєш,&lt;br /&gt;</w:t>
        <w:br/>
        <w:t>Тілько шкода, що до того&lt;br /&gt;</w:t>
        <w:br/>
        <w:t>Вина не тримаєш.</w:t>
      </w:r>
    </w:p>
    <w:p>
      <w:r>
        <w:br/>
        <w:t>Знаєш, сину, вино добре,&lt;br /&gt;</w:t>
        <w:br/>
        <w:t>Письмо святе каже,&lt;br /&gt;</w:t>
        <w:br/>
        <w:t>Веселить смиренне серце,&lt;br /&gt;</w:t>
        <w:br/>
        <w:t>Маслом душу маже".</w:t>
      </w:r>
    </w:p>
    <w:p>
      <w:r>
        <w:br/>
        <w:t>VIII</w:t>
      </w:r>
    </w:p>
    <w:p>
      <w:r>
        <w:br/>
        <w:t>"Вибачайте мні, панотче,&lt;br /&gt;</w:t>
        <w:br/>
        <w:t>Я ще не розжився,&lt;br /&gt;</w:t>
        <w:br/>
        <w:t>Ще і року не уплило,&lt;br /&gt;</w:t>
        <w:br/>
        <w:t>Заким поселився.</w:t>
      </w:r>
    </w:p>
    <w:p>
      <w:r>
        <w:br/>
        <w:t>Розжиюся, і як будуть&lt;br /&gt;</w:t>
        <w:br/>
        <w:t>Мене знати люди,&lt;br /&gt;</w:t>
        <w:br/>
        <w:t>То на втіху добрих гостей&lt;br /&gt;</w:t>
        <w:br/>
        <w:t>І то в мене буде.</w:t>
      </w:r>
    </w:p>
    <w:p>
      <w:r>
        <w:br/>
        <w:t>На сей раз, святий панотче,&lt;br /&gt;</w:t>
        <w:br/>
        <w:t>Прошу, не судіте,&lt;br /&gt;</w:t>
        <w:br/>
        <w:t>А убоге господарство&lt;br /&gt;</w:t>
        <w:br/>
        <w:t>Поблагословіте!"</w:t>
      </w:r>
    </w:p>
    <w:p>
      <w:r>
        <w:br/>
        <w:t>Спершу вийшли на озера,&lt;br /&gt;</w:t>
        <w:br/>
        <w:t>Де між купинами&lt;br /&gt;</w:t>
        <w:br/>
        <w:t>Пливали собі на волі&lt;br /&gt;</w:t>
        <w:br/>
        <w:t>Гуси з лебедями.</w:t>
      </w:r>
    </w:p>
    <w:p>
      <w:r>
        <w:br/>
        <w:t>І піп руку підіймає&lt;br /&gt;</w:t>
        <w:br/>
        <w:t>І благословляє,&lt;br /&gt;</w:t>
        <w:br/>
        <w:t>А тим часом пастухові&lt;br /&gt;</w:t>
        <w:br/>
        <w:t>Стиха промовляє:</w:t>
      </w:r>
    </w:p>
    <w:p>
      <w:r>
        <w:br/>
        <w:t>"О, хорошії ж лебідки&lt;br /&gt;</w:t>
        <w:br/>
        <w:t>Й гуси маєш, сину!&lt;br /&gt;</w:t>
        <w:br/>
        <w:t>А годилось би й на церкву&lt;br /&gt;</w:t>
        <w:br/>
        <w:t>Дати десятину".</w:t>
      </w:r>
    </w:p>
    <w:p>
      <w:r>
        <w:br/>
        <w:t>І дарує він найкращу&lt;br /&gt;</w:t>
        <w:br/>
        <w:t>Гуску і лебідку,&lt;br /&gt;</w:t>
        <w:br/>
        <w:t>А піп тільки-но погладив&lt;br /&gt;</w:t>
        <w:br/>
        <w:t>Куцую борідку.</w:t>
      </w:r>
    </w:p>
    <w:p>
      <w:r>
        <w:br/>
        <w:t>Ідуть далі понад річку,&lt;br /&gt;</w:t>
        <w:br/>
        <w:t>Аж на оболоні&lt;br /&gt;</w:t>
        <w:br/>
        <w:t>Табуном на волі грають&lt;br /&gt;</w:t>
        <w:br/>
        <w:t>Розкошнії коні.</w:t>
      </w:r>
    </w:p>
    <w:p>
      <w:r>
        <w:br/>
        <w:t>"Благословить тобі господь&lt;br /&gt;</w:t>
        <w:br/>
        <w:t>І ті коні, сину,&lt;br /&gt;</w:t>
        <w:br/>
        <w:t>Лиш не жалуй в святу церкву&lt;br /&gt;</w:t>
        <w:br/>
        <w:t>Дати десятину".</w:t>
      </w:r>
    </w:p>
    <w:p>
      <w:r>
        <w:br/>
        <w:t>І вибрав він пару коней&lt;br /&gt;</w:t>
        <w:br/>
        <w:t>Під масть і під міру&lt;br /&gt;</w:t>
        <w:br/>
        <w:t>І дарує і ті коні&lt;br /&gt;</w:t>
        <w:br/>
        <w:t>В церкву на офіру.</w:t>
      </w:r>
    </w:p>
    <w:p>
      <w:r>
        <w:br/>
        <w:t>Перейшов піп вздовж і навхрест&lt;br /&gt;</w:t>
        <w:br/>
        <w:t>Всю його долину&lt;br /&gt;</w:t>
        <w:br/>
        <w:t>І на церкву ізі всього&lt;br /&gt;</w:t>
        <w:br/>
        <w:t>Вибрав десятину.</w:t>
      </w:r>
    </w:p>
    <w:p>
      <w:r>
        <w:br/>
        <w:t>Наостаток в него видить&lt;br /&gt;</w:t>
        <w:br/>
        <w:t>Дудку золотую,&lt;br /&gt;</w:t>
        <w:br/>
        <w:t>І на дудку піп зливає&lt;br /&gt;</w:t>
        <w:br/>
        <w:t>Благодать святую.</w:t>
      </w:r>
    </w:p>
    <w:p>
      <w:r>
        <w:br/>
        <w:t>"Всяка дудка твоя буде&lt;br /&gt;</w:t>
        <w:br/>
        <w:t>Повна благодати,&lt;br /&gt;</w:t>
        <w:br/>
        <w:t>Тілько, сину, треба сюю&lt;br /&gt;</w:t>
        <w:br/>
        <w:t>На святе віддати".</w:t>
      </w:r>
    </w:p>
    <w:p>
      <w:r>
        <w:br/>
        <w:t>"Вже за сеє, святий отче,&lt;br /&gt;</w:t>
        <w:br/>
        <w:t>Прошу вибачати,&lt;br /&gt;</w:t>
        <w:br/>
        <w:t>Дудка — батьків подарунок,&lt;br /&gt;</w:t>
        <w:br/>
        <w:t>Не можу віддати".</w:t>
      </w:r>
    </w:p>
    <w:p>
      <w:r>
        <w:br/>
        <w:t>"Ну спасибі і за теє!&lt;br /&gt;</w:t>
        <w:br/>
        <w:t>Думає попина.-&lt;br /&gt;</w:t>
        <w:br/>
        <w:t>Церкві хвала подобає,&lt;br /&gt;</w:t>
        <w:br/>
        <w:t>Мені — десятина".</w:t>
      </w:r>
    </w:p>
    <w:p>
      <w:r>
        <w:br/>
        <w:t>IX</w:t>
      </w:r>
    </w:p>
    <w:p>
      <w:r>
        <w:br/>
        <w:t>Тілько-тілько що царевич&lt;br /&gt;</w:t>
        <w:br/>
        <w:t>Батюшку відправив,&lt;br /&gt;</w:t>
        <w:br/>
        <w:t>І отець чеснії стопи&lt;br /&gt;</w:t>
        <w:br/>
        <w:t>За море направив —</w:t>
      </w:r>
    </w:p>
    <w:p>
      <w:r>
        <w:br/>
        <w:t>Аж з-за терену густого&lt;br /&gt;</w:t>
        <w:br/>
        <w:t>Німець показався.&lt;br /&gt;</w:t>
        <w:br/>
        <w:t>Іде — пастух поклонився,&lt;br /&gt;</w:t>
        <w:br/>
        <w:t>"Звідки?" — запитався.</w:t>
      </w:r>
    </w:p>
    <w:p>
      <w:r>
        <w:br/>
        <w:t>"Я сем, члечку, вбогий немец,&lt;br /&gt;</w:t>
        <w:br/>
        <w:t>Фон Австрія з родем,&lt;br /&gt;</w:t>
        <w:br/>
        <w:t>Жиє собі тілько штукем,&lt;br /&gt;</w:t>
        <w:br/>
        <w:t>З чужим хлебем-водем.</w:t>
      </w:r>
    </w:p>
    <w:p>
      <w:r>
        <w:br/>
        <w:t>Як сват сватем, нам Австрія&lt;br /&gt;</w:t>
        <w:br/>
        <w:t>Хлеба не родзіла,&lt;br /&gt;</w:t>
        <w:br/>
        <w:t>Тілько з вогнем нас паліла,&lt;br /&gt;</w:t>
        <w:br/>
        <w:t>З водем нас топіла.</w:t>
      </w:r>
    </w:p>
    <w:p>
      <w:r>
        <w:br/>
        <w:t>З такем бідем немец нігди&lt;br /&gt;</w:t>
        <w:br/>
        <w:t>З хлебем не працовал,&lt;br /&gt;</w:t>
        <w:br/>
        <w:t>Тілько ходзіл із олейкем,&lt;br /&gt;</w:t>
        <w:br/>
        <w:t>Штуки показовал".</w:t>
      </w:r>
    </w:p>
    <w:p>
      <w:r>
        <w:br/>
        <w:t>"Що ж то в тебе за олейки?"&lt;br /&gt;</w:t>
        <w:br/>
        <w:t>"Вшельке, мілий члечку:&lt;br /&gt;</w:t>
        <w:br/>
        <w:t>І от тего, жеби члечка&lt;br /&gt;</w:t>
        <w:br/>
        <w:t>Покохал дзівечка,</w:t>
      </w:r>
    </w:p>
    <w:p>
      <w:r>
        <w:br/>
        <w:t>І од глави, і од очу,&lt;br /&gt;</w:t>
        <w:br/>
        <w:t>Од боку болення,&lt;br /&gt;</w:t>
        <w:br/>
        <w:t>От седзення і стоєння,&lt;br /&gt;</w:t>
        <w:br/>
        <w:t>Піця і єдзення".</w:t>
      </w:r>
    </w:p>
    <w:p>
      <w:r>
        <w:br/>
        <w:t>"Як такії ж то олейки,&lt;br /&gt;</w:t>
        <w:br/>
        <w:t>То сховай для себе.&lt;br /&gt;</w:t>
        <w:br/>
        <w:t>Ще цікавий би я знати,&lt;br /&gt;</w:t>
        <w:br/>
        <w:t>Що за штуки в тебе?"</w:t>
      </w:r>
    </w:p>
    <w:p>
      <w:r>
        <w:br/>
        <w:t>"О, я славне умім штуки,-&lt;br /&gt;</w:t>
        <w:br/>
        <w:t>Хитрий німець каже.-&lt;br /&gt;</w:t>
        <w:br/>
        <w:t>Тілько заплаць, мілий члечку,&lt;br /&gt;</w:t>
        <w:br/>
        <w:t>Вшельке ці покаже.</w:t>
      </w:r>
    </w:p>
    <w:p>
      <w:r>
        <w:br/>
        <w:t>Ото, члечку, і даремне&lt;br /&gt;</w:t>
        <w:br/>
        <w:t>Маш ламане штуке..."&lt;br /&gt;</w:t>
        <w:br/>
        <w:t>Перегнувся назад німець,&lt;br /&gt;</w:t>
        <w:br/>
        <w:t>Падає на руки.</w:t>
      </w:r>
    </w:p>
    <w:p>
      <w:r>
        <w:br/>
        <w:t>І руками вперся в землю,&lt;br /&gt;</w:t>
        <w:br/>
        <w:t>Ноги підіймає&lt;br /&gt;</w:t>
        <w:br/>
        <w:t>І стоїть ногами вгору,&lt;br /&gt;</w:t>
        <w:br/>
        <w:t>Ніби чорт тримає.</w:t>
      </w:r>
    </w:p>
    <w:p>
      <w:r>
        <w:br/>
        <w:t>І здихнув пастух-царевич,&lt;br /&gt;</w:t>
        <w:br/>
        <w:t>Просить німця встати.&lt;br /&gt;</w:t>
        <w:br/>
        <w:t>"Що ти робиш з себе, німче? —&lt;br /&gt;</w:t>
        <w:br/>
        <w:t>Став йому казати.-</w:t>
      </w:r>
    </w:p>
    <w:p>
      <w:r>
        <w:br/>
        <w:t>Не пристало чоловіку&lt;br /&gt;</w:t>
        <w:br/>
        <w:t>З себе сміх робити.&lt;br /&gt;</w:t>
        <w:br/>
        <w:t>Чоловіку завше треба&lt;br /&gt;</w:t>
        <w:br/>
        <w:t>Чоловіком жити.</w:t>
      </w:r>
    </w:p>
    <w:p>
      <w:r>
        <w:br/>
        <w:t>Я дам тобі, чоловіче,&lt;br /&gt;</w:t>
        <w:br/>
        <w:t>Всього для початку,&lt;br /&gt;</w:t>
        <w:br/>
        <w:t>Та возьми, піди додому,&lt;br /&gt;</w:t>
        <w:br/>
        <w:t>Збудуй собі хатку.</w:t>
      </w:r>
    </w:p>
    <w:p>
      <w:r>
        <w:br/>
        <w:t>Сій, ори, працюй, трудися,&lt;br /&gt;</w:t>
        <w:br/>
        <w:t>Як всі добрі люди,&lt;br /&gt;</w:t>
        <w:br/>
        <w:t>То із тебе поміж люди&lt;br /&gt;</w:t>
        <w:br/>
        <w:t>І сміху не буде".</w:t>
      </w:r>
    </w:p>
    <w:p>
      <w:r>
        <w:br/>
        <w:t>X</w:t>
      </w:r>
    </w:p>
    <w:p>
      <w:r>
        <w:br/>
        <w:t>Після німця якось господь&lt;br /&gt;</w:t>
        <w:br/>
        <w:t>Того не доводив,&lt;br /&gt;</w:t>
        <w:br/>
        <w:t>Щоби ще хто на долину&lt;br /&gt;</w:t>
        <w:br/>
        <w:t>Жебрати приходив.</w:t>
      </w:r>
    </w:p>
    <w:p>
      <w:r>
        <w:br/>
        <w:t>І пастух поставив хатку,&lt;br /&gt;</w:t>
        <w:br/>
        <w:t>Хліб зібрав завчесне&lt;br /&gt;</w:t>
        <w:br/>
        <w:t>І спокійно жив в долині&lt;br /&gt;</w:t>
        <w:br/>
        <w:t>До самої весни.</w:t>
      </w:r>
    </w:p>
    <w:p>
      <w:r>
        <w:br/>
        <w:t>Стала весна наступати,&lt;br /&gt;</w:t>
        <w:br/>
        <w:t>Піст святий кінчатись,&lt;br /&gt;</w:t>
        <w:br/>
        <w:t>Ще лиш тиждень — і Великдень,&lt;br /&gt;</w:t>
        <w:br/>
        <w:t>Треба сповідатись.</w:t>
      </w:r>
    </w:p>
    <w:p>
      <w:r>
        <w:br/>
        <w:t>Із суботи на неділю&lt;br /&gt;</w:t>
        <w:br/>
        <w:t>Йде пастух із дому&lt;br /&gt;</w:t>
        <w:br/>
        <w:t>І приходить, поклонився&lt;br /&gt;</w:t>
        <w:br/>
        <w:t>Богові святому.</w:t>
      </w:r>
    </w:p>
    <w:p>
      <w:r>
        <w:br/>
        <w:t>Поклонився і громаді,&lt;br /&gt;</w:t>
        <w:br/>
        <w:t>Край попа вклякає,&lt;br /&gt;</w:t>
        <w:br/>
        <w:t>А піп сидить в патрахілі,&lt;br /&gt;</w:t>
        <w:br/>
        <w:t>Йому промовляє:</w:t>
      </w:r>
    </w:p>
    <w:p>
      <w:r>
        <w:br/>
        <w:t>"Доки в церкву не положиш&lt;br /&gt;</w:t>
        <w:br/>
        <w:t>Дудки золотої,&lt;br /&gt;</w:t>
        <w:br/>
        <w:t>Поти тобі не прокажу&lt;br /&gt;</w:t>
        <w:br/>
        <w:t>Сповіді святої".</w:t>
      </w:r>
    </w:p>
    <w:p>
      <w:r>
        <w:br/>
        <w:t>І встав з місця, пішов в олтар&lt;br /&gt;</w:t>
        <w:br/>
        <w:t>І вечерню править,&lt;br /&gt;</w:t>
        <w:br/>
        <w:t>А пастуха коло серця,&lt;br /&gt;</w:t>
        <w:br/>
        <w:t>Мов кліщами, давить.</w:t>
      </w:r>
    </w:p>
    <w:p>
      <w:r>
        <w:br/>
        <w:t>Вийшов з церкви за дзвіницю,&lt;br /&gt;</w:t>
        <w:br/>
        <w:t>Ходить і блукає.&lt;br /&gt;</w:t>
        <w:br/>
        <w:t>Аж приходить попів наймит&lt;br /&gt;</w:t>
        <w:br/>
        <w:t>Да і розважає:</w:t>
      </w:r>
    </w:p>
    <w:p>
      <w:r>
        <w:br/>
        <w:t>"Не журися, пане-брате!&lt;br /&gt;</w:t>
        <w:br/>
        <w:t>До землі бідою!&lt;br /&gt;</w:t>
        <w:br/>
        <w:t>Мало чого піп не каже!&lt;br /&gt;</w:t>
        <w:br/>
        <w:t>Ходи-но зо мною.</w:t>
      </w:r>
    </w:p>
    <w:p>
      <w:r>
        <w:br/>
        <w:t>Ти думаєш, що він справді&lt;br /&gt;</w:t>
        <w:br/>
        <w:t>Так за церкву дбає?&lt;br /&gt;</w:t>
        <w:br/>
        <w:t>О, бодай так! Все то, брате,&lt;br /&gt;</w:t>
        <w:br/>
        <w:t>Собі забирає.</w:t>
      </w:r>
    </w:p>
    <w:p>
      <w:r>
        <w:br/>
        <w:t>А як мучить на соломі&lt;br /&gt;</w:t>
        <w:br/>
        <w:t>Бідну худобину!&lt;br /&gt;</w:t>
        <w:br/>
        <w:t>Ходи хіба, та оглянеш&lt;br /&gt;</w:t>
        <w:br/>
        <w:t>Свою десятину".</w:t>
      </w:r>
    </w:p>
    <w:p>
      <w:r>
        <w:br/>
        <w:t>І пішов пастух, оглянув,&lt;br /&gt;</w:t>
        <w:br/>
        <w:t>Аж жаль йому стало!&lt;br /&gt;</w:t>
        <w:br/>
        <w:t>У голодної худоби&lt;br /&gt;</w:t>
        <w:br/>
        <w:t>И стебла не лежало.</w:t>
      </w:r>
    </w:p>
    <w:p>
      <w:r>
        <w:br/>
        <w:t>"Та де йому,— наймит каже,-&lt;br /&gt;</w:t>
        <w:br/>
        <w:t>За худобу дбати!..&lt;br /&gt;</w:t>
        <w:br/>
        <w:t>Він за теє тільки дбає,&lt;br /&gt;</w:t>
        <w:br/>
        <w:t>З ким би йому спати.</w:t>
      </w:r>
    </w:p>
    <w:p>
      <w:r>
        <w:br/>
        <w:t>Та ще в хаті із ким-иебудь&lt;br /&gt;</w:t>
        <w:br/>
        <w:t>То й спати не буде.&lt;br /&gt;</w:t>
        <w:br/>
        <w:t>Не пристало, каже, в хаті —&lt;br /&gt;</w:t>
        <w:br/>
        <w:t>Будуть знати люди.</w:t>
      </w:r>
    </w:p>
    <w:p>
      <w:r>
        <w:br/>
        <w:t>А нагорі іще здавна&lt;br /&gt;</w:t>
        <w:br/>
        <w:t>Солом'яник має,&lt;br /&gt;</w:t>
        <w:br/>
        <w:t>От туди він своїх гостей&lt;br /&gt;</w:t>
        <w:br/>
        <w:t>На нічліг приймає",</w:t>
      </w:r>
    </w:p>
    <w:p>
      <w:r>
        <w:br/>
        <w:t>XI</w:t>
      </w:r>
    </w:p>
    <w:p>
      <w:r>
        <w:br/>
        <w:t>"О, спасибі тобі, брате,-&lt;br /&gt;</w:t>
        <w:br/>
        <w:t>Пастух обізвався,-&lt;br /&gt;</w:t>
        <w:br/>
        <w:t>Що ти правду розказати&lt;br /&gt;</w:t>
        <w:br/>
        <w:t>Не полінувався.</w:t>
      </w:r>
    </w:p>
    <w:p>
      <w:r>
        <w:br/>
        <w:t>А не знаєш, чи сьогодня&lt;br /&gt;</w:t>
        <w:br/>
        <w:t>Буде молодиця?"&lt;br /&gt;</w:t>
        <w:br/>
        <w:t>"Як не буде? Та без Гриця&lt;br /&gt;</w:t>
        <w:br/>
        <w:t>Й вода не святиться".</w:t>
      </w:r>
    </w:p>
    <w:p>
      <w:r>
        <w:br/>
        <w:t>"Добре ж, брате. Я тут буду&lt;br /&gt;</w:t>
        <w:br/>
        <w:t>О пізній вечері.&lt;br /&gt;</w:t>
        <w:br/>
        <w:t>Не забудь лиш відімкнути&lt;br /&gt;</w:t>
        <w:br/>
        <w:t>Затильнії двері".</w:t>
      </w:r>
    </w:p>
    <w:p>
      <w:r>
        <w:br/>
        <w:t>Пішов пастух по сопілку,&lt;br /&gt;</w:t>
        <w:br/>
        <w:t>Назад повернувся;&lt;br /&gt;</w:t>
        <w:br/>
        <w:t>Увійшов в затильні двері,&lt;br /&gt;</w:t>
        <w:br/>
        <w:t>В кутку пригорнувся.</w:t>
      </w:r>
    </w:p>
    <w:p>
      <w:r>
        <w:br/>
        <w:t>І поглянув кругом себе.&lt;br /&gt;</w:t>
        <w:br/>
        <w:t>Всюди темно й тихо;&lt;br /&gt;</w:t>
        <w:br/>
        <w:t>На горі лиш по минутах&lt;br /&gt;</w:t>
        <w:br/>
        <w:t>Шелепає лихо:</w:t>
      </w:r>
    </w:p>
    <w:p>
      <w:r>
        <w:br/>
        <w:t>Далі чує тихий голос:&lt;br /&gt;</w:t>
        <w:br/>
        <w:t>"Годі, серце, спати:&lt;br /&gt;</w:t>
        <w:br/>
        <w:t>Збирається сильний турок&lt;br /&gt;</w:t>
        <w:br/>
        <w:t>Москву воювати",</w:t>
      </w:r>
    </w:p>
    <w:p>
      <w:r>
        <w:br/>
        <w:t>"Не боїться Москва турка,-&lt;br /&gt;</w:t>
        <w:br/>
        <w:t>Хтось говорить знова,-&lt;br /&gt;</w:t>
        <w:br/>
        <w:t>Коли турок хоче битись,&lt;br /&gt;</w:t>
        <w:br/>
        <w:t>То Москва готова".</w:t>
      </w:r>
    </w:p>
    <w:p>
      <w:r>
        <w:br/>
        <w:t>А пастух пождав минуту&lt;br /&gt;</w:t>
        <w:br/>
        <w:t>Та як стане грати!&lt;br /&gt;</w:t>
        <w:br/>
        <w:t>Давай усе неживеє,&lt;br /&gt;</w:t>
        <w:br/>
        <w:t>Як живе, скакати.</w:t>
      </w:r>
    </w:p>
    <w:p>
      <w:r>
        <w:br/>
        <w:t>Скачуть відра із водою,&lt;br /&gt;</w:t>
        <w:br/>
        <w:t>Кадка з буряками,&lt;br /&gt;</w:t>
        <w:br/>
        <w:t>Скачуть лавки і полиці,&lt;br /&gt;</w:t>
        <w:br/>
        <w:t>Мисник із ложками.</w:t>
      </w:r>
    </w:p>
    <w:p>
      <w:r>
        <w:br/>
        <w:t>Скаче в сінях стара ступа,&lt;br /&gt;</w:t>
        <w:br/>
        <w:t>Як жива неначе.&lt;br /&gt;</w:t>
        <w:br/>
        <w:t>І нагорі підійнявся&lt;br /&gt;</w:t>
        <w:br/>
        <w:t>Солом'яник, скаче.</w:t>
      </w:r>
    </w:p>
    <w:p>
      <w:r>
        <w:br/>
        <w:t>Верещить піп, репетує,&lt;br /&gt;</w:t>
        <w:br/>
        <w:t>Кричить молодиця,&lt;br /&gt;</w:t>
        <w:br/>
        <w:t>Солом'яник скаче-скаче&lt;br /&gt;</w:t>
        <w:br/>
        <w:t>І згори валиться.</w:t>
      </w:r>
    </w:p>
    <w:p>
      <w:r>
        <w:br/>
        <w:t>І довго піп джмелів слухав,&lt;br /&gt;</w:t>
        <w:br/>
        <w:t>Не міг з місця встати.&lt;br /&gt;</w:t>
        <w:br/>
        <w:t>"Ото було вам, панотче,&lt;br /&gt;</w:t>
        <w:br/>
        <w:t>Дудки не бажати".</w:t>
      </w:r>
    </w:p>
    <w:p>
      <w:r>
        <w:br/>
        <w:t>А пастух пішов в обору,&lt;br /&gt;</w:t>
        <w:br/>
        <w:t>Вигнав десятину&lt;br /&gt;</w:t>
        <w:br/>
        <w:t>І погнав її на пашу&lt;br /&gt;</w:t>
        <w:br/>
        <w:t>На свою долину.</w:t>
      </w:r>
    </w:p>
    <w:p>
      <w:r>
        <w:br/>
        <w:t>Гусака лиш забув взяти&lt;br /&gt;</w:t>
        <w:br/>
        <w:t>У отця святого;&lt;br /&gt;</w:t>
        <w:br/>
        <w:t>Його рано серед хати&lt;br /&gt;</w:t>
        <w:br/>
        <w:t>Спік отець живого.</w:t>
      </w:r>
    </w:p>
    <w:p>
      <w:r>
        <w:br/>
        <w:t>XII</w:t>
      </w:r>
    </w:p>
    <w:p>
      <w:r>
        <w:br/>
        <w:t>Чи подужав піп за морем,&lt;br /&gt;</w:t>
        <w:br/>
        <w:t>Пастух не питався;&lt;br /&gt;</w:t>
        <w:br/>
        <w:t>Найшов церкву за горами&lt;br /&gt;</w:t>
        <w:br/>
        <w:t>І до тої вдався.</w:t>
      </w:r>
    </w:p>
    <w:p>
      <w:r>
        <w:br/>
        <w:t>Там і сповідь проказали,&lt;br /&gt;</w:t>
        <w:br/>
        <w:t>І запричастили,&lt;br /&gt;</w:t>
        <w:br/>
        <w:t>І без плати на Великдень&lt;br /&gt;</w:t>
        <w:br/>
        <w:t>Паски освятили.</w:t>
      </w:r>
    </w:p>
    <w:p>
      <w:r>
        <w:br/>
        <w:t>Забув пастух їдно горе,&lt;br /&gt;</w:t>
        <w:br/>
        <w:t>Друге наступає:&lt;br /&gt;</w:t>
        <w:br/>
        <w:t>Що день божий з його стада&lt;br /&gt;</w:t>
        <w:br/>
        <w:t>Все щось пропадає.</w:t>
      </w:r>
    </w:p>
    <w:p>
      <w:r>
        <w:br/>
        <w:t>А то качка десь пропаде,&lt;br /&gt;</w:t>
        <w:br/>
        <w:t>А то і овечка,&lt;br /&gt;</w:t>
        <w:br/>
        <w:t>А то гуски не долічить,&lt;br /&gt;</w:t>
        <w:br/>
        <w:t>А то і бичечка.</w:t>
      </w:r>
    </w:p>
    <w:p>
      <w:r>
        <w:br/>
        <w:t>Різно бідний пастух думав.&lt;br /&gt;</w:t>
        <w:br/>
        <w:t>Звісно, в кого згуба,&lt;br /&gt;</w:t>
        <w:br/>
        <w:t>Ще й у того до причинку&lt;br /&gt;</w:t>
        <w:br/>
        <w:t>Гріха повна губа.</w:t>
      </w:r>
    </w:p>
    <w:p>
      <w:r>
        <w:br/>
        <w:t>Напослідок — що робити!&lt;br /&gt;</w:t>
        <w:br/>
        <w:t>Пастух засідає.&lt;br /&gt;</w:t>
        <w:br/>
        <w:t>Коли гляне, поміж терен&lt;br /&gt;</w:t>
        <w:br/>
        <w:t>Німець пролізає.</w:t>
      </w:r>
    </w:p>
    <w:p>
      <w:r>
        <w:br/>
        <w:t>Пролізає... Ще нічого:&lt;br /&gt;</w:t>
        <w:br/>
        <w:t>Може, і не красти,&lt;br /&gt;</w:t>
        <w:br/>
        <w:t>Може, в гості йшов, сердешний,&lt;br /&gt;</w:t>
        <w:br/>
        <w:t>Та не міг попасти.</w:t>
      </w:r>
    </w:p>
    <w:p>
      <w:r>
        <w:br/>
        <w:t>От пастух і виглядає,&lt;br /&gt;</w:t>
        <w:br/>
        <w:t>Що то буде з того.&lt;br /&gt;</w:t>
        <w:br/>
        <w:t>Німець виліз, кругом глянув...&lt;br /&gt;</w:t>
        <w:br/>
        <w:t>Ні, нема нікого.</w:t>
      </w:r>
    </w:p>
    <w:p>
      <w:r>
        <w:br/>
        <w:t>А тут саме коло терну&lt;br /&gt;</w:t>
        <w:br/>
        <w:t>Череда стояла.&lt;br /&gt;</w:t>
        <w:br/>
        <w:t>Він живенько за ягнятко —&lt;br /&gt;</w:t>
        <w:br/>
        <w:t>Та у терен драла!..</w:t>
      </w:r>
    </w:p>
    <w:p>
      <w:r>
        <w:br/>
        <w:t>"Почекай же, бісів німче!" —&lt;br /&gt;</w:t>
        <w:br/>
        <w:t>Пастух розважає.&lt;br /&gt;</w:t>
        <w:br/>
        <w:t>Взяв сопілку, засів знову,&lt;br /&gt;</w:t>
        <w:br/>
        <w:t>Німця виглядає.</w:t>
      </w:r>
    </w:p>
    <w:p>
      <w:r>
        <w:br/>
        <w:t>Тілько німець заліз в терен —&lt;br /&gt;</w:t>
        <w:br/>
        <w:t>Дудка як заграє!&lt;br /&gt;</w:t>
        <w:br/>
        <w:t>Німець скаче, німець плаче —&lt;br /&gt;</w:t>
        <w:br/>
        <w:t>Не рад, та гуляє!</w:t>
      </w:r>
    </w:p>
    <w:p>
      <w:r>
        <w:br/>
        <w:t>І обдерлась сурдутина,&lt;br /&gt;</w:t>
        <w:br/>
        <w:t>Стало тіло голе;&lt;br /&gt;</w:t>
        <w:br/>
        <w:t>Німець плаче, німець скаче,&lt;br /&gt;</w:t>
        <w:br/>
        <w:t>А тернина коле.</w:t>
      </w:r>
    </w:p>
    <w:p>
      <w:r>
        <w:br/>
        <w:t>І пограла ще сопілка,&lt;br /&gt;</w:t>
        <w:br/>
        <w:t>И перестала грати,&lt;br /&gt;</w:t>
        <w:br/>
        <w:t>Ледве живий вийшов німець&lt;br /&gt;</w:t>
        <w:br/>
        <w:t>І став промовляти:</w:t>
      </w:r>
    </w:p>
    <w:p>
      <w:r>
        <w:br/>
        <w:t>"Нех же ему маць мордує&lt;br /&gt;</w:t>
        <w:br/>
        <w:t>З такем дудкем его!&lt;br /&gt;</w:t>
        <w:br/>
        <w:t>Троха-троха не змордовал&lt;br /&gt;</w:t>
        <w:br/>
        <w:t>Немца убогего!"</w:t>
      </w:r>
    </w:p>
    <w:p>
      <w:r>
        <w:br/>
        <w:t>Аж відтоді на долині&lt;br /&gt;</w:t>
        <w:br/>
        <w:t>Жив пастух щасливо;&lt;br /&gt;</w:t>
        <w:br/>
        <w:t>його щастя, його долі&lt;br /&gt;</w:t>
        <w:br/>
        <w:t>Ніщо не мутило.</w:t>
      </w:r>
    </w:p>
    <w:p>
      <w:r>
        <w:br/>
        <w:t>ЧАСТЬ ТРЕТЯ</w:t>
      </w:r>
    </w:p>
    <w:p>
      <w:r>
        <w:br/>
        <w:t>I</w:t>
      </w:r>
    </w:p>
    <w:p>
      <w:r>
        <w:br/>
        <w:t>Що ж царівна злотокрила&lt;br /&gt;</w:t>
        <w:br/>
        <w:t>На степу гадає?&lt;br /&gt;</w:t>
        <w:br/>
        <w:t>Чи по неньці-голубоньці&lt;br /&gt;</w:t>
        <w:br/>
        <w:t>Сльози проливає?</w:t>
      </w:r>
    </w:p>
    <w:p>
      <w:r>
        <w:br/>
        <w:t>Чи літає в степу, грає?&lt;br /&gt;</w:t>
        <w:br/>
        <w:t>Чи хазяйством рядить?&lt;br /&gt;</w:t>
        <w:br/>
        <w:t>Чи затялась із сусідом&lt;br /&gt;</w:t>
        <w:br/>
        <w:t>І війну провадить?</w:t>
      </w:r>
    </w:p>
    <w:p>
      <w:r>
        <w:br/>
        <w:t>Чи й її "ламане штуки"&lt;br /&gt;</w:t>
        <w:br/>
        <w:t>Німці приставляють?&lt;br /&gt;</w:t>
        <w:br/>
        <w:t>Чи і в неї десятини&lt;br /&gt;</w:t>
        <w:br/>
        <w:t>Люди вимагають?</w:t>
      </w:r>
    </w:p>
    <w:p>
      <w:r>
        <w:br/>
        <w:t>Проливала вона сльози&lt;br /&gt;</w:t>
        <w:br/>
        <w:t>По неньці-цариці,&lt;br /&gt;</w:t>
        <w:br/>
        <w:t>Та що ж мертвому поможуть&lt;br /&gt;</w:t>
        <w:br/>
        <w:t>Наші жалібниці?</w:t>
      </w:r>
    </w:p>
    <w:p>
      <w:r>
        <w:br/>
        <w:t>Проливала вона сльози&lt;br /&gt;</w:t>
        <w:br/>
        <w:t>У мертвого тіла,&lt;br /&gt;</w:t>
        <w:br/>
        <w:t>Поховала, й перестала,&lt;br /&gt;</w:t>
        <w:br/>
        <w:t>І повеселіла.</w:t>
      </w:r>
    </w:p>
    <w:p>
      <w:r>
        <w:br/>
        <w:t>І жиє собі на полі&lt;br /&gt;</w:t>
        <w:br/>
        <w:t>Молода царівна,&lt;br /&gt;</w:t>
        <w:br/>
        <w:t>Куди гляне не погляне —&lt;br /&gt;</w:t>
        <w:br/>
        <w:t>Земля рівна-рівна!..</w:t>
      </w:r>
    </w:p>
    <w:p>
      <w:r>
        <w:br/>
        <w:t>Її шати — пишні крила,&lt;br /&gt;</w:t>
        <w:br/>
        <w:t>Ліжко — пух-травиця,&lt;br /&gt;</w:t>
        <w:br/>
        <w:t>Дах палацу — синє небо,&lt;br /&gt;</w:t>
        <w:br/>
        <w:t>А стіни — границя.</w:t>
      </w:r>
    </w:p>
    <w:p>
      <w:r>
        <w:br/>
        <w:t>В її крилах, злотих крилах,&lt;br /&gt;</w:t>
        <w:br/>
        <w:t>Слуги й оборона,&lt;br /&gt;</w:t>
        <w:br/>
        <w:t>Її сила, її слава,&lt;br /&gt;</w:t>
        <w:br/>
        <w:t>Доля і корона.</w:t>
      </w:r>
    </w:p>
    <w:p>
      <w:r>
        <w:br/>
        <w:t>І не знає вона смутку;&lt;br /&gt;</w:t>
        <w:br/>
        <w:t>Не відає горя,&lt;br /&gt;</w:t>
        <w:br/>
        <w:t>Встане рано, пролетиться&lt;br /&gt;</w:t>
        <w:br/>
        <w:t>До синього моря.</w:t>
      </w:r>
    </w:p>
    <w:p>
      <w:r>
        <w:br/>
        <w:t>Умиється, як лебідка,-&lt;br /&gt;</w:t>
        <w:br/>
        <w:t>І в стару столицю!&lt;br /&gt;</w:t>
        <w:br/>
        <w:t>І молиться там за себе,&lt;br /&gt;</w:t>
        <w:br/>
        <w:t>Царя і царицю.</w:t>
      </w:r>
    </w:p>
    <w:p>
      <w:r>
        <w:br/>
        <w:t>І лроскури лиш дождеться —&lt;br /&gt;</w:t>
        <w:br/>
        <w:t>На степ відлітає&lt;br /&gt;</w:t>
        <w:br/>
        <w:t>І о світі, і о людях&lt;br /&gt;</w:t>
        <w:br/>
        <w:t>Думоньку гадає.</w:t>
      </w:r>
    </w:p>
    <w:p>
      <w:r>
        <w:br/>
        <w:t>І щасливо упливали&lt;br /&gt;</w:t>
        <w:br/>
        <w:t>Дні її за днями,&lt;br /&gt;</w:t>
        <w:br/>
        <w:t>Доки й туди не забралось&lt;br /&gt;</w:t>
        <w:br/>
        <w:t>Лихо з пазурами.</w:t>
      </w:r>
    </w:p>
    <w:p>
      <w:r>
        <w:br/>
        <w:t>То не німці гнули штуки,&lt;br /&gt;</w:t>
        <w:br/>
        <w:t>Добро розкрадали,&lt;br /&gt;</w:t>
        <w:br/>
        <w:t>Не попи то десятину&lt;br /&gt;</w:t>
        <w:br/>
        <w:t>В неї вимагали.</w:t>
      </w:r>
    </w:p>
    <w:p>
      <w:r>
        <w:br/>
        <w:t>То все війни тяжкі були,&lt;br /&gt;</w:t>
        <w:br/>
        <w:t>Де крівля все лилась,&lt;br /&gt;</w:t>
        <w:br/>
        <w:t>Де й царівна злотокрила&lt;br /&gt;</w:t>
        <w:br/>
        <w:t>Ледве не залилась.</w:t>
      </w:r>
    </w:p>
    <w:p>
      <w:r>
        <w:br/>
        <w:t>II</w:t>
      </w:r>
    </w:p>
    <w:p>
      <w:r>
        <w:br/>
        <w:t>Раз десятий чи двадцятий&lt;br /&gt;</w:t>
        <w:br/>
        <w:t>Пташка злотокрила&lt;br /&gt;</w:t>
        <w:br/>
        <w:t>В синє море купатися&lt;br /&gt;</w:t>
        <w:br/>
        <w:t>Через небо плила.</w:t>
      </w:r>
    </w:p>
    <w:p>
      <w:r>
        <w:br/>
        <w:t>І тоненькеє повітря&lt;br /&gt;</w:t>
        <w:br/>
        <w:t>Крила розсікали,&lt;br /&gt;</w:t>
        <w:br/>
        <w:t>І на крилах лучі сонця;&lt;br /&gt;</w:t>
        <w:br/>
        <w:t>Як діамант, грали.</w:t>
      </w:r>
    </w:p>
    <w:p>
      <w:r>
        <w:br/>
        <w:t>І прибула аж до моря,&lt;br /&gt;</w:t>
        <w:br/>
        <w:t>Звилась над скалою&lt;br /&gt;</w:t>
        <w:br/>
        <w:t>І на скалу опустилась&lt;br /&gt;</w:t>
        <w:br/>
        <w:t>Легкою ногою.</w:t>
      </w:r>
    </w:p>
    <w:p>
      <w:r>
        <w:br/>
        <w:t>І дивилась довго в море,&lt;br /&gt;</w:t>
        <w:br/>
        <w:t>Довго виглядалась,&lt;br /&gt;</w:t>
        <w:br/>
        <w:t>Знать, собою, як у люстрі,&lt;br /&gt;</w:t>
        <w:br/>
        <w:t>Пишна, любувалась.</w:t>
      </w:r>
    </w:p>
    <w:p>
      <w:r>
        <w:br/>
        <w:t>І махнула криленьками,&lt;br /&gt;</w:t>
        <w:br/>
        <w:t>І на воду сіла,&lt;br /&gt;</w:t>
        <w:br/>
        <w:t>І облилась вода чиста&lt;br /&gt;</w:t>
        <w:br/>
        <w:t>Кругом її тіла.</w:t>
      </w:r>
    </w:p>
    <w:p>
      <w:r>
        <w:br/>
        <w:t>І облилась кругом тіла,&lt;br /&gt;</w:t>
        <w:br/>
        <w:t>І що ї чарує,&lt;br /&gt;</w:t>
        <w:br/>
        <w:t>Коло того вона в'ється,&lt;br /&gt;</w:t>
        <w:br/>
        <w:t>То вона цілує.</w:t>
      </w:r>
    </w:p>
    <w:p>
      <w:r>
        <w:br/>
        <w:t>Аж тут, мабуть, від причепи&lt;br /&gt;</w:t>
        <w:br/>
        <w:t>На ту саму пору&lt;br /&gt;</w:t>
        <w:br/>
        <w:t>Прибув кримчук молоденький&lt;br /&gt;</w:t>
        <w:br/>
        <w:t>В невидимці к морю.</w:t>
      </w:r>
    </w:p>
    <w:p>
      <w:r>
        <w:br/>
        <w:t>І поглянув — що за диво!&lt;br /&gt;</w:t>
        <w:br/>
        <w:t>Дівчина і птиця!&lt;br /&gt;</w:t>
        <w:br/>
        <w:t>Крила злотом відбивають,&lt;br /&gt;</w:t>
        <w:br/>
        <w:t>Сама — як зірниця.</w:t>
      </w:r>
    </w:p>
    <w:p>
      <w:r>
        <w:br/>
        <w:t>І поглянув — серце мліє!&lt;br /&gt;</w:t>
        <w:br/>
        <w:t>Так би й розтопилось!&lt;br /&gt;</w:t>
        <w:br/>
        <w:t>Так здається, що б водою&lt;br /&gt;</w:t>
        <w:br/>
        <w:t>Навкруги обвилось!</w:t>
      </w:r>
    </w:p>
    <w:p>
      <w:r>
        <w:br/>
        <w:t>Але дівчина на морі,&lt;br /&gt;</w:t>
        <w:br/>
        <w:t>Як її достати?&lt;br /&gt;</w:t>
        <w:br/>
        <w:t>Хіба, заким з моря вийде,&lt;br /&gt;</w:t>
        <w:br/>
        <w:t>Треба почекати.</w:t>
      </w:r>
    </w:p>
    <w:p>
      <w:r>
        <w:br/>
        <w:t>І обмилася царівна,&lt;br /&gt;</w:t>
        <w:br/>
        <w:t>І з води виходять,&lt;br /&gt;</w:t>
        <w:br/>
        <w:t>І на ній вода росою&lt;br /&gt;</w:t>
        <w:br/>
        <w:t>Сходить і не сходить.</w:t>
      </w:r>
    </w:p>
    <w:p>
      <w:r>
        <w:br/>
        <w:t>Ніби трудно, ніби нудно&lt;br /&gt;</w:t>
        <w:br/>
        <w:t>З нею розлучатись,&lt;br /&gt;</w:t>
        <w:br/>
        <w:t>Ніби б хтілось ще минутку&lt;br /&gt;</w:t>
        <w:br/>
        <w:t>З нею позостатись.</w:t>
      </w:r>
    </w:p>
    <w:p>
      <w:r>
        <w:br/>
        <w:t>А царевич чуть не гине!..&lt;br /&gt;</w:t>
        <w:br/>
        <w:t>Лиш з води ногою —&lt;br /&gt;</w:t>
        <w:br/>
        <w:t>У царівни стан тоненький&lt;br /&gt;</w:t>
        <w:br/>
        <w:t>Обвинув рукою.</w:t>
      </w:r>
    </w:p>
    <w:p>
      <w:r>
        <w:br/>
        <w:t>Вона чує, та не видить,&lt;br /&gt;</w:t>
        <w:br/>
        <w:t>Мов дух святий з нами,&lt;br /&gt;</w:t>
        <w:br/>
        <w:t>І злякалась, обмахнулась&lt;br /&gt;</w:t>
        <w:br/>
        <w:t>Обома крилами.</w:t>
      </w:r>
    </w:p>
    <w:p>
      <w:r>
        <w:br/>
        <w:t>І, на щастя, невидимка&lt;br /&gt;</w:t>
        <w:br/>
        <w:t>З голови злетіла.&lt;br /&gt;</w:t>
        <w:br/>
        <w:t>Той — до кримки-невидимки,&lt;br /&gt;</w:t>
        <w:br/>
        <w:t>Вона й полетіла.</w:t>
      </w:r>
    </w:p>
    <w:p>
      <w:r>
        <w:br/>
        <w:t>III</w:t>
      </w:r>
    </w:p>
    <w:p>
      <w:r>
        <w:br/>
        <w:t>Оглянувся невидимець,&lt;br /&gt;</w:t>
        <w:br/>
        <w:t>Поминай як звали!&lt;br /&gt;</w:t>
        <w:br/>
        <w:t>Тілько крила на повітрі&lt;br /&gt;</w:t>
        <w:br/>
        <w:t>Махами махали.</w:t>
      </w:r>
    </w:p>
    <w:p>
      <w:r>
        <w:br/>
        <w:t>Полинула голубонька&lt;br /&gt;</w:t>
        <w:br/>
        <w:t>Десь до полуночі,&lt;br /&gt;</w:t>
        <w:br/>
        <w:t>І дивилися-дивились&lt;br /&gt;</w:t>
        <w:br/>
        <w:t>Кримчукові очі.</w:t>
      </w:r>
    </w:p>
    <w:p>
      <w:r>
        <w:br/>
        <w:t>І дивились, поки любка&lt;br /&gt;</w:t>
        <w:br/>
        <w:t>В крапку не зменшилась,&lt;br /&gt;</w:t>
        <w:br/>
        <w:t>Поки й крапка не іщезла,&lt;br /&gt;</w:t>
        <w:br/>
        <w:t>В небі не розплилась.</w:t>
      </w:r>
    </w:p>
    <w:p>
      <w:r>
        <w:br/>
        <w:t>"Нехай море висихає,&lt;br /&gt;</w:t>
        <w:br/>
        <w:t>Камінь розпукає —&lt;br /&gt;</w:t>
        <w:br/>
        <w:t>Таки знайду тебе, пташко!&lt;br /&gt;</w:t>
        <w:br/>
        <w:t>Кримчук промовляє.-</w:t>
      </w:r>
    </w:p>
    <w:p>
      <w:r>
        <w:br/>
        <w:t>Полети ти на край світу,&lt;br /&gt;</w:t>
        <w:br/>
        <w:t>В ледянеє море,&lt;br /&gt;</w:t>
        <w:br/>
        <w:t>Заховайся межи пущі,&lt;br /&gt;</w:t>
        <w:br/>
        <w:t>Високії гори.</w:t>
      </w:r>
    </w:p>
    <w:p>
      <w:r>
        <w:br/>
        <w:t>Не кримчук я — невидимець,&lt;br /&gt;</w:t>
        <w:br/>
        <w:t>Коли за тобою&lt;br /&gt;</w:t>
        <w:br/>
        <w:t>Я не стопчу кругом світу&lt;br /&gt;</w:t>
        <w:br/>
        <w:t>Босою ногою.</w:t>
      </w:r>
    </w:p>
    <w:p>
      <w:r>
        <w:br/>
        <w:t>О, найду я тую пташку,&lt;br /&gt;</w:t>
        <w:br/>
        <w:t>Впаду на ї груди,&lt;br /&gt;</w:t>
        <w:br/>
        <w:t>І чи миром, чи війною&lt;br /&gt;</w:t>
        <w:br/>
        <w:t>Моя вона буде".</w:t>
      </w:r>
    </w:p>
    <w:p>
      <w:r>
        <w:br/>
        <w:t>І насунув невидимку,&lt;br /&gt;</w:t>
        <w:br/>
        <w:t>Зміряв слід очами&lt;br /&gt;</w:t>
        <w:br/>
        <w:t>І пішов у степ шукати&lt;br /&gt;</w:t>
        <w:br/>
        <w:t>Дівчини з крилами.</w:t>
      </w:r>
    </w:p>
    <w:p>
      <w:r>
        <w:br/>
        <w:t>І блукав він по степові&lt;br /&gt;</w:t>
        <w:br/>
        <w:t>Від самого рання,&lt;br /&gt;</w:t>
        <w:br/>
        <w:t>І шукав він голубоньки&lt;br /&gt;</w:t>
        <w:br/>
        <w:t>Зрання до смеркання.</w:t>
      </w:r>
    </w:p>
    <w:p>
      <w:r>
        <w:br/>
        <w:t>І вже сонце погасає,&lt;br /&gt;</w:t>
        <w:br/>
        <w:t>Вечір вечоріє,&lt;br /&gt;</w:t>
        <w:br/>
        <w:t>Кримчук видить: на степові&lt;br /&gt;</w:t>
        <w:br/>
        <w:t>Насип зеленіє.</w:t>
      </w:r>
    </w:p>
    <w:p>
      <w:r>
        <w:br/>
        <w:t>Кругом насипу крутого&lt;br /&gt;</w:t>
        <w:br/>
        <w:t>Утоптане поле,&lt;br /&gt;</w:t>
        <w:br/>
        <w:t>Кругом поля все чорнобиль,&lt;br /&gt;</w:t>
        <w:br/>
        <w:t>Перекотиполе.</w:t>
      </w:r>
    </w:p>
    <w:p>
      <w:r>
        <w:br/>
        <w:t>І іде він через поле&lt;br /&gt;</w:t>
        <w:br/>
        <w:t>Да і розважає:&lt;br /&gt;</w:t>
        <w:br/>
        <w:t>"Коли поле так убито,&lt;br /&gt;</w:t>
        <w:br/>
        <w:t>Хтось тут жити має.</w:t>
      </w:r>
    </w:p>
    <w:p>
      <w:r>
        <w:br/>
        <w:t>Може, якраз попаду я&lt;br /&gt;</w:t>
        <w:br/>
        <w:t>Пташку злотокрилу?"&lt;br /&gt;</w:t>
        <w:br/>
        <w:t>І проходить через поле,&lt;br /&gt;</w:t>
        <w:br/>
        <w:t>Лізе на могилу.</w:t>
      </w:r>
    </w:p>
    <w:p>
      <w:r>
        <w:br/>
        <w:t>Вилізає. Нема пташки.&lt;br /&gt;</w:t>
        <w:br/>
        <w:t>Нічого діяти!&lt;br /&gt;</w:t>
        <w:br/>
        <w:t>Може, пташки нема й дома,&lt;br /&gt;</w:t>
        <w:br/>
        <w:t>Треба почекати.</w:t>
      </w:r>
    </w:p>
    <w:p>
      <w:r>
        <w:br/>
        <w:t>І сидить він і дрімає,&lt;br /&gt;</w:t>
        <w:br/>
        <w:t>Аж ніч наступає,&lt;br /&gt;</w:t>
        <w:br/>
        <w:t>Засвітили ясні зорі,&lt;br /&gt;</w:t>
        <w:br/>
        <w:t>Місяць випливає.</w:t>
      </w:r>
    </w:p>
    <w:p>
      <w:r>
        <w:br/>
        <w:t>IV</w:t>
      </w:r>
    </w:p>
    <w:p>
      <w:r>
        <w:br/>
        <w:t>А царівна злотокрила&lt;br /&gt;</w:t>
        <w:br/>
        <w:t>На всеношні була&lt;br /&gt;</w:t>
        <w:br/>
        <w:t>І о пізнії вечері&lt;br /&gt;</w:t>
        <w:br/>
        <w:t>На степи прибула.</w:t>
      </w:r>
    </w:p>
    <w:p>
      <w:r>
        <w:br/>
        <w:t>І прибула на могилу,&lt;br /&gt;</w:t>
        <w:br/>
        <w:t>Проскуру спожила,&lt;br /&gt;</w:t>
        <w:br/>
        <w:t>Хоче спати... Що за диво!&lt;br /&gt;</w:t>
        <w:br/>
        <w:t>Засвербіли крила.</w:t>
      </w:r>
    </w:p>
    <w:p>
      <w:r>
        <w:br/>
        <w:t>"Стійте, крила, не свербіте,-&lt;br /&gt;</w:t>
        <w:br/>
        <w:t>Любка обізвалась,-&lt;br /&gt;</w:t>
        <w:br/>
        <w:t>Нема сили, щоб зо мною&lt;br /&gt;</w:t>
        <w:br/>
        <w:t>Билась-воювалась.</w:t>
      </w:r>
    </w:p>
    <w:p>
      <w:r>
        <w:br/>
        <w:t>Єсть над морем невидимець,&lt;br /&gt;</w:t>
        <w:br/>
        <w:t>Але й його кості&lt;br /&gt;</w:t>
        <w:br/>
        <w:t>Не занесе ворон чорний&lt;br /&gt;</w:t>
        <w:br/>
        <w:t>До царівни в гості".</w:t>
      </w:r>
    </w:p>
    <w:p>
      <w:r>
        <w:br/>
        <w:t>"А може, той невидимець&lt;br /&gt;</w:t>
        <w:br/>
        <w:t>І сюда забрався?" —&lt;br /&gt;</w:t>
        <w:br/>
        <w:t>І зняв кримку-невидимку,&lt;br /&gt;</w:t>
        <w:br/>
        <w:t>Любі показався.</w:t>
      </w:r>
    </w:p>
    <w:p>
      <w:r>
        <w:br/>
        <w:t>"Що ж, царевичу могучий?&lt;br /&gt;</w:t>
        <w:br/>
        <w:t>Чи будемо битись?&lt;br /&gt;</w:t>
        <w:br/>
        <w:t>Чи, як добрії сусіди,&lt;br /&gt;</w:t>
        <w:br/>
        <w:t>Будемо миритись?"</w:t>
      </w:r>
    </w:p>
    <w:p>
      <w:r>
        <w:br/>
        <w:t>"Не прийшов-єм я, царівно,&lt;br /&gt;</w:t>
        <w:br/>
        <w:t>Із тобою битись,&lt;br /&gt;</w:t>
        <w:br/>
        <w:t>А прийшов-єм помиритись,&lt;br /&gt;</w:t>
        <w:br/>
        <w:t>З тобой оженитись".</w:t>
      </w:r>
    </w:p>
    <w:p>
      <w:r>
        <w:br/>
        <w:t>"Дякую за добре слово&lt;br /&gt;</w:t>
        <w:br/>
        <w:t>І мирюсь з тобою,&lt;br /&gt;</w:t>
        <w:br/>
        <w:t>Но я нігди нічиєю&lt;br /&gt;</w:t>
        <w:br/>
        <w:t>Не буду жоною.</w:t>
      </w:r>
    </w:p>
    <w:p>
      <w:r>
        <w:br/>
        <w:t>Не можу я вийти замуж,&lt;br /&gt;</w:t>
        <w:br/>
        <w:t>Поки силу маю,&lt;br /&gt;</w:t>
        <w:br/>
        <w:t>І тогді не вийду замуж,&lt;br /&gt;</w:t>
        <w:br/>
        <w:t>Як силу втеряю.</w:t>
      </w:r>
    </w:p>
    <w:p>
      <w:r>
        <w:br/>
        <w:t>Бо хоть би сама я хтіла,&lt;br /&gt;</w:t>
        <w:br/>
        <w:t>Не допустить сила,&lt;br /&gt;</w:t>
        <w:br/>
        <w:t>Щоб жоною кому була&lt;br /&gt;</w:t>
        <w:br/>
        <w:t>Пані злотокрила.</w:t>
      </w:r>
    </w:p>
    <w:p>
      <w:r>
        <w:br/>
        <w:t>А відбийте в мене силу —&lt;br /&gt;</w:t>
        <w:br/>
        <w:t>Що із мене буде?&lt;br /&gt;</w:t>
        <w:br/>
        <w:t>Ні я людей не захочу,&lt;br /&gt;</w:t>
        <w:br/>
        <w:t>Ані мене люде!.."</w:t>
      </w:r>
    </w:p>
    <w:p>
      <w:r>
        <w:br/>
        <w:t>"Клянусь пеклом! — кримчук каже.-&lt;br /&gt;</w:t>
        <w:br/>
        <w:t>Клянусь головою,&lt;br /&gt;</w:t>
        <w:br/>
        <w:t>Як не миром, то війною,&lt;br /&gt;</w:t>
        <w:br/>
        <w:t>А женюсь з тобою!</w:t>
      </w:r>
    </w:p>
    <w:p>
      <w:r>
        <w:br/>
        <w:t>Лиш як крилам страшна кримка,&lt;br /&gt;</w:t>
        <w:br/>
        <w:t>Кримці страшні крила,&lt;br /&gt;</w:t>
        <w:br/>
        <w:t>Так самим нам не годиться&lt;br /&gt;</w:t>
        <w:br/>
        <w:t>Битись, злотокрила.</w:t>
      </w:r>
    </w:p>
    <w:p>
      <w:r>
        <w:br/>
        <w:t>А поставим в поле військо,&lt;br /&gt;</w:t>
        <w:br/>
        <w:t>Військо буде битись,&lt;br /&gt;</w:t>
        <w:br/>
        <w:t>А ми здалеку від себе&lt;br /&gt;</w:t>
        <w:br/>
        <w:t>Будем лиш дивитись.</w:t>
      </w:r>
    </w:p>
    <w:p>
      <w:r>
        <w:br/>
        <w:t>А з сим словом, злотокрила,&lt;br /&gt;</w:t>
        <w:br/>
        <w:t>Будь же ти здорова!&lt;br /&gt;</w:t>
        <w:br/>
        <w:t>Моє військо буде завтра,&lt;br /&gt;</w:t>
        <w:br/>
        <w:t>Будь і ти готова".</w:t>
      </w:r>
    </w:p>
    <w:p>
      <w:r>
        <w:br/>
        <w:t>V</w:t>
      </w:r>
    </w:p>
    <w:p>
      <w:r>
        <w:br/>
        <w:t>У неділю злотокрила&lt;br /&gt;</w:t>
        <w:br/>
        <w:t>Рано пробудилась,&lt;br /&gt;</w:t>
        <w:br/>
        <w:t>Полетіла у столицю,&lt;br /&gt;</w:t>
        <w:br/>
        <w:t>Богу помолилась.</w:t>
      </w:r>
    </w:p>
    <w:p>
      <w:r>
        <w:br/>
        <w:t>Відслухала службу божу,&lt;br /&gt;</w:t>
        <w:br/>
        <w:t>Проскуру узяла&lt;br /&gt;</w:t>
        <w:br/>
        <w:t>І на степи повернулась,&lt;br /&gt;</w:t>
        <w:br/>
        <w:t>На могилі стала.</w:t>
      </w:r>
    </w:p>
    <w:p>
      <w:r>
        <w:br/>
        <w:t>Тілько стала на могилі,&lt;br /&gt;</w:t>
        <w:br/>
        <w:t>Проскурку спожила,&lt;br /&gt;</w:t>
        <w:br/>
        <w:t>Коли гляне — через степи&lt;br /&gt;</w:t>
        <w:br/>
        <w:t>Іде вража сила.</w:t>
      </w:r>
    </w:p>
    <w:p>
      <w:r>
        <w:br/>
        <w:t>І стріпнулася царівна&lt;br /&gt;</w:t>
        <w:br/>
        <w:t>Обома крилами,&lt;br /&gt;</w:t>
        <w:br/>
        <w:t>І посипались, як порох,&lt;br /&gt;</w:t>
        <w:br/>
        <w:t>Коні з козаками.</w:t>
      </w:r>
    </w:p>
    <w:p>
      <w:r>
        <w:br/>
        <w:t>І зайняли ціле поле,&lt;br /&gt;</w:t>
        <w:br/>
        <w:t>І на полі грають,&lt;br /&gt;</w:t>
        <w:br/>
        <w:t>Довгі піки виміряють,&lt;br /&gt;</w:t>
        <w:br/>
        <w:t>Палашами мають.</w:t>
      </w:r>
    </w:p>
    <w:p>
      <w:r>
        <w:br/>
        <w:t>Вогню крешуть, люльки курять,&lt;br /&gt;</w:t>
        <w:br/>
        <w:t>Луки натягають,&lt;br /&gt;</w:t>
        <w:br/>
        <w:t>Кричать, свистять, галасують,&lt;br /&gt;</w:t>
        <w:br/>
        <w:t>Пісеньки співають.</w:t>
      </w:r>
    </w:p>
    <w:p>
      <w:r>
        <w:br/>
        <w:t>І побавилась царівна,&lt;br /&gt;</w:t>
        <w:br/>
        <w:t>Волос вириває&lt;br /&gt;</w:t>
        <w:br/>
        <w:t>І гетьмана з булавою&lt;br /&gt;</w:t>
        <w:br/>
        <w:t>До них посилає.</w:t>
      </w:r>
    </w:p>
    <w:p>
      <w:r>
        <w:br/>
        <w:t>Як гетьмана увидали —&lt;br /&gt;</w:t>
        <w:br/>
        <w:t>Не то щоб злякались,&lt;br /&gt;</w:t>
        <w:br/>
        <w:t>А так, звісно, для порядку&lt;br /&gt;</w:t>
        <w:br/>
        <w:t>В сотні позбирались.</w:t>
      </w:r>
    </w:p>
    <w:p>
      <w:r>
        <w:br/>
        <w:t>Прийшов гетьман, обдивився:&lt;br /&gt;</w:t>
        <w:br/>
        <w:t>"А що, милі братця?&lt;br /&gt;</w:t>
        <w:br/>
        <w:t>Кримчук іде на царівну —&lt;br /&gt;</w:t>
        <w:br/>
        <w:t>Треба воюваться".</w:t>
      </w:r>
    </w:p>
    <w:p>
      <w:r>
        <w:br/>
        <w:t>"Та як треба, то і треба!" —&lt;br /&gt;</w:t>
        <w:br/>
        <w:t>Козаки озвались&lt;br /&gt;</w:t>
        <w:br/>
        <w:t>І всі разом з отаманом&lt;br /&gt;</w:t>
        <w:br/>
        <w:t>У степи погнались.</w:t>
      </w:r>
    </w:p>
    <w:p>
      <w:r>
        <w:br/>
        <w:t>І війна ж то закипіла!&lt;br /&gt;</w:t>
        <w:br/>
        <w:t>Боже, твоя воле!..&lt;br /&gt;</w:t>
        <w:br/>
        <w:t>Людські трупи, як солома,&lt;br /&gt;</w:t>
        <w:br/>
        <w:t>Укривали поле.</w:t>
      </w:r>
    </w:p>
    <w:p>
      <w:r>
        <w:br/>
        <w:t>А живії по коліна&lt;br /&gt;</w:t>
        <w:br/>
        <w:t>У крівлі бродили&lt;br /&gt;</w:t>
        <w:br/>
        <w:t>І різались, і рубались,&lt;br /&gt;</w:t>
        <w:br/>
        <w:t>З місця не сходили.</w:t>
      </w:r>
    </w:p>
    <w:p>
      <w:r>
        <w:br/>
        <w:t>І тогді лиш на степові&lt;br /&gt;</w:t>
        <w:br/>
        <w:t>Різня перестала,&lt;br /&gt;</w:t>
        <w:br/>
        <w:t>Як вся сила кримчукова&lt;br /&gt;</w:t>
        <w:br/>
        <w:t>Покотом лежала.</w:t>
      </w:r>
    </w:p>
    <w:p>
      <w:r>
        <w:br/>
        <w:t>Після того вражі трупи&lt;br /&gt;</w:t>
        <w:br/>
        <w:t>Три дні хоронили&lt;br /&gt;</w:t>
        <w:br/>
        <w:t>І над ними насипали&lt;br /&gt;</w:t>
        <w:br/>
        <w:t>Високі могили.</w:t>
      </w:r>
    </w:p>
    <w:p>
      <w:r>
        <w:br/>
        <w:t>А царевич невидимець&lt;br /&gt;</w:t>
        <w:br/>
        <w:t>Із такого горя&lt;br /&gt;</w:t>
        <w:br/>
        <w:t>Відцурався і царівни&lt;br /&gt;</w:t>
        <w:br/>
        <w:t>І пішов до моря.</w:t>
      </w:r>
    </w:p>
    <w:p>
      <w:r>
        <w:br/>
        <w:t>VI</w:t>
      </w:r>
    </w:p>
    <w:p>
      <w:r>
        <w:br/>
        <w:t>Ще травою не покрились&lt;br /&gt;</w:t>
        <w:br/>
        <w:t>Чорнії могили,&lt;br /&gt;</w:t>
        <w:br/>
        <w:t>Іще крові на степові&lt;br /&gt;</w:t>
        <w:br/>
        <w:t>Дощі не відмили,</w:t>
      </w:r>
    </w:p>
    <w:p>
      <w:r>
        <w:br/>
        <w:t>Ще царівна й після сего&lt;br /&gt;</w:t>
        <w:br/>
        <w:t>Балу не проспалась,&lt;br /&gt;</w:t>
        <w:br/>
        <w:t>А для неї уже друга&lt;br /&gt;</w:t>
        <w:br/>
        <w:t>Учта готувалась.</w:t>
      </w:r>
    </w:p>
    <w:p>
      <w:r>
        <w:br/>
        <w:t>Біда нігди к чоловіку&lt;br /&gt;</w:t>
        <w:br/>
        <w:t>Їдна не приходить,&lt;br /&gt;</w:t>
        <w:br/>
        <w:t>А все кілька на підмогу&lt;br /&gt;</w:t>
        <w:br/>
        <w:t>З собою приводить.</w:t>
      </w:r>
    </w:p>
    <w:p>
      <w:r>
        <w:br/>
        <w:t>Лиш заким-то на степові&lt;br /&gt;</w:t>
        <w:br/>
        <w:t>Учта тая буде,&lt;br /&gt;</w:t>
        <w:br/>
        <w:t>За царевича мисливця&lt;br /&gt;</w:t>
        <w:br/>
        <w:t>Спогадайте, люди.</w:t>
      </w:r>
    </w:p>
    <w:p>
      <w:r>
        <w:br/>
        <w:t>На опівніч від заходу&lt;br /&gt;</w:t>
        <w:br/>
        <w:t>Єсть ліси дрімучі,&lt;br /&gt;</w:t>
        <w:br/>
        <w:t>Їх границя — гори й море,&lt;br /&gt;</w:t>
        <w:br/>
        <w:t>Болота і кручі.</w:t>
      </w:r>
    </w:p>
    <w:p>
      <w:r>
        <w:br/>
        <w:t>І ті гори на полудні,&lt;br /&gt;</w:t>
        <w:br/>
        <w:t>Болота — з восходу,&lt;br /&gt;</w:t>
        <w:br/>
        <w:t>Бурштин-море — з опівночі.,&lt;br /&gt;</w:t>
        <w:br/>
        <w:t>Кручі — від заходу,</w:t>
      </w:r>
    </w:p>
    <w:p>
      <w:r>
        <w:br/>
        <w:t>Не садила ліси тії&lt;br /&gt;</w:t>
        <w:br/>
        <w:t>Рука чоловіка:&lt;br /&gt;</w:t>
        <w:br/>
        <w:t>Тії пущі, знать, стояли&lt;br /&gt;</w:t>
        <w:br/>
        <w:t>Від початку віка.</w:t>
      </w:r>
    </w:p>
    <w:p>
      <w:r>
        <w:br/>
        <w:t>І в тих пущах ісплелися&lt;br /&gt;</w:t>
        <w:br/>
        <w:t>Берест і кленина,&lt;br /&gt;</w:t>
        <w:br/>
        <w:t>Граб, і ограб, і крушина,&lt;br /&gt;</w:t>
        <w:br/>
        <w:t>Вільха, і ліщина.</w:t>
      </w:r>
    </w:p>
    <w:p>
      <w:r>
        <w:br/>
        <w:t>Ісплелися і обнялись&lt;br /&gt;</w:t>
        <w:br/>
        <w:t>Браття молодії,&lt;br /&gt;</w:t>
        <w:br/>
        <w:t>А під ними догнивають&lt;br /&gt;</w:t>
        <w:br/>
        <w:t>їх батьки старії.</w:t>
      </w:r>
    </w:p>
    <w:p>
      <w:r>
        <w:br/>
        <w:t>Догнивають, ніби трупи,&lt;br /&gt;</w:t>
        <w:br/>
        <w:t>Кора порохніє,&lt;br /&gt;</w:t>
        <w:br/>
        <w:t>І, як кості, недогниле&lt;br /&gt;</w:t>
        <w:br/>
        <w:t>Дерево жовтіє.</w:t>
      </w:r>
    </w:p>
    <w:p>
      <w:r>
        <w:br/>
        <w:t>І, як тіло умерлого,&lt;br /&gt;</w:t>
        <w:br/>
        <w:t>Кора відпадає,&lt;br /&gt;</w:t>
        <w:br/>
        <w:t>І по нії гробак лазить,&lt;br /&gt;</w:t>
        <w:br/>
        <w:t>Покорму шукає.</w:t>
      </w:r>
    </w:p>
    <w:p>
      <w:r>
        <w:br/>
        <w:t>І їдні вже ізогнили,&lt;br /&gt;</w:t>
        <w:br/>
        <w:t>Другі догнивають,&lt;br /&gt;</w:t>
        <w:br/>
        <w:t>А.їднолітки живії&lt;br /&gt;</w:t>
        <w:br/>
        <w:t>Віка доживають.</w:t>
      </w:r>
    </w:p>
    <w:p>
      <w:r>
        <w:br/>
        <w:t>І то ще дуби, старії липи&lt;br /&gt;</w:t>
        <w:br/>
        <w:t>На ногах держаться;&lt;br /&gt;</w:t>
        <w:br/>
        <w:t>Но і тії незабаром&lt;br /&gt;</w:t>
        <w:br/>
        <w:t>Трунами зваляться.</w:t>
      </w:r>
    </w:p>
    <w:p>
      <w:r>
        <w:br/>
        <w:t>І в тих пущах від потопу&lt;br /&gt;</w:t>
        <w:br/>
        <w:t>Люди не ходили,&lt;br /&gt;</w:t>
        <w:br/>
        <w:t>Там літали тілько птахи&lt;br /&gt;</w:t>
        <w:br/>
        <w:t>Та звірі бродили.</w:t>
      </w:r>
    </w:p>
    <w:p>
      <w:r>
        <w:br/>
        <w:t>VII</w:t>
      </w:r>
    </w:p>
    <w:p>
      <w:r>
        <w:br/>
        <w:t>Серед пущі тече річка,&lt;br /&gt;</w:t>
        <w:br/>
        <w:t>А при ній поляна,&lt;br /&gt;</w:t>
        <w:br/>
        <w:t>І поляна — то столиця&lt;br /&gt;</w:t>
        <w:br/>
        <w:t>Мисливого пана.</w:t>
      </w:r>
    </w:p>
    <w:p>
      <w:r>
        <w:br/>
        <w:t>І нема на ній палацу,&lt;br /&gt;</w:t>
        <w:br/>
        <w:t>І не видно стайні,&lt;br /&gt;</w:t>
        <w:br/>
        <w:t>Тілько трава зеленіє&lt;br /&gt;</w:t>
        <w:br/>
        <w:t>Буйна по поляні.</w:t>
      </w:r>
    </w:p>
    <w:p>
      <w:r>
        <w:br/>
        <w:t>І по траві по зеленій&lt;br /&gt;</w:t>
        <w:br/>
        <w:t>Кінь вороний бродить,&lt;br /&gt;</w:t>
        <w:br/>
        <w:t>Прищурює віщі вуха,&lt;br /&gt;</w:t>
        <w:br/>
        <w:t>Головою водить.</w:t>
      </w:r>
    </w:p>
    <w:p>
      <w:r>
        <w:br/>
        <w:t>А під липою старою&lt;br /&gt;</w:t>
        <w:br/>
        <w:t>Пан відпочиває,&lt;br /&gt;</w:t>
        <w:br/>
        <w:t>Заким встане й полювання&lt;br /&gt;</w:t>
        <w:br/>
        <w:t>Коню загадає.</w:t>
      </w:r>
    </w:p>
    <w:p>
      <w:r>
        <w:br/>
        <w:t>І як тілько загадає,&lt;br /&gt;</w:t>
        <w:br/>
        <w:t>Віщий кінь приходить,&lt;br /&gt;</w:t>
        <w:br/>
        <w:t>Ліве вухо нахиляє,&lt;br /&gt;</w:t>
        <w:br/>
        <w:t>Як трубу розводить.</w:t>
      </w:r>
    </w:p>
    <w:p>
      <w:r>
        <w:br/>
        <w:t>І царевич улізає,&lt;br /&gt;</w:t>
        <w:br/>
        <w:t>Правим вилізає&lt;br /&gt;</w:t>
        <w:br/>
        <w:t>І, облитий сріблом-злотом,&lt;br /&gt;</w:t>
        <w:br/>
        <w:t>На коня сідає.</w:t>
      </w:r>
    </w:p>
    <w:p>
      <w:r>
        <w:br/>
        <w:t>Після него скачуть люди,&lt;br /&gt;</w:t>
        <w:br/>
        <w:t>їдні з рогачами,&lt;br /&gt;</w:t>
        <w:br/>
        <w:t>Другі з ружжами, сітками,&lt;br /&gt;</w:t>
        <w:br/>
        <w:t>Треті із хортами.</w:t>
      </w:r>
    </w:p>
    <w:p>
      <w:r>
        <w:br/>
        <w:t>То на конях, то без коней,&lt;br /&gt;</w:t>
        <w:br/>
        <w:t>Всякі виступають,&lt;br /&gt;</w:t>
        <w:br/>
        <w:t>Виступають, кругом него&lt;br /&gt;</w:t>
        <w:br/>
        <w:t>Поле укривають.</w:t>
      </w:r>
    </w:p>
    <w:p>
      <w:r>
        <w:br/>
        <w:t>Укривають ціле поле&lt;br /&gt;</w:t>
        <w:br/>
        <w:t>І ждуть приказання,&lt;br /&gt;</w:t>
        <w:br/>
        <w:t>Як прикаже пан мисливий&lt;br /&gt;</w:t>
        <w:br/>
        <w:t>Мати полювання.</w:t>
      </w:r>
    </w:p>
    <w:p>
      <w:r>
        <w:br/>
        <w:t>Скаже птахів полювати —&lt;br /&gt;</w:t>
        <w:br/>
        <w:t>Летять поверх пущі;&lt;br /&gt;</w:t>
        <w:br/>
        <w:t>А звірину полювати —&lt;br /&gt;</w:t>
        <w:br/>
        <w:t>Летять через гущі.</w:t>
      </w:r>
    </w:p>
    <w:p>
      <w:r>
        <w:br/>
        <w:t>І вже най стома ногами&lt;br /&gt;</w:t>
        <w:br/>
        <w:t>Звір який втікає,&lt;br /&gt;</w:t>
        <w:br/>
        <w:t>Або най стома крилами&lt;br /&gt;</w:t>
        <w:br/>
        <w:t>Пташка улітає,</w:t>
      </w:r>
    </w:p>
    <w:p>
      <w:r>
        <w:br/>
        <w:t>Най зайде в трістя-болота,&lt;br /&gt;</w:t>
        <w:br/>
        <w:t>В прірви, на дно моря,-&lt;br /&gt;</w:t>
        <w:br/>
        <w:t>Попадеться лиш на око —&lt;br /&gt;</w:t>
        <w:br/>
        <w:t>Не втече небора.</w:t>
      </w:r>
    </w:p>
    <w:p>
      <w:r>
        <w:br/>
        <w:t>А кінчилось полювання —&lt;br /&gt;</w:t>
        <w:br/>
        <w:t>Ізнов на поляну!&lt;br /&gt;</w:t>
        <w:br/>
        <w:t>Кінь стає і вухо праве&lt;br /&gt;</w:t>
        <w:br/>
        <w:t>Підставляє пану.</w:t>
      </w:r>
    </w:p>
    <w:p>
      <w:r>
        <w:br/>
        <w:t>І заграють кругом труби,&lt;br /&gt;</w:t>
        <w:br/>
        <w:t>І пан улізає.&lt;br /&gt;</w:t>
        <w:br/>
        <w:t>Улізає, розбереться,&lt;br /&gt;</w:t>
        <w:br/>
        <w:t>Лівим вилізає.</w:t>
      </w:r>
    </w:p>
    <w:p>
      <w:r>
        <w:br/>
        <w:t>Потім челядь улітає&lt;br /&gt;</w:t>
        <w:br/>
        <w:t>І там зостається,&lt;br /&gt;</w:t>
        <w:br/>
        <w:t>Потім пан лягає спати,&lt;br /&gt;</w:t>
        <w:br/>
        <w:t>А віщун пасеться.</w:t>
      </w:r>
    </w:p>
    <w:p>
      <w:r>
        <w:br/>
        <w:t>VIII</w:t>
      </w:r>
    </w:p>
    <w:p>
      <w:r>
        <w:br/>
        <w:t>Так і жив собі царевич&lt;br /&gt;</w:t>
        <w:br/>
        <w:t>На своїй поляні,&lt;br /&gt;</w:t>
        <w:br/>
        <w:t>Тілько й думи в него було,&lt;br /&gt;</w:t>
        <w:br/>
        <w:t>Що о полюванні.</w:t>
      </w:r>
    </w:p>
    <w:p>
      <w:r>
        <w:br/>
        <w:t>І в тих думах кілька років&lt;br /&gt;</w:t>
        <w:br/>
        <w:t>В вічність полинуло,&lt;br /&gt;</w:t>
        <w:br/>
        <w:t>І літа ті найщасливші&lt;br /&gt;</w:t>
        <w:br/>
        <w:t>Для мисливця були.</w:t>
      </w:r>
    </w:p>
    <w:p>
      <w:r>
        <w:br/>
        <w:t>Після того із шостого&lt;br /&gt;</w:t>
        <w:br/>
        <w:t>Чи з седьмого року&lt;br /&gt;</w:t>
        <w:br/>
        <w:t>Залягла йому гадюка&lt;br /&gt;</w:t>
        <w:br/>
        <w:t>Край лівого боку,</w:t>
      </w:r>
    </w:p>
    <w:p>
      <w:r>
        <w:br/>
        <w:t>І згризала йому серце&lt;br /&gt;</w:t>
        <w:br/>
        <w:t>Зрання до смеркання,&lt;br /&gt;</w:t>
        <w:br/>
        <w:t>І натхнула тяжкі війни&lt;br /&gt;</w:t>
        <w:br/>
        <w:t>Замість полювання.</w:t>
      </w:r>
    </w:p>
    <w:p>
      <w:r>
        <w:br/>
        <w:t>Отакі-то речі були!&lt;br /&gt;</w:t>
        <w:br/>
        <w:t>Певними часами&lt;br /&gt;</w:t>
        <w:br/>
        <w:t>Полював собі мисливий&lt;br /&gt;</w:t>
        <w:br/>
        <w:t>Межи болотами.</w:t>
      </w:r>
    </w:p>
    <w:p>
      <w:r>
        <w:br/>
        <w:t>І вбив сарну, кілька зайців,&lt;br /&gt;</w:t>
        <w:br/>
        <w:t>Вовка і лисицю,&lt;br /&gt;</w:t>
        <w:br/>
        <w:t>Наостаток несподівно&lt;br /&gt;</w:t>
        <w:br/>
        <w:t>Напав на куницю.</w:t>
      </w:r>
    </w:p>
    <w:p>
      <w:r>
        <w:br/>
        <w:t>Летять слуги і мисливий,&lt;br /&gt;</w:t>
        <w:br/>
        <w:t>Хортів поспускали,&lt;br /&gt;</w:t>
        <w:br/>
        <w:t>А куниця на болото,&lt;br /&gt;</w:t>
        <w:br/>
        <w:t>Поминай як звали!</w:t>
      </w:r>
    </w:p>
    <w:p>
      <w:r>
        <w:br/>
        <w:t>Біжить вона болотами,&lt;br /&gt;</w:t>
        <w:br/>
        <w:t>Полем, чагарями,&lt;br /&gt;</w:t>
        <w:br/>
        <w:t>Біжить ззаду і мисливий&lt;br /&gt;</w:t>
        <w:br/>
        <w:t>З слугами, хортами.</w:t>
      </w:r>
    </w:p>
    <w:p>
      <w:r>
        <w:br/>
        <w:t>Убігає кунка в степи,&lt;br /&gt;</w:t>
        <w:br/>
        <w:t>Ба й ті не вертають&lt;br /&gt;</w:t>
        <w:br/>
        <w:t>І в густий бур'ян високий&lt;br /&gt;</w:t>
        <w:br/>
        <w:t>З псами убігають.</w:t>
      </w:r>
    </w:p>
    <w:p>
      <w:r>
        <w:br/>
        <w:t>І ганяли, не догнали,&lt;br /&gt;</w:t>
        <w:br/>
        <w:t>І в степу зблудили,&lt;br /&gt;</w:t>
        <w:br/>
        <w:t>І насилу приблудились&lt;br /&gt;</w:t>
        <w:br/>
        <w:t>На ніч до могили.</w:t>
      </w:r>
    </w:p>
    <w:p>
      <w:r>
        <w:br/>
        <w:t>І кругом могили стали,&lt;br /&gt;</w:t>
        <w:br/>
        <w:t>Стали розважати,&lt;br /&gt;</w:t>
        <w:br/>
        <w:t>Чи додому повертатись,&lt;br /&gt;</w:t>
        <w:br/>
        <w:t>Чи тут ночувати.</w:t>
      </w:r>
    </w:p>
    <w:p>
      <w:r>
        <w:br/>
        <w:t>Розсудили ночувати&lt;br /&gt;</w:t>
        <w:br/>
        <w:t>Слугам серед поля,&lt;br /&gt;</w:t>
        <w:br/>
        <w:t>Царевичу — на могилі,&lt;br /&gt;</w:t>
        <w:br/>
        <w:t>Коли буде воля.</w:t>
      </w:r>
    </w:p>
    <w:p>
      <w:r>
        <w:br/>
        <w:t>І подякував царевич&lt;br /&gt;</w:t>
        <w:br/>
        <w:t>За їх раду милу,&lt;br /&gt;</w:t>
        <w:br/>
        <w:t>І пришпорив вороного,&lt;br /&gt;</w:t>
        <w:br/>
        <w:t>Їде на могилу.</w:t>
      </w:r>
    </w:p>
    <w:p>
      <w:r>
        <w:br/>
        <w:t>IX</w:t>
      </w:r>
    </w:p>
    <w:p>
      <w:r>
        <w:br/>
        <w:t>А царівна злотокрила&lt;br /&gt;</w:t>
        <w:br/>
        <w:t>На могилі спала...&lt;br /&gt;</w:t>
        <w:br/>
        <w:t>Крила раптом засвербіли,&lt;br /&gt;</w:t>
        <w:br/>
        <w:t>І царівна встала.</w:t>
      </w:r>
    </w:p>
    <w:p>
      <w:r>
        <w:br/>
        <w:t>Перед нею в злоті-сріблі,&lt;br /&gt;</w:t>
        <w:br/>
        <w:t>Гарний,уродливий,&lt;br /&gt;</w:t>
        <w:br/>
        <w:t>Стояв конем на могилі&lt;br /&gt;</w:t>
        <w:br/>
        <w:t>Царевич мисливий.</w:t>
      </w:r>
    </w:p>
    <w:p>
      <w:r>
        <w:br/>
        <w:t>І поглянула царівна&lt;br /&gt;</w:t>
        <w:br/>
        <w:t>Навкруга могили,&lt;br /&gt;</w:t>
        <w:br/>
        <w:t>А там люди пішо й кінно&lt;br /&gt;</w:t>
        <w:br/>
        <w:t>Ціле поле вкрили.</w:t>
      </w:r>
    </w:p>
    <w:p>
      <w:r>
        <w:br/>
        <w:t>І поглянула, питає:&lt;br /&gt;</w:t>
        <w:br/>
        <w:t>"Звідки, добрі люде?&lt;br /&gt;</w:t>
        <w:br/>
        <w:t>Чи війна у вас зо мною,&lt;br /&gt;</w:t>
        <w:br/>
        <w:t>Чу супокій буде?"</w:t>
      </w:r>
    </w:p>
    <w:p>
      <w:r>
        <w:br/>
        <w:t>І царевич відвічає&lt;br /&gt;</w:t>
        <w:br/>
        <w:t>Панні уродливій:&lt;br /&gt;</w:t>
        <w:br/>
        <w:t>"Я — царевич із поляни,&lt;br /&gt;</w:t>
        <w:br/>
        <w:t>То мої мисливі.</w:t>
      </w:r>
    </w:p>
    <w:p>
      <w:r>
        <w:br/>
        <w:t>Ми куницю полювали,&lt;br /&gt;</w:t>
        <w:br/>
        <w:t>Да в степи загнали,&lt;br /&gt;</w:t>
        <w:br/>
        <w:t>Не догнали,заблудились,&lt;br /&gt;</w:t>
        <w:br/>
        <w:t>Сюди приблукали.</w:t>
      </w:r>
    </w:p>
    <w:p>
      <w:r>
        <w:br/>
        <w:t>Просимо тебе, царівно,&lt;br /&gt;</w:t>
        <w:br/>
        <w:t>На нас не гнівися,&lt;br /&gt;</w:t>
        <w:br/>
        <w:t>Що без волі ми твоєї&lt;br /&gt;</w:t>
        <w:br/>
        <w:t>В степи ввігналися",</w:t>
      </w:r>
    </w:p>
    <w:p>
      <w:r>
        <w:br/>
        <w:t>"Коли так,— царівна каже,&lt;br /&gt;</w:t>
        <w:br/>
        <w:t>Я жалю не маю,&lt;br /&gt;</w:t>
        <w:br/>
        <w:t>Кілько схочете — полюйте,&lt;br /&gt;</w:t>
        <w:br/>
        <w:t>Я вам позволяю.</w:t>
      </w:r>
    </w:p>
    <w:p>
      <w:r>
        <w:br/>
        <w:t>Ще годилось би вас, гречних,&lt;br /&gt;</w:t>
        <w:br/>
        <w:t>Переночувати,&lt;br /&gt;</w:t>
        <w:br/>
        <w:t>Но я — панна, ти — кавалір,-&lt;br /&gt;</w:t>
        <w:br/>
        <w:t>Прошу вибачати..."</w:t>
      </w:r>
    </w:p>
    <w:p>
      <w:r>
        <w:br/>
        <w:t>"Дякуєм тобі, царівно,&lt;br /&gt;</w:t>
        <w:br/>
        <w:t>І святому богу,&lt;br /&gt;</w:t>
        <w:br/>
        <w:t>Тілько звідси па поляну&lt;br /&gt;</w:t>
        <w:br/>
        <w:t>Покажи дорогу".</w:t>
      </w:r>
    </w:p>
    <w:p>
      <w:r>
        <w:br/>
        <w:t>І царівна показала:&lt;br /&gt;</w:t>
        <w:br/>
        <w:t>"Так тримайтесь, люде:&lt;br /&gt;</w:t>
        <w:br/>
        <w:t>Перше кий вам попадеться,&lt;br /&gt;</w:t>
        <w:br/>
        <w:t>Потім жито буде.</w:t>
      </w:r>
    </w:p>
    <w:p>
      <w:r>
        <w:br/>
        <w:t>І від жита на полудень&lt;br /&gt;</w:t>
        <w:br/>
        <w:t>Там пішло ще наше;&lt;br /&gt;</w:t>
        <w:br/>
        <w:t>А від него на опівніч&lt;br /&gt;</w:t>
        <w:br/>
        <w:t>Все то буде ваше".</w:t>
      </w:r>
    </w:p>
    <w:p>
      <w:r>
        <w:br/>
        <w:t>І подякував царевич,&lt;br /&gt;</w:t>
        <w:br/>
        <w:t>Шапкою склонився,&lt;br /&gt;</w:t>
        <w:br/>
        <w:t>З вороного перегнувся,&lt;br /&gt;</w:t>
        <w:br/>
        <w:t>З панною простився.</w:t>
      </w:r>
    </w:p>
    <w:p>
      <w:r>
        <w:br/>
        <w:t>Зібрав слуги і поїхав&lt;br /&gt;</w:t>
        <w:br/>
        <w:t>На свою поляну&lt;br /&gt;</w:t>
        <w:br/>
        <w:t>І все думав за царівну&lt;br /&gt;</w:t>
        <w:br/>
        <w:t>Любу та кохану.</w:t>
      </w:r>
    </w:p>
    <w:p>
      <w:r>
        <w:br/>
        <w:t>X</w:t>
      </w:r>
    </w:p>
    <w:p>
      <w:r>
        <w:br/>
        <w:t>Звела з розуму царівна&lt;br /&gt;</w:t>
        <w:br/>
        <w:t>Мисливого-пана,&lt;br /&gt;</w:t>
        <w:br/>
        <w:t>І огидла йому пуща,&lt;br /&gt;</w:t>
        <w:br/>
        <w:t>Збридла і поляна.</w:t>
      </w:r>
    </w:p>
    <w:p>
      <w:r>
        <w:br/>
        <w:t>І чи спить він, чи дрімає,&lt;br /&gt;</w:t>
        <w:br/>
        <w:t>Чи думу гадає,-&lt;br /&gt;</w:t>
        <w:br/>
        <w:t>Його думка край могили&lt;br /&gt;</w:t>
        <w:br/>
        <w:t>На стену літає.</w:t>
      </w:r>
    </w:p>
    <w:p>
      <w:r>
        <w:br/>
        <w:t>І літає коло тої,&lt;br /&gt;</w:t>
        <w:br/>
        <w:t>Которую любить,-&lt;br /&gt;</w:t>
        <w:br/>
        <w:t>Обіймає і цілує,&lt;br /&gt;</w:t>
        <w:br/>
        <w:t>Ластить і голубить,</w:t>
      </w:r>
    </w:p>
    <w:p>
      <w:r>
        <w:br/>
        <w:t>Нащо ж думи, нащо ж мари&lt;br /&gt;</w:t>
        <w:br/>
        <w:t>Про пишнії чари,&lt;br /&gt;</w:t>
        <w:br/>
        <w:t>Коли з ними враз по серці&lt;br /&gt;</w:t>
        <w:br/>
        <w:t>Бродять чорні хмари?</w:t>
      </w:r>
    </w:p>
    <w:p>
      <w:r>
        <w:br/>
        <w:t>Спив і я той прикрий келих&lt;br /&gt;</w:t>
        <w:br/>
        <w:t>За здоров'я долі,&lt;br /&gt;</w:t>
        <w:br/>
        <w:t>І з похмілля моє серце&lt;br /&gt;</w:t>
        <w:br/>
        <w:t>Розривають болі.</w:t>
      </w:r>
    </w:p>
    <w:p>
      <w:r>
        <w:br/>
        <w:t>Правда, мило мені було,&lt;br /&gt;</w:t>
        <w:br/>
        <w:t>Як дівча обняла&lt;br /&gt;</w:t>
        <w:br/>
        <w:t>І опущене покрівля&lt;br /&gt;</w:t>
        <w:br/>
        <w:t>З думки підіймала,</w:t>
      </w:r>
    </w:p>
    <w:p>
      <w:r>
        <w:br/>
        <w:t>І на розум накидала.&lt;br /&gt;</w:t>
        <w:br/>
        <w:t>Правда, мило було!..&lt;br /&gt;</w:t>
        <w:br/>
        <w:t>Моє серце в океані&lt;br /&gt;</w:t>
        <w:br/>
        <w:t>Розкоші тонуло.</w:t>
      </w:r>
    </w:p>
    <w:p>
      <w:r>
        <w:br/>
        <w:t>Я забув про все на світі,&lt;br /&gt;</w:t>
        <w:br/>
        <w:t>На все не вважав-єм,&lt;br /&gt;</w:t>
        <w:br/>
        <w:t>Я й себе забув самого,&lt;br /&gt;</w:t>
        <w:br/>
        <w:t>Мало пам'ятав-єм.</w:t>
      </w:r>
    </w:p>
    <w:p>
      <w:r>
        <w:br/>
        <w:t>Спам'ятався... вона щезла!..&lt;br /&gt;</w:t>
        <w:br/>
        <w:t>Розум холодіє.&lt;br /&gt;</w:t>
        <w:br/>
        <w:t>Лиш нещасна моя думка&lt;br /&gt;</w:t>
        <w:br/>
        <w:t>Росте та повніє.</w:t>
      </w:r>
    </w:p>
    <w:p>
      <w:r>
        <w:br/>
        <w:t>В якім смутку, в якім жалі&lt;br /&gt;</w:t>
        <w:br/>
        <w:t>З нею я блукаю,&lt;br /&gt;</w:t>
        <w:br/>
        <w:t>В яких муках, тяжких болях&lt;br /&gt;</w:t>
        <w:br/>
        <w:t>На світ породжаю.</w:t>
      </w:r>
    </w:p>
    <w:p>
      <w:r>
        <w:br/>
        <w:t>Зв'янув мій вінок рутвяний,&lt;br /&gt;</w:t>
        <w:br/>
        <w:t>І вона причина,&lt;br /&gt;</w:t>
        <w:br/>
        <w:t>І хто знає, чи пригорне&lt;br /&gt;</w:t>
        <w:br/>
        <w:t>Хоть дитя-дівчина!</w:t>
      </w:r>
    </w:p>
    <w:p>
      <w:r>
        <w:br/>
        <w:t>Нащо ж думи, нащо ж мари&lt;br /&gt;</w:t>
        <w:br/>
        <w:t>Про пишнії чари,&lt;br /&gt;</w:t>
        <w:br/>
        <w:t>Коли з ними враз по серцю&lt;br /&gt;</w:t>
        <w:br/>
        <w:t>Бродять чорні хмари?</w:t>
      </w:r>
    </w:p>
    <w:p>
      <w:r>
        <w:br/>
        <w:t>І роздумав пан мисливий:&lt;br /&gt;</w:t>
        <w:br/>
        <w:t>"Нічого гадати.&lt;br /&gt;</w:t>
        <w:br/>
        <w:t>Лучче бути у царівни,&lt;br /&gt;</w:t>
        <w:br/>
        <w:t>Правду розказати".</w:t>
      </w:r>
    </w:p>
    <w:p>
      <w:r>
        <w:br/>
        <w:t>XI</w:t>
      </w:r>
    </w:p>
    <w:p>
      <w:r>
        <w:br/>
        <w:t>І пішов він до царівни:&lt;br /&gt;</w:t>
        <w:br/>
        <w:t>"Панно злотокрила,&lt;br /&gt;</w:t>
        <w:br/>
        <w:t>Ти строїла моє серце,&lt;br /&gt;</w:t>
        <w:br/>
        <w:t>Розум погубила.</w:t>
      </w:r>
    </w:p>
    <w:p>
      <w:r>
        <w:br/>
        <w:t>Верни розум, віддай серце,&lt;br /&gt;</w:t>
        <w:br/>
        <w:t>Зжалься надо мною,&lt;br /&gt;</w:t>
        <w:br/>
        <w:t>Прийми моє вірне слово,&lt;br /&gt;</w:t>
        <w:br/>
        <w:t>Будь моєй жоною!"</w:t>
      </w:r>
    </w:p>
    <w:p>
      <w:r>
        <w:br/>
        <w:t>"Царевичу любий, милий!&lt;br /&gt;</w:t>
        <w:br/>
        <w:t>Вибачай, що скажу: —&lt;br /&gt;</w:t>
        <w:br/>
        <w:t>Я своєї головоньки&lt;br /&gt;</w:t>
        <w:br/>
        <w:t>Нігди не зав'яжу.</w:t>
      </w:r>
    </w:p>
    <w:p>
      <w:r>
        <w:br/>
        <w:t>Доки сила єсть у мене,&lt;br /&gt;</w:t>
        <w:br/>
        <w:t>Хоть би й я хотіла,&lt;br /&gt;</w:t>
        <w:br/>
        <w:t>Не допустить мене замуж&lt;br /&gt;</w:t>
        <w:br/>
        <w:t>Моя власна сила.</w:t>
      </w:r>
    </w:p>
    <w:p>
      <w:r>
        <w:br/>
        <w:t>А як доля мене зрадить,&lt;br /&gt;</w:t>
        <w:br/>
        <w:t>Сила збита буде,&lt;br /&gt;</w:t>
        <w:br/>
        <w:t>Ні я людей не полюблю,&lt;br /&gt;</w:t>
        <w:br/>
        <w:t>Ані мене люде.</w:t>
      </w:r>
    </w:p>
    <w:p>
      <w:r>
        <w:br/>
        <w:t>Царевичу любий, милий!&lt;br /&gt;</w:t>
        <w:br/>
        <w:t>Щиру правду кажу:&lt;br /&gt;</w:t>
        <w:br/>
        <w:t>Я своєї головоньки&lt;br /&gt;</w:t>
        <w:br/>
        <w:t>Нігди не зав'яжу".</w:t>
      </w:r>
    </w:p>
    <w:p>
      <w:r>
        <w:br/>
        <w:t>"Чари мої, небо моє!&lt;br /&gt;</w:t>
        <w:br/>
        <w:t>Зжалься падо мною!&lt;br /&gt;</w:t>
        <w:br/>
        <w:t>Не жоною — бог з тобою,-&lt;br /&gt;</w:t>
        <w:br/>
        <w:t>Будь хоча й сестрою!</w:t>
      </w:r>
    </w:p>
    <w:p>
      <w:r>
        <w:br/>
        <w:t>Позволь мені на степові&lt;br /&gt;</w:t>
        <w:br/>
        <w:t>Вічне полювати,&lt;br /&gt;</w:t>
        <w:br/>
        <w:t>Вічне тебе оглядати,&lt;br /&gt;</w:t>
        <w:br/>
        <w:t>З тобой розмовляти!"</w:t>
      </w:r>
    </w:p>
    <w:p>
      <w:r>
        <w:br/>
        <w:t>"Позволяю-позволяю&lt;br /&gt;</w:t>
        <w:br/>
        <w:t>І буду сестрою,&lt;br /&gt;</w:t>
        <w:br/>
        <w:t>Лиш неслави, тебе прошу,&lt;br /&gt;</w:t>
        <w:br/>
        <w:t>Не роби зо мною".</w:t>
      </w:r>
    </w:p>
    <w:p>
      <w:r>
        <w:br/>
        <w:t>І, як рідная сестриця,&lt;br /&gt;</w:t>
        <w:br/>
        <w:t>З братом обійнялась,&lt;br /&gt;</w:t>
        <w:br/>
        <w:t>Пригорнула його к серцю,&lt;br /&gt;</w:t>
        <w:br/>
        <w:t>Щиро цілувалась.</w:t>
      </w:r>
    </w:p>
    <w:p>
      <w:r>
        <w:br/>
        <w:t>І що ж? Легше тепер стало&lt;br /&gt;</w:t>
        <w:br/>
        <w:t>Мисливому-пану,&lt;br /&gt;</w:t>
        <w:br/>
        <w:t>Коли він сестрою має&lt;br /&gt;</w:t>
        <w:br/>
        <w:t>Дівчину кохану?!</w:t>
      </w:r>
    </w:p>
    <w:p>
      <w:r>
        <w:br/>
        <w:t>Но чи ж легше: води хтіти,&lt;br /&gt;</w:t>
        <w:br/>
        <w:t>Питоньки просити,&lt;br /&gt;</w:t>
        <w:br/>
        <w:t>У воді по шию бути&lt;br /&gt;</w:t>
        <w:br/>
        <w:t>І води не пити?</w:t>
      </w:r>
    </w:p>
    <w:p>
      <w:r>
        <w:br/>
        <w:t>Що йому за доля була&lt;br /&gt;</w:t>
        <w:br/>
        <w:t>І сестрою мати?&lt;br /&gt;</w:t>
        <w:br/>
        <w:t>Що за щастя йому було&lt;br /&gt;</w:t>
        <w:br/>
        <w:t>З нею розмовляти?</w:t>
      </w:r>
    </w:p>
    <w:p>
      <w:r>
        <w:br/>
        <w:t>Тілько дума за думою&lt;br /&gt;</w:t>
        <w:br/>
        <w:t>Розум убивала;&lt;br /&gt;</w:t>
        <w:br/>
        <w:t>Тілько туга за тугою&lt;br /&gt;</w:t>
        <w:br/>
        <w:t>Серце розривала.</w:t>
      </w:r>
    </w:p>
    <w:p>
      <w:r>
        <w:br/>
        <w:t>XII</w:t>
      </w:r>
    </w:p>
    <w:p>
      <w:r>
        <w:br/>
        <w:t>І не міг царевич знести&lt;br /&gt;</w:t>
        <w:br/>
        <w:t>Тяжкої недолі,&lt;br /&gt;</w:t>
        <w:br/>
        <w:t>І задумав її взяти&lt;br /&gt;</w:t>
        <w:br/>
        <w:t>Замуж поневолі.</w:t>
      </w:r>
    </w:p>
    <w:p>
      <w:r>
        <w:br/>
        <w:t>І впівночі, як царівна&lt;br /&gt;</w:t>
        <w:br/>
        <w:t>Мала спочивати,&lt;br /&gt;</w:t>
        <w:br/>
        <w:t>Став мисливий на всі степи&lt;br /&gt;</w:t>
        <w:br/>
        <w:t>Сіті розкидати.</w:t>
      </w:r>
    </w:p>
    <w:p>
      <w:r>
        <w:br/>
        <w:t>І розкинув на всі степи,&lt;br /&gt;</w:t>
        <w:br/>
        <w:t>Поля і могилу,&lt;br /&gt;</w:t>
        <w:br/>
        <w:t>Ставить силу серед поля,&lt;br /&gt;</w:t>
        <w:br/>
        <w:t>Сам іде по милу,</w:t>
      </w:r>
    </w:p>
    <w:p>
      <w:r>
        <w:br/>
        <w:t>Тілько вийшов на могилу —&lt;br /&gt;</w:t>
        <w:br/>
        <w:t>Мила пробудилась&lt;br /&gt;</w:t>
        <w:br/>
        <w:t>І сердитими очима&lt;br /&gt;</w:t>
        <w:br/>
        <w:t>Вколо обдивилась.</w:t>
      </w:r>
    </w:p>
    <w:p>
      <w:r>
        <w:br/>
        <w:t>Всюди сітка на стенові,&lt;br /&gt;</w:t>
        <w:br/>
        <w:t>Край могили люди.&lt;br /&gt;</w:t>
        <w:br/>
        <w:t>"Скажи, брате,— запитала;-&lt;br /&gt;</w:t>
        <w:br/>
        <w:t>Що то з того буде?"</w:t>
      </w:r>
    </w:p>
    <w:p>
      <w:r>
        <w:br/>
        <w:t>"А що ж буде, моя панно?&lt;br /&gt;</w:t>
        <w:br/>
        <w:t>Прийшов за сестрою,&lt;br /&gt;</w:t>
        <w:br/>
        <w:t>Щоб по волі чи неволі,&lt;br /&gt;</w:t>
        <w:br/>
        <w:t>А була жоною".</w:t>
      </w:r>
    </w:p>
    <w:p>
      <w:r>
        <w:br/>
        <w:t>"Не буде сестра жоною",-&lt;br /&gt;</w:t>
        <w:br/>
        <w:t>Відповіла мила;&lt;br /&gt;</w:t>
        <w:br/>
        <w:t>І на ступінь відступилась&lt;br /&gt;</w:t>
        <w:br/>
        <w:t>Істріпнула крила.</w:t>
      </w:r>
    </w:p>
    <w:p>
      <w:r>
        <w:br/>
        <w:t>І, як порох, пішо й конно&lt;br /&gt;</w:t>
        <w:br/>
        <w:t>Козаки спадають&lt;br /&gt;</w:t>
        <w:br/>
        <w:t>І зганяють вражу силу,&lt;br /&gt;</w:t>
        <w:br/>
        <w:t>Сіті обривають.</w:t>
      </w:r>
    </w:p>
    <w:p>
      <w:r>
        <w:br/>
        <w:t>І урвала їден волос,&lt;br /&gt;</w:t>
        <w:br/>
        <w:t>Ставить отамана,&lt;br /&gt;</w:t>
        <w:br/>
        <w:t>І отаман в чисте поле&lt;br /&gt;</w:t>
        <w:br/>
        <w:t>Запрошае пана.</w:t>
      </w:r>
    </w:p>
    <w:p>
      <w:r>
        <w:br/>
        <w:t>І на степу межи житом,&lt;br /&gt;</w:t>
        <w:br/>
        <w:t>Києм і могилой&lt;br /&gt;</w:t>
        <w:br/>
        <w:t>Ізійшовся пан мисливий&lt;br /&gt;</w:t>
        <w:br/>
        <w:t>З отаманськой силой.</w:t>
      </w:r>
    </w:p>
    <w:p>
      <w:r>
        <w:br/>
        <w:t>І зійшлися, б'ються, тнуться&lt;br /&gt;</w:t>
        <w:br/>
        <w:t>І кінця не мають,&lt;br /&gt;</w:t>
        <w:br/>
        <w:t>Їдні сили полягають,&lt;br /&gt;</w:t>
        <w:br/>
        <w:t>Другі виступають.</w:t>
      </w:r>
    </w:p>
    <w:p>
      <w:r>
        <w:br/>
        <w:t>І в мисливця нова сила&lt;br /&gt;</w:t>
        <w:br/>
        <w:t>З вуха виступає,&lt;br /&gt;</w:t>
        <w:br/>
        <w:t>В злотокрилої царівни&lt;br /&gt;</w:t>
        <w:br/>
        <w:t>Із крил вилітає.</w:t>
      </w:r>
    </w:p>
    <w:p>
      <w:r>
        <w:br/>
        <w:t>І зійшлися, б'ються, тнуться,&lt;br /&gt;</w:t>
        <w:br/>
        <w:t>Тілько й миру мають,&lt;br /&gt;</w:t>
        <w:br/>
        <w:t>Як землею сировою&lt;br /&gt;</w:t>
        <w:br/>
        <w:t>Трупи закривають.</w:t>
      </w:r>
    </w:p>
    <w:p>
      <w:r>
        <w:br/>
        <w:t>І так бились літо й зиму;&lt;br /&gt;</w:t>
        <w:br/>
        <w:t>Аж перед святою&lt;br /&gt;</w:t>
        <w:br/>
        <w:t>Дождалася злотокрила&lt;br /&gt;</w:t>
        <w:br/>
        <w:t>На часок покою.</w:t>
      </w:r>
    </w:p>
    <w:p>
      <w:r>
        <w:br/>
        <w:t>І в столицю полинула&lt;br /&gt;</w:t>
        <w:br/>
        <w:t>І там сповідалась&lt;br /&gt;</w:t>
        <w:br/>
        <w:t>І днів кілька із столиці&lt;br /&gt;</w:t>
        <w:br/>
        <w:t>В степи не верталась.</w:t>
      </w:r>
    </w:p>
    <w:p>
      <w:r>
        <w:br/>
        <w:t>ЧАСТЬ ЧЕТВЕРТА</w:t>
      </w:r>
    </w:p>
    <w:p>
      <w:r>
        <w:br/>
        <w:t>І</w:t>
      </w:r>
    </w:p>
    <w:p>
      <w:r>
        <w:br/>
        <w:t>Безворотно дев'ять років&lt;br /&gt;</w:t>
        <w:br/>
        <w:t>В вічность улетіло,&lt;br /&gt;</w:t>
        <w:br/>
        <w:t>Як на степу опочило&lt;br /&gt;</w:t>
        <w:br/>
        <w:t>Соловея тіло.</w:t>
      </w:r>
    </w:p>
    <w:p>
      <w:r>
        <w:br/>
        <w:t>Улетіло дев'ять років,&lt;br /&gt;</w:t>
        <w:br/>
        <w:t>Ще їден кінчався,&lt;br /&gt;</w:t>
        <w:br/>
        <w:t>А причепа з того часу&lt;br /&gt;</w:t>
        <w:br/>
        <w:t>Ще й не сповідався.</w:t>
      </w:r>
    </w:p>
    <w:p>
      <w:r>
        <w:br/>
        <w:t>І от саме на Великдень&lt;br /&gt;</w:t>
        <w:br/>
        <w:t>Слуги підступають,&lt;br /&gt;</w:t>
        <w:br/>
        <w:t>Будять сонного причепу&lt;br /&gt;</w:t>
        <w:br/>
        <w:t>Да і промовляють:</w:t>
      </w:r>
    </w:p>
    <w:p>
      <w:r>
        <w:br/>
        <w:t>"На добридень, ясний царю,&lt;br /&gt;</w:t>
        <w:br/>
        <w:t>Святом веселися,&lt;br /&gt;</w:t>
        <w:br/>
        <w:t>Їдь у старую столицю&lt;br /&gt;</w:t>
        <w:br/>
        <w:t>Та запричастися".</w:t>
      </w:r>
    </w:p>
    <w:p>
      <w:r>
        <w:br/>
        <w:t>Встав причепа, довго думав,&lt;br /&gt;</w:t>
        <w:br/>
        <w:t>Думав, що робити,&lt;br /&gt;</w:t>
        <w:br/>
        <w:t>Наостанок сказав слугам&lt;br /&gt;</w:t>
        <w:br/>
        <w:t>Коні заложити.</w:t>
      </w:r>
    </w:p>
    <w:p>
      <w:r>
        <w:br/>
        <w:t>Заложили слуги коні,&lt;br /&gt;</w:t>
        <w:br/>
        <w:t>Він умився, вбрався,&lt;br /&gt;</w:t>
        <w:br/>
        <w:t>Взяв барилко й фаріаком&lt;br /&gt;</w:t>
        <w:br/>
        <w:t>На степи погнався.</w:t>
      </w:r>
    </w:p>
    <w:p>
      <w:r>
        <w:br/>
        <w:t>Приїжджає у столицю&lt;br /&gt;</w:t>
        <w:br/>
        <w:t>І у церкву входить,&lt;br /&gt;</w:t>
        <w:br/>
        <w:t>А у церкві "херувими"&lt;br /&gt;</w:t>
        <w:br/>
        <w:t>Старий дяк виводить.</w:t>
      </w:r>
    </w:p>
    <w:p>
      <w:r>
        <w:br/>
        <w:t>І врата святі одкриті,&lt;br /&gt;</w:t>
        <w:br/>
        <w:t>Свята чаша сяє,&lt;br /&gt;</w:t>
        <w:br/>
        <w:t>І отець крижує руки,&lt;br /&gt;</w:t>
        <w:br/>
        <w:t>Духа призиває.</w:t>
      </w:r>
    </w:p>
    <w:p>
      <w:r>
        <w:br/>
        <w:t>І кадильниця святая&lt;br /&gt;</w:t>
        <w:br/>
        <w:t>В олтарі кадиться,&lt;br /&gt;</w:t>
        <w:br/>
        <w:t>І, як в небі білі хмарки,&lt;br /&gt;</w:t>
        <w:br/>
        <w:t>Фіміам клубиться.</w:t>
      </w:r>
    </w:p>
    <w:p>
      <w:r>
        <w:br/>
        <w:t>І в тих хмарках, ніби в небі&lt;br /&gt;</w:t>
        <w:br/>
        <w:t>Душі умерлії,&lt;br /&gt;</w:t>
        <w:br/>
        <w:t>Бликають перед вратами&lt;br /&gt;</w:t>
        <w:br/>
        <w:t>Свічі восковії.</w:t>
      </w:r>
    </w:p>
    <w:p>
      <w:r>
        <w:br/>
        <w:t>А у церкві на колінах&lt;br /&gt;</w:t>
        <w:br/>
        <w:t>Стоїть злотокрила&lt;br /&gt;</w:t>
        <w:br/>
        <w:t>І, як ангел перед богом,&lt;br /&gt;</w:t>
        <w:br/>
        <w:t>Голову схилила.</w:t>
      </w:r>
    </w:p>
    <w:p>
      <w:r>
        <w:br/>
        <w:t>І причепа мимоволі&lt;br /&gt;</w:t>
        <w:br/>
        <w:t>Серцем сокрушився,&lt;br /&gt;</w:t>
        <w:br/>
        <w:t>Уклякнув і нахилився,&lt;br /&gt;</w:t>
        <w:br/>
        <w:t>Господу молився.</w:t>
      </w:r>
    </w:p>
    <w:p>
      <w:r>
        <w:br/>
        <w:t>Щиро господу молився,&lt;br /&gt;</w:t>
        <w:br/>
        <w:t>Щиро сповідався,&lt;br /&gt;</w:t>
        <w:br/>
        <w:t>А потому враз з царівной&lt;br /&gt;</w:t>
        <w:br/>
        <w:t>І запричащався.</w:t>
      </w:r>
    </w:p>
    <w:p>
      <w:r>
        <w:br/>
        <w:t>І по всьому піп виходить,&lt;br /&gt;</w:t>
        <w:br/>
        <w:t>Проскури підносить&lt;br /&gt;</w:t>
        <w:br/>
        <w:t>І царевича й царівну&lt;br /&gt;</w:t>
        <w:br/>
        <w:t>На свячене просить.</w:t>
      </w:r>
    </w:p>
    <w:p>
      <w:r>
        <w:br/>
        <w:t>II</w:t>
      </w:r>
    </w:p>
    <w:p>
      <w:r>
        <w:br/>
        <w:t>Піп, причепа і царівна&lt;br /&gt;</w:t>
        <w:br/>
        <w:t>За столом сиділи,&lt;br /&gt;</w:t>
        <w:br/>
        <w:t>Як звичайне на Великдень,&lt;br /&gt;</w:t>
        <w:br/>
        <w:t>Спершу яйця їли,</w:t>
      </w:r>
    </w:p>
    <w:p>
      <w:r>
        <w:br/>
        <w:t>Потім паску, і ковбаси,&lt;br /&gt;</w:t>
        <w:br/>
        <w:t>І усе свячене,&lt;br /&gt;</w:t>
        <w:br/>
        <w:t>Наостаток надпочали&lt;br /&gt;</w:t>
        <w:br/>
        <w:t>Порося печене.</w:t>
      </w:r>
    </w:p>
    <w:p>
      <w:r>
        <w:br/>
        <w:t>І отець святий говорить:&lt;br /&gt;</w:t>
        <w:br/>
        <w:t>"Варто би полити,&lt;br /&gt;</w:t>
        <w:br/>
        <w:t>Но, бог свідок, нігде було&lt;br /&gt;</w:t>
        <w:br/>
        <w:t>Крапельки купити".</w:t>
      </w:r>
    </w:p>
    <w:p>
      <w:r>
        <w:br/>
        <w:t>"Та то правда, ясний отче,-&lt;br /&gt;</w:t>
        <w:br/>
        <w:t>Враз причепа каже,-&lt;br /&gt;</w:t>
        <w:br/>
        <w:t>Той і легко не поїде,&lt;br /&gt;</w:t>
        <w:br/>
        <w:t>Хто коліс не маже.</w:t>
      </w:r>
    </w:p>
    <w:p>
      <w:r>
        <w:br/>
        <w:t>Десь там я привіз з собою&lt;br /&gt;</w:t>
        <w:br/>
        <w:t>Барилечко ціле,&lt;br /&gt;</w:t>
        <w:br/>
        <w:t>Та не знаю, святий отче,&lt;br /&gt;</w:t>
        <w:br/>
        <w:t>Чи ви п'єте біле".</w:t>
      </w:r>
    </w:p>
    <w:p>
      <w:r>
        <w:br/>
        <w:t>"Слава богу,— отець каже,-&lt;br /&gt;</w:t>
        <w:br/>
        <w:t>Що то розбирати!&lt;br /&gt;</w:t>
        <w:br/>
        <w:t>Дання всяке за хороше&lt;br /&gt;</w:t>
        <w:br/>
        <w:t>Бог велів приймати".</w:t>
      </w:r>
    </w:p>
    <w:p>
      <w:r>
        <w:br/>
        <w:t>І принесли то барилко,&lt;br /&gt;</w:t>
        <w:br/>
        <w:t>Пляшку наточили&lt;br /&gt;</w:t>
        <w:br/>
        <w:t>І поставили на тацю,&lt;br /&gt;</w:t>
        <w:br/>
        <w:t>Три чарки налили.</w:t>
      </w:r>
    </w:p>
    <w:p>
      <w:r>
        <w:br/>
        <w:t>І панотець, як годиться,&lt;br /&gt;</w:t>
        <w:br/>
        <w:t>Змовив славослов'я,&lt;br /&gt;</w:t>
        <w:br/>
        <w:t>І всі троє разом кажуть:&lt;br /&gt;</w:t>
        <w:br/>
        <w:t>"Дай боже здоров'я!"</w:t>
      </w:r>
    </w:p>
    <w:p>
      <w:r>
        <w:br/>
        <w:t>І причепа випив повну,&lt;br /&gt;</w:t>
        <w:br/>
        <w:t>Другу наливає;&lt;br /&gt;</w:t>
        <w:br/>
        <w:t>Батюшка ще тілько першу&lt;br /&gt;</w:t>
        <w:br/>
        <w:t>3 смаком допиває.</w:t>
      </w:r>
    </w:p>
    <w:p>
      <w:r>
        <w:br/>
        <w:t>А царівна злотокрила&lt;br /&gt;</w:t>
        <w:br/>
        <w:t>Тілько що надпила;&lt;br /&gt;</w:t>
        <w:br/>
        <w:t>І надпила половину —&lt;br /&gt;</w:t>
        <w:br/>
        <w:t>На стіл положила,</w:t>
      </w:r>
    </w:p>
    <w:p>
      <w:r>
        <w:br/>
        <w:t>П'ятую причепа випив,&lt;br /&gt;</w:t>
        <w:br/>
        <w:t>Випив — не упився;&lt;br /&gt;</w:t>
        <w:br/>
        <w:t>Батюшка якось по третій&lt;br /&gt;</w:t>
        <w:br/>
        <w:t>Спати положився.</w:t>
      </w:r>
    </w:p>
    <w:p>
      <w:r>
        <w:br/>
        <w:t>А царівна злотокрила&lt;br /&gt;</w:t>
        <w:br/>
        <w:t>Першую кінчала,&lt;br /&gt;</w:t>
        <w:br/>
        <w:t>І уже хмільная думка&lt;br /&gt;</w:t>
        <w:br/>
        <w:t>Грати начинала.</w:t>
      </w:r>
    </w:p>
    <w:p>
      <w:r>
        <w:br/>
        <w:t>Куди гляне — все так мило,&lt;br /&gt;</w:t>
        <w:br/>
        <w:t>Що й сусід поганий&lt;br /&gt;</w:t>
        <w:br/>
        <w:t>Видиться її хороший,&lt;br /&gt;</w:t>
        <w:br/>
        <w:t>Гарний і рум'яний.</w:t>
      </w:r>
    </w:p>
    <w:p>
      <w:r>
        <w:br/>
        <w:t>І не розум нею радить,&lt;br /&gt;</w:t>
        <w:br/>
        <w:t>Хміль розпоряджає,&lt;br /&gt;</w:t>
        <w:br/>
        <w:t>А причепа тілько ходить&lt;br /&gt;</w:t>
        <w:br/>
        <w:t>Та на вус мотає.</w:t>
      </w:r>
    </w:p>
    <w:p>
      <w:r>
        <w:br/>
        <w:t>III</w:t>
      </w:r>
    </w:p>
    <w:p>
      <w:r>
        <w:br/>
        <w:t>Далі став, на нюю глянув,&lt;br /&gt;</w:t>
        <w:br/>
        <w:t>Крісло присуває&lt;br /&gt;</w:t>
        <w:br/>
        <w:t>І сідає коло неї,&lt;br /&gt;</w:t>
        <w:br/>
        <w:t>І їй промовляє:</w:t>
      </w:r>
    </w:p>
    <w:p>
      <w:r>
        <w:br/>
        <w:t>"Ой царівно-королівно,&lt;br /&gt;</w:t>
        <w:br/>
        <w:t>Пишна, злотокрила!&lt;br /&gt;</w:t>
        <w:br/>
        <w:t>В тебе, мабуть, божа сила&lt;br /&gt;</w:t>
        <w:br/>
        <w:t>Свої чари влила.</w:t>
      </w:r>
    </w:p>
    <w:p>
      <w:r>
        <w:br/>
        <w:t>Кілько гляну я на тебе,&lt;br /&gt;</w:t>
        <w:br/>
        <w:t>Кілько подивлюся —&lt;br /&gt;</w:t>
        <w:br/>
        <w:t>Так водою й розіллюся,&lt;br /&gt;</w:t>
        <w:br/>
        <w:t>Воском розтоплюся.</w:t>
      </w:r>
    </w:p>
    <w:p>
      <w:r>
        <w:br/>
        <w:t>Звідки ти, царівно люба?&lt;br /&gt;</w:t>
        <w:br/>
        <w:t>Де ти проживаєш?&lt;br /&gt;</w:t>
        <w:br/>
        <w:t>Де ти царство своє пишне,&lt;br /&gt;</w:t>
        <w:br/>
        <w:t>Пишний палац маєш?</w:t>
      </w:r>
    </w:p>
    <w:p>
      <w:r>
        <w:br/>
        <w:t>Скажи, люба, щиру правду,&lt;br /&gt;</w:t>
        <w:br/>
        <w:t>Чи-сь кого кохала?&lt;br /&gt;</w:t>
        <w:br/>
        <w:t>Чи дала-єсь кому слово,&lt;br /&gt;</w:t>
        <w:br/>
        <w:t>Чи ще не давала?</w:t>
      </w:r>
    </w:p>
    <w:p>
      <w:r>
        <w:br/>
        <w:t>Як не дала-сь, мила, люба,&lt;br /&gt;</w:t>
        <w:br/>
        <w:t>Зжалься надо мною,&lt;br /&gt;</w:t>
        <w:br/>
        <w:t>Подаруй життям і віком,&lt;br /&gt;</w:t>
        <w:br/>
        <w:t>Будь моєй жоною".</w:t>
      </w:r>
    </w:p>
    <w:p>
      <w:r>
        <w:br/>
        <w:t>І обняв її царевич,&lt;br /&gt;</w:t>
        <w:br/>
        <w:t>К серцю пригортає,&lt;br /&gt;</w:t>
        <w:br/>
        <w:t>А вона йому на груди&lt;br /&gt;</w:t>
        <w:br/>
        <w:t>Голову схиляє.</w:t>
      </w:r>
    </w:p>
    <w:p>
      <w:r>
        <w:br/>
        <w:t>І, будь розум в неї в лобі,&lt;br /&gt;</w:t>
        <w:br/>
        <w:t>Того б не бувало,&lt;br /&gt;</w:t>
        <w:br/>
        <w:t>А то хміль, погане зілля,&lt;br /&gt;</w:t>
        <w:br/>
        <w:t>Всеньку розібрало.</w:t>
      </w:r>
    </w:p>
    <w:p>
      <w:r>
        <w:br/>
        <w:t>Хміль на груди каміннії&lt;br /&gt;</w:t>
        <w:br/>
        <w:t>Голову схиляє,&lt;br /&gt;</w:t>
        <w:br/>
        <w:t>Хміль причепу обіймає,&lt;br /&gt;</w:t>
        <w:br/>
        <w:t>Йому промовляє:</w:t>
      </w:r>
    </w:p>
    <w:p>
      <w:r>
        <w:br/>
        <w:t>"Я, царівна-королівна,&lt;br /&gt;</w:t>
        <w:br/>
        <w:t>В степу проживаю,&lt;br /&gt;</w:t>
        <w:br/>
        <w:t>Іще мужа не добрала-м,&lt;br /&gt;</w:t>
        <w:br/>
        <w:t>Тілько добираю.</w:t>
      </w:r>
    </w:p>
    <w:p>
      <w:r>
        <w:br/>
        <w:t>Сватався колись до мене&lt;br /&gt;</w:t>
        <w:br/>
        <w:t>Жвавий невидимець,&lt;br /&gt;</w:t>
        <w:br/>
        <w:t>А тепер за мене б'ється&lt;br /&gt;</w:t>
        <w:br/>
        <w:t>Мій сусід мисливець.</w:t>
      </w:r>
    </w:p>
    <w:p>
      <w:r>
        <w:br/>
        <w:t>Но, царевичу причепо,&lt;br /&gt;</w:t>
        <w:br/>
        <w:t>Ти з них наймиліший,&lt;br /&gt;</w:t>
        <w:br/>
        <w:t>Ти найкращий, найдобріший&lt;br /&gt;</w:t>
        <w:br/>
        <w:t>І найрозумніший.</w:t>
      </w:r>
    </w:p>
    <w:p>
      <w:r>
        <w:br/>
        <w:t>Я хотіла б тобі бути&lt;br /&gt;</w:t>
        <w:br/>
        <w:t>Вічною жоною!&lt;br /&gt;</w:t>
        <w:br/>
        <w:t>Тілько крила!.. Ой, не можу...&lt;br /&gt;</w:t>
        <w:br/>
        <w:t>Стрепени рукою!"</w:t>
      </w:r>
    </w:p>
    <w:p>
      <w:r>
        <w:br/>
        <w:t>І підняв царевич крила&lt;br /&gt;</w:t>
        <w:br/>
        <w:t>І потряс крилами,&lt;br /&gt;</w:t>
        <w:br/>
        <w:t>І посипались, як порох,&lt;br /&gt;</w:t>
        <w:br/>
        <w:t>Коні з козаками.</w:t>
      </w:r>
    </w:p>
    <w:p>
      <w:r>
        <w:br/>
        <w:t>І ті коні воронії&lt;br /&gt;</w:t>
        <w:br/>
        <w:t>Тілько що держаться,&lt;br /&gt;</w:t>
        <w:br/>
        <w:t>А козаки такі п'яні,&lt;br /&gt;</w:t>
        <w:br/>
        <w:t>Що із ніг валяться.</w:t>
      </w:r>
    </w:p>
    <w:p>
      <w:r>
        <w:br/>
        <w:t>IV</w:t>
      </w:r>
    </w:p>
    <w:p>
      <w:r>
        <w:br/>
        <w:t>Незабаром злотокрила&lt;br /&gt;</w:t>
        <w:br/>
        <w:t>О світі забула,&lt;br /&gt;</w:t>
        <w:br/>
        <w:t>Похилилася па крісло&lt;br /&gt;</w:t>
        <w:br/>
        <w:t>І, хмільна, заснула.</w:t>
      </w:r>
    </w:p>
    <w:p>
      <w:r>
        <w:br/>
        <w:t>Для невинної дівчини&lt;br /&gt;</w:t>
        <w:br/>
        <w:t>То крутий часочок,&lt;br /&gt;</w:t>
        <w:br/>
        <w:t>І, будь тут на вітрогона,&lt;br /&gt;</w:t>
        <w:br/>
        <w:t>Вінок не віночок.</w:t>
      </w:r>
    </w:p>
    <w:p>
      <w:r>
        <w:br/>
        <w:t>Та причепа добре знає,&lt;br /&gt;</w:t>
        <w:br/>
        <w:t>Що куди стріляє;&lt;br /&gt;</w:t>
        <w:br/>
        <w:t>І по хаті походжає&lt;br /&gt;</w:t>
        <w:br/>
        <w:t>І думу гадає:</w:t>
      </w:r>
    </w:p>
    <w:p>
      <w:r>
        <w:br/>
        <w:t>"Отаке-то, добрі люди,&lt;br /&gt;</w:t>
        <w:br/>
        <w:t>Все моє кохання:&lt;br /&gt;</w:t>
        <w:br/>
        <w:t>Лиш над бочкою сидіти&lt;br /&gt;</w:t>
        <w:br/>
        <w:t>Зрання до смеркання.</w:t>
      </w:r>
    </w:p>
    <w:p>
      <w:r>
        <w:br/>
        <w:t>А о панстві і о царстві&lt;br /&gt;</w:t>
        <w:br/>
        <w:t>Де вже мені дбати!&lt;br /&gt;</w:t>
        <w:br/>
        <w:t>Значить, сильного сусіда&lt;br /&gt;</w:t>
        <w:br/>
        <w:t>Мені страшно мати.</w:t>
      </w:r>
    </w:p>
    <w:p>
      <w:r>
        <w:br/>
        <w:t>Але от моя сусідка —&lt;br /&gt;</w:t>
        <w:br/>
        <w:t>Та ще й сильна дуже,&lt;br /&gt;</w:t>
        <w:br/>
        <w:t>І для неї моє військо,&lt;br /&gt;</w:t>
        <w:br/>
        <w:t>Хоть би й два, байдуже.</w:t>
      </w:r>
    </w:p>
    <w:p>
      <w:r>
        <w:br/>
        <w:t>Як потрясе лиш, псяюха,&lt;br /&gt;</w:t>
        <w:br/>
        <w:t>Обома крилами,&lt;br /&gt;</w:t>
        <w:br/>
        <w:t>То насипле тих козаків&lt;br /&gt;</w:t>
        <w:br/>
        <w:t>До стилої мами.</w:t>
      </w:r>
    </w:p>
    <w:p>
      <w:r>
        <w:br/>
        <w:t>Біда, батьку! Що робити?&lt;br /&gt;</w:t>
        <w:br/>
        <w:t>Та що і чинити?&lt;br /&gt;</w:t>
        <w:br/>
        <w:t>Що ж чинити? Звісне діло,&lt;br /&gt;</w:t>
        <w:br/>
        <w:t>Тра біду забити.</w:t>
      </w:r>
    </w:p>
    <w:p>
      <w:r>
        <w:br/>
        <w:t>Що забити, то забити,&lt;br /&gt;</w:t>
        <w:br/>
        <w:t>Я і сам то знаю,&lt;br /&gt;</w:t>
        <w:br/>
        <w:t>Лиш сусіда ще їдного&lt;br /&gt;</w:t>
        <w:br/>
        <w:t>Я на думці маю.</w:t>
      </w:r>
    </w:p>
    <w:p>
      <w:r>
        <w:br/>
        <w:t>О, то шельма невидимець&lt;br /&gt;</w:t>
        <w:br/>
        <w:t>Куди моя сила!&lt;br /&gt;</w:t>
        <w:br/>
        <w:t>Його тілько і звоює,&lt;br /&gt;</w:t>
        <w:br/>
        <w:t>Що ся злотокрила.</w:t>
      </w:r>
    </w:p>
    <w:p>
      <w:r>
        <w:br/>
        <w:t>Ото треба одурити;&lt;br /&gt;</w:t>
        <w:br/>
        <w:t>Скажу, що женюся,&lt;br /&gt;</w:t>
        <w:br/>
        <w:t>І таки при панотцеві&lt;br /&gt;</w:t>
        <w:br/>
        <w:t>З нею заручуся.</w:t>
      </w:r>
    </w:p>
    <w:p>
      <w:r>
        <w:br/>
        <w:t>А щоб того дохопити,&lt;br /&gt;</w:t>
        <w:br/>
        <w:t>Вдамся до горівки;&lt;br /&gt;</w:t>
        <w:br/>
        <w:t>Без горівки куди п'ятись&lt;br /&gt;</w:t>
        <w:br/>
        <w:t>До такої дівки!</w:t>
      </w:r>
    </w:p>
    <w:p>
      <w:r>
        <w:br/>
        <w:t>Із мисливцем — і то билась!&lt;br /&gt;</w:t>
        <w:br/>
        <w:t>Відігнала кримця!&lt;br /&gt;</w:t>
        <w:br/>
        <w:t>А я, правду і сказати,&lt;br /&gt;</w:t>
        <w:br/>
        <w:t>Що таке за птиця?</w:t>
      </w:r>
    </w:p>
    <w:p>
      <w:r>
        <w:br/>
        <w:t>Так от! Треба підпоїти,&lt;br /&gt;</w:t>
        <w:br/>
        <w:t>З нею заручитись,&lt;br /&gt;</w:t>
        <w:br/>
        <w:t>А потому туманити,&lt;br /&gt;</w:t>
        <w:br/>
        <w:t>Тілько не женитись.</w:t>
      </w:r>
    </w:p>
    <w:p>
      <w:r>
        <w:br/>
        <w:t>Після того най звоює&lt;br /&gt;</w:t>
        <w:br/>
        <w:t>Невидимця мила;&lt;br /&gt;</w:t>
        <w:br/>
        <w:t>А там звісно, що зробити:&lt;br /&gt;</w:t>
        <w:br/>
        <w:t>Відрубати крила".</w:t>
      </w:r>
    </w:p>
    <w:p>
      <w:r>
        <w:br/>
        <w:t>V</w:t>
      </w:r>
    </w:p>
    <w:p>
      <w:r>
        <w:br/>
        <w:t>Рано, тілько освітив бог,-&lt;br /&gt;</w:t>
        <w:br/>
        <w:t>Усі троє встали,&lt;br /&gt;</w:t>
        <w:br/>
        <w:t>Пішли в аеркву на молитву,&lt;br /&gt;</w:t>
        <w:br/>
        <w:t>Службу відстояли.</w:t>
      </w:r>
    </w:p>
    <w:p>
      <w:r>
        <w:br/>
        <w:t>Повернулись знов до чарки,&lt;br /&gt;</w:t>
        <w:br/>
        <w:t>Випили всі троє,&lt;br /&gt;</w:t>
        <w:br/>
        <w:t>І царевич, і аарівна&lt;br /&gt;</w:t>
        <w:br/>
        <w:t>Сіли враз обоє.</w:t>
      </w:r>
    </w:p>
    <w:p>
      <w:r>
        <w:br/>
        <w:t>І обоє сіли разом,&lt;br /&gt;</w:t>
        <w:br/>
        <w:t>Разом обійнялись,&lt;br /&gt;</w:t>
        <w:br/>
        <w:t>Обійнялись, розмовляли,&lt;br /&gt;</w:t>
        <w:br/>
        <w:t>Щиро пілувались.</w:t>
      </w:r>
    </w:p>
    <w:p>
      <w:r>
        <w:br/>
        <w:t>А піп, сивий, бородатий,&lt;br /&gt;</w:t>
        <w:br/>
        <w:t>Тілько поглядає.&lt;br /&gt;</w:t>
        <w:br/>
        <w:t>"О, то б славна була пара! —&lt;br /&gt;</w:t>
        <w:br/>
        <w:t>До них промовляє.-</w:t>
      </w:r>
    </w:p>
    <w:p>
      <w:r>
        <w:br/>
        <w:t>Хіба буде з вас, парівно,&lt;br /&gt;</w:t>
        <w:br/>
        <w:t>Годі дівувати.&lt;br /&gt;</w:t>
        <w:br/>
        <w:t>Чи ж не лучче вийти замуж,&lt;br /&gt;</w:t>
        <w:br/>
        <w:t>Свого мужа мати?"</w:t>
      </w:r>
    </w:p>
    <w:p>
      <w:r>
        <w:br/>
        <w:t>А царівна зрум'яніла,&lt;br /&gt;</w:t>
        <w:br/>
        <w:t>Не одповідала,&lt;br /&gt;</w:t>
        <w:br/>
        <w:t>Лиш царевича тісніше&lt;br /&gt;</w:t>
        <w:br/>
        <w:t>Ручкою обняла.</w:t>
      </w:r>
    </w:p>
    <w:p>
      <w:r>
        <w:br/>
        <w:t>"Що ж, життя,— царевич каже,-&lt;br /&gt;</w:t>
        <w:br/>
        <w:t>Хіба заручімся!&lt;br /&gt;</w:t>
        <w:br/>
        <w:t>І як буде воля божа,&lt;br /&gt;</w:t>
        <w:br/>
        <w:t>То і оженімся".</w:t>
      </w:r>
    </w:p>
    <w:p>
      <w:r>
        <w:br/>
        <w:t>Но царівна знов мовчала,&lt;br /&gt;</w:t>
        <w:br/>
        <w:t>Не одповідала,&lt;br /&gt;</w:t>
        <w:br/>
        <w:t>Лиш обняла ще тісніше&lt;br /&gt;</w:t>
        <w:br/>
        <w:t>І поцілувала.</w:t>
      </w:r>
    </w:p>
    <w:p>
      <w:r>
        <w:br/>
        <w:t>"Возьміть, отче, дві обручки,&lt;br /&gt;</w:t>
        <w:br/>
        <w:t>Поблагословіте,&lt;br /&gt;</w:t>
        <w:br/>
        <w:t>Освятіть їх, як годиться,&lt;br /&gt;</w:t>
        <w:br/>
        <w:t>Та нас заручіте".</w:t>
      </w:r>
    </w:p>
    <w:p>
      <w:r>
        <w:br/>
        <w:t>І узяв піп дві обручки,&lt;br /&gt;</w:t>
        <w:br/>
        <w:t>І благословляє,&lt;br /&gt;</w:t>
        <w:br/>
        <w:t>І коханків обручає,&lt;br /&gt;</w:t>
        <w:br/>
        <w:t>Обручки міняє.</w:t>
      </w:r>
    </w:p>
    <w:p>
      <w:r>
        <w:br/>
        <w:t>І коханки обручились,&lt;br /&gt;</w:t>
        <w:br/>
        <w:t>Хрест поаілували&lt;br /&gt;</w:t>
        <w:br/>
        <w:t>І присягу перед богом&lt;br /&gt;</w:t>
        <w:br/>
        <w:t>На кохання дали.</w:t>
      </w:r>
    </w:p>
    <w:p>
      <w:r>
        <w:br/>
        <w:t>Після того стали пити,&lt;br /&gt;</w:t>
        <w:br/>
        <w:t>Доки хто іздужав,&lt;br /&gt;</w:t>
        <w:br/>
        <w:t>І царівну хміль веселий&lt;br /&gt;</w:t>
        <w:br/>
        <w:t>Перше всіх подужав.</w:t>
      </w:r>
    </w:p>
    <w:p>
      <w:r>
        <w:br/>
        <w:t>Потім батюшка старенький&lt;br /&gt;</w:t>
        <w:br/>
        <w:t>Спати положився,&lt;br /&gt;</w:t>
        <w:br/>
        <w:t>Лиш причепа не упився,&lt;br /&gt;</w:t>
        <w:br/>
        <w:t>Тілько розпалився.</w:t>
      </w:r>
    </w:p>
    <w:p>
      <w:r>
        <w:br/>
        <w:t>І обняв царівну сонну,&lt;br /&gt;</w:t>
        <w:br/>
        <w:t>Крила відклоняє&lt;br /&gt;</w:t>
        <w:br/>
        <w:t>І обвився, обгорнувся&lt;br /&gt;</w:t>
        <w:br/>
        <w:t>І все забуває.</w:t>
      </w:r>
    </w:p>
    <w:p>
      <w:r>
        <w:br/>
        <w:t>VI</w:t>
      </w:r>
    </w:p>
    <w:p>
      <w:r>
        <w:br/>
        <w:t>На великдень у вівторок&lt;br /&gt;</w:t>
        <w:br/>
        <w:t>Злотокрила встала&lt;br /&gt;</w:t>
        <w:br/>
        <w:t>І, що смачно спочивала,&lt;br /&gt;</w:t>
        <w:br/>
        <w:t>Тілько й пам'ятала.</w:t>
      </w:r>
    </w:p>
    <w:p>
      <w:r>
        <w:br/>
        <w:t>А тут милий її знову&lt;br /&gt;</w:t>
        <w:br/>
        <w:t>Хмелем похмеляє&lt;br /&gt;</w:t>
        <w:br/>
        <w:t>І до себе в своє царство&lt;br /&gt;</w:t>
        <w:br/>
        <w:t>В гості запрошає.</w:t>
      </w:r>
    </w:p>
    <w:p>
      <w:r>
        <w:br/>
        <w:t>І поїхала царівна&lt;br /&gt;</w:t>
        <w:br/>
        <w:t>В гості до милого,&lt;br /&gt;</w:t>
        <w:br/>
        <w:t>Погостила, нетямуща,&lt;br /&gt;</w:t>
        <w:br/>
        <w:t>До Хоми святого.</w:t>
      </w:r>
    </w:p>
    <w:p>
      <w:r>
        <w:br/>
        <w:t>Погостила, вина взяла;&lt;br /&gt;</w:t>
        <w:br/>
        <w:t>В степи полетіла;&lt;br /&gt;</w:t>
        <w:br/>
        <w:t>І там душу заливала,&lt;br /&gt;</w:t>
        <w:br/>
        <w:t>Як душа боліла.</w:t>
      </w:r>
    </w:p>
    <w:p>
      <w:r>
        <w:br/>
        <w:t>Так заручена царівна&lt;br /&gt;</w:t>
        <w:br/>
        <w:t>Цілий рік прожила,&lt;br /&gt;</w:t>
        <w:br/>
        <w:t>Лиш причепу обіймала&lt;br /&gt;</w:t>
        <w:br/>
        <w:t>Та хмільнеє пила.</w:t>
      </w:r>
    </w:p>
    <w:p>
      <w:r>
        <w:br/>
        <w:t>Але раз якось царівні&lt;br /&gt;</w:t>
        <w:br/>
        <w:t>Вина недостало.&lt;br /&gt;</w:t>
        <w:br/>
        <w:t>Пробудилося сумління,&lt;br /&gt;</w:t>
        <w:br/>
        <w:t>Душу розгризало.</w:t>
      </w:r>
    </w:p>
    <w:p>
      <w:r>
        <w:br/>
        <w:t>І шептало її, бідній:&lt;br /&gt;</w:t>
        <w:br/>
        <w:t>"Що ти починила?&lt;br /&gt;</w:t>
        <w:br/>
        <w:t>Свою славу, честь і волю —&lt;br /&gt;</w:t>
        <w:br/>
        <w:t>Все ти погубила!"</w:t>
      </w:r>
    </w:p>
    <w:p>
      <w:r>
        <w:br/>
        <w:t>І так тяжко її, важко,&lt;br /&gt;</w:t>
        <w:br/>
        <w:t>І так сумно стало,&lt;br /&gt;</w:t>
        <w:br/>
        <w:t>Ніби сто пудів заліза&lt;br /&gt;</w:t>
        <w:br/>
        <w:t>На ї серце впало.</w:t>
      </w:r>
    </w:p>
    <w:p>
      <w:r>
        <w:br/>
        <w:t>І не втерпіла царівна,&lt;br /&gt;</w:t>
        <w:br/>
        <w:t>І кидає степи.&lt;br /&gt;</w:t>
        <w:br/>
        <w:t>І, щоб душу закропити,&lt;br /&gt;</w:t>
        <w:br/>
        <w:t>Летить до причепи.</w:t>
      </w:r>
    </w:p>
    <w:p>
      <w:r>
        <w:br/>
        <w:t>"Ой царевичу причепо,&lt;br /&gt;</w:t>
        <w:br/>
        <w:t>Тяжко мені жити,&lt;br /&gt;</w:t>
        <w:br/>
        <w:t>Дай, коханий, вина чарку&lt;br /&gt;</w:t>
        <w:br/>
        <w:t>Душу закропити".</w:t>
      </w:r>
    </w:p>
    <w:p>
      <w:r>
        <w:br/>
        <w:t>"Пожди трохи, моя мила,-&lt;br /&gt;</w:t>
        <w:br/>
        <w:t>Він відповідає.-&lt;br /&gt;</w:t>
        <w:br/>
        <w:t>Чи ти знаєш невидимця,&lt;br /&gt;</w:t>
        <w:br/>
        <w:t>Де він проживає?</w:t>
      </w:r>
    </w:p>
    <w:p>
      <w:r>
        <w:br/>
        <w:t>Достань в него мені кримку,&lt;br /&gt;</w:t>
        <w:br/>
        <w:t>Тогді будем пити,&lt;br /&gt;</w:t>
        <w:br/>
        <w:t>Будем пити і гуляти,&lt;br /&gt;</w:t>
        <w:br/>
        <w:t>Як у раю, жити".</w:t>
      </w:r>
    </w:p>
    <w:p>
      <w:r>
        <w:br/>
        <w:t>Ізвинулась, полетіла&lt;br /&gt;</w:t>
        <w:br/>
        <w:t>В степи злотокрила&lt;br /&gt;</w:t>
        <w:br/>
        <w:t>І стріпнула раз останній&lt;br /&gt;</w:t>
        <w:br/>
        <w:t>Свої пишні крила.</w:t>
      </w:r>
    </w:p>
    <w:p>
      <w:r>
        <w:br/>
        <w:t>І найкращий чорний волос&lt;br /&gt;</w:t>
        <w:br/>
        <w:t>З голови урвала,&lt;br /&gt;</w:t>
        <w:br/>
        <w:t>Свому війську раз останній&lt;br /&gt;</w:t>
        <w:br/>
        <w:t>Отамана дала.</w:t>
      </w:r>
    </w:p>
    <w:p>
      <w:r>
        <w:br/>
        <w:t>І говорить отаману:&lt;br /&gt;</w:t>
        <w:br/>
        <w:t>"Іди, милий синку,&lt;br /&gt;</w:t>
        <w:br/>
        <w:t>Та вишукай невидимця,&lt;br /&gt;</w:t>
        <w:br/>
        <w:t>Достань в него кримку".</w:t>
      </w:r>
    </w:p>
    <w:p>
      <w:r>
        <w:br/>
        <w:t>VII</w:t>
      </w:r>
    </w:p>
    <w:p>
      <w:r>
        <w:br/>
        <w:t>Як розсипались козаки&lt;br /&gt;</w:t>
        <w:br/>
        <w:t>Всюди по степові,&lt;br /&gt;</w:t>
        <w:br/>
        <w:t>Застукали невидимця&lt;br /&gt;</w:t>
        <w:br/>
        <w:t>Десь у байракові.</w:t>
      </w:r>
    </w:p>
    <w:p>
      <w:r>
        <w:br/>
        <w:t>Обступили наоколо,&lt;br /&gt;</w:t>
        <w:br/>
        <w:t>Бідного спійняли&lt;br /&gt;</w:t>
        <w:br/>
        <w:t>І убили, закопали,&lt;br /&gt;</w:t>
        <w:br/>
        <w:t>Невидимку взяли.</w:t>
      </w:r>
    </w:p>
    <w:p>
      <w:r>
        <w:br/>
        <w:t>А царівна невидимки&lt;br /&gt;</w:t>
        <w:br/>
        <w:t>І не огляділа,&lt;br /&gt;</w:t>
        <w:br/>
        <w:t>Тільки взяла й до причепи&lt;br /&gt;</w:t>
        <w:br/>
        <w:t>Льотом полетіла.</w:t>
      </w:r>
    </w:p>
    <w:p>
      <w:r>
        <w:br/>
        <w:t>І узяв причепа кримку,&lt;br /&gt;</w:t>
        <w:br/>
        <w:t>І напоїв милу,&lt;br /&gt;</w:t>
        <w:br/>
        <w:t>І поїхав з нею разом&lt;br /&gt;</w:t>
        <w:br/>
        <w:t>В степи на могилу.</w:t>
      </w:r>
    </w:p>
    <w:p>
      <w:r>
        <w:br/>
        <w:t>І зачали на могилі&lt;br /&gt;</w:t>
        <w:br/>
        <w:t>Балом балувати;&lt;br /&gt;</w:t>
        <w:br/>
        <w:t>Цілуватись, милуватись,&lt;br /&gt;</w:t>
        <w:br/>
        <w:t>Пити і гуляти.</w:t>
      </w:r>
    </w:p>
    <w:p>
      <w:r>
        <w:br/>
        <w:t>І нещасная царівна&lt;br /&gt;</w:t>
        <w:br/>
        <w:t>Тяженько упилась&lt;br /&gt;</w:t>
        <w:br/>
        <w:t>І на мамину могилу&lt;br /&gt;</w:t>
        <w:br/>
        <w:t>Покотом звалилась.</w:t>
      </w:r>
    </w:p>
    <w:p>
      <w:r>
        <w:br/>
        <w:t>Розпустились пишні коси,&lt;br /&gt;</w:t>
        <w:br/>
        <w:t>Відхилились крила;&lt;br /&gt;</w:t>
        <w:br/>
        <w:t>Що святого у дівчини,&lt;br /&gt;</w:t>
        <w:br/>
        <w:t>Все вона відкрила.</w:t>
      </w:r>
    </w:p>
    <w:p>
      <w:r>
        <w:br/>
        <w:t>І літає птах над нею,&lt;br /&gt;</w:t>
        <w:br/>
        <w:t>"Вічну пам'ять" править,&lt;br /&gt;</w:t>
        <w:br/>
        <w:t>А причепа ще раз бідну&lt;br /&gt;</w:t>
        <w:br/>
        <w:t>Дівчину неславить.</w:t>
      </w:r>
    </w:p>
    <w:p>
      <w:r>
        <w:br/>
        <w:t>І літає птах, співає:&lt;br /&gt;</w:t>
        <w:br/>
        <w:t>"Горе тобі, мила!"&lt;br /&gt;</w:t>
        <w:br/>
        <w:t>А причепа вже ламає&lt;br /&gt;</w:t>
        <w:br/>
        <w:t>Золотії крила.</w:t>
      </w:r>
    </w:p>
    <w:p>
      <w:r>
        <w:br/>
        <w:t>І виламав крило праве&lt;br /&gt;</w:t>
        <w:br/>
        <w:t>Край самого тіла,&lt;br /&gt;</w:t>
        <w:br/>
        <w:t>1 на рані, на глибокій&lt;br /&gt;</w:t>
        <w:br/>
        <w:t>Крівля закипіла.</w:t>
      </w:r>
    </w:p>
    <w:p>
      <w:r>
        <w:br/>
        <w:t>І виламав крило праве —&lt;br /&gt;</w:t>
        <w:br/>
        <w:t>Лівеє ламає,&lt;br /&gt;</w:t>
        <w:br/>
        <w:t>А відломлене тим часом&lt;br /&gt;</w:t>
        <w:br/>
        <w:t>Життям відживає.</w:t>
      </w:r>
    </w:p>
    <w:p>
      <w:r>
        <w:br/>
        <w:t>І ожило, і в повітря&lt;br /&gt;</w:t>
        <w:br/>
        <w:t>З-під руки фурнуло,&lt;br /&gt;</w:t>
        <w:br/>
        <w:t>І далеко в чужу землю&lt;br /&gt;</w:t>
        <w:br/>
        <w:t>Жити полинуло.</w:t>
      </w:r>
    </w:p>
    <w:p>
      <w:r>
        <w:br/>
        <w:t>А причепа крило друге&lt;br /&gt;</w:t>
        <w:br/>
        <w:t>З тілом вириває&lt;br /&gt;</w:t>
        <w:br/>
        <w:t>І нещасную царівну&lt;br /&gt;</w:t>
        <w:br/>
        <w:t>Кримкою вкриває.</w:t>
      </w:r>
    </w:p>
    <w:p>
      <w:r>
        <w:br/>
        <w:t>А крило несе під гори,&lt;br /&gt;</w:t>
        <w:br/>
        <w:t>Кинув між собаки,&lt;br /&gt;</w:t>
        <w:br/>
        <w:t>І зачали крило гризти&lt;br /&gt;</w:t>
        <w:br/>
        <w:t>Дикії собаки.</w:t>
      </w:r>
    </w:p>
    <w:p>
      <w:r>
        <w:br/>
        <w:t>VIII</w:t>
      </w:r>
    </w:p>
    <w:p>
      <w:r>
        <w:br/>
        <w:t>Спокійніший став причепа,&lt;br /&gt;</w:t>
        <w:br/>
        <w:t>Лучче запиває:&lt;br /&gt;</w:t>
        <w:br/>
        <w:t>Із сусідів таких сильних&lt;br /&gt;</w:t>
        <w:br/>
        <w:t>Ніхто не лякає.</w:t>
      </w:r>
    </w:p>
    <w:p>
      <w:r>
        <w:br/>
        <w:t>Тілько й страху, що на пущі&lt;br /&gt;</w:t>
        <w:br/>
        <w:t>Брат його мисливий,&lt;br /&gt;</w:t>
        <w:br/>
        <w:t>Але і той незабаром&lt;br /&gt;</w:t>
        <w:br/>
        <w:t>Пропав, нещасливий.</w:t>
      </w:r>
    </w:p>
    <w:p>
      <w:r>
        <w:br/>
        <w:t>Чи ти сповідь то вчинила,&lt;br /&gt;</w:t>
        <w:br/>
        <w:t>Чи війна огидла,&lt;br /&gt;</w:t>
        <w:br/>
        <w:t>Чи царівна злогокрила&lt;br /&gt;</w:t>
        <w:br/>
        <w:t>Так із п'янства збридла,-</w:t>
      </w:r>
    </w:p>
    <w:p>
      <w:r>
        <w:br/>
        <w:t>А від світлої неділі,&lt;br /&gt;</w:t>
        <w:br/>
        <w:t>Як запричащався,&lt;br /&gt;</w:t>
        <w:br/>
        <w:t>Пан мисливий із царівной&lt;br /&gt;</w:t>
        <w:br/>
        <w:t>Більш не воювався,</w:t>
      </w:r>
    </w:p>
    <w:p>
      <w:r>
        <w:br/>
        <w:t>А бувало що день божий&lt;br /&gt;</w:t>
        <w:br/>
        <w:t>Робить полювання&lt;br /&gt;</w:t>
        <w:br/>
        <w:t>І полює, і ганяє&lt;br /&gt;</w:t>
        <w:br/>
        <w:t>Зрання до смеркання.</w:t>
      </w:r>
    </w:p>
    <w:p>
      <w:r>
        <w:br/>
        <w:t>Полював він раз медведя,&lt;br /&gt;</w:t>
        <w:br/>
        <w:t>Та, на своє горе,&lt;br /&gt;</w:t>
        <w:br/>
        <w:t>Десь загнався на край світу,&lt;br /&gt;</w:t>
        <w:br/>
        <w:t>Під Льодяне море.</w:t>
      </w:r>
    </w:p>
    <w:p>
      <w:r>
        <w:br/>
        <w:t>Істомились бідні слуги,&lt;br /&gt;</w:t>
        <w:br/>
        <w:t>І кінь спотикався,&lt;br /&gt;</w:t>
        <w:br/>
        <w:t>Та і сам він на коневі&lt;br /&gt;</w:t>
        <w:br/>
        <w:t>Ледве що тримався.</w:t>
      </w:r>
    </w:p>
    <w:p>
      <w:r>
        <w:br/>
        <w:t>І гадає пан мисливий,&lt;br /&gt;</w:t>
        <w:br/>
        <w:t>Де би відпочити.&lt;br /&gt;</w:t>
        <w:br/>
        <w:t>Брат причепа по дорозі —&lt;br /&gt;</w:t>
        <w:br/>
        <w:t>Чому б не вступити?</w:t>
      </w:r>
    </w:p>
    <w:p>
      <w:r>
        <w:br/>
        <w:t>Заїжджає до причепи.&lt;br /&gt;</w:t>
        <w:br/>
        <w:t>"Здоров, пане-брате!&lt;br /&gt;</w:t>
        <w:br/>
        <w:t>Чи позволиш відпочити,&lt;br /&gt;</w:t>
        <w:br/>
        <w:t>Переночувати?"</w:t>
      </w:r>
    </w:p>
    <w:p>
      <w:r>
        <w:br/>
        <w:t>"Здоров, братику мисливий!&lt;br /&gt;</w:t>
        <w:br/>
        <w:t>Прошу до покою...&lt;br /&gt;</w:t>
        <w:br/>
        <w:t>О, як же я давно, брате,&lt;br /&gt;</w:t>
        <w:br/>
        <w:t>Видівся з тобою!"</w:t>
      </w:r>
    </w:p>
    <w:p>
      <w:r>
        <w:br/>
        <w:t>Привів в хату, просить сісти,&lt;br /&gt;</w:t>
        <w:br/>
        <w:t>Просить їсти-пити,&lt;br /&gt;</w:t>
        <w:br/>
        <w:t>А тим часом каже слугам&lt;br /&gt;</w:t>
        <w:br/>
        <w:t>Коня уходити.</w:t>
      </w:r>
    </w:p>
    <w:p>
      <w:r>
        <w:br/>
        <w:t>Слуги взяли вівса мірку&lt;br /&gt;</w:t>
        <w:br/>
        <w:t>І вином полляли&lt;br /&gt;</w:t>
        <w:br/>
        <w:t>І вівсом тим аж до звалу&lt;br /&gt;</w:t>
        <w:br/>
        <w:t>Коня вгодували.</w:t>
      </w:r>
    </w:p>
    <w:p>
      <w:r>
        <w:br/>
        <w:t>Вгодували, в льох завели&lt;br /&gt;</w:t>
        <w:br/>
        <w:t>Під залізні брами.&lt;br /&gt;</w:t>
        <w:br/>
        <w:t>І всі двадцять брам замкнули&lt;br /&gt;</w:t>
        <w:br/>
        <w:t>Двадцяттю замками.</w:t>
      </w:r>
    </w:p>
    <w:p>
      <w:r>
        <w:br/>
        <w:t>А тим часом і мисливий&lt;br /&gt;</w:t>
        <w:br/>
        <w:t>У палаці впився&lt;br /&gt;</w:t>
        <w:br/>
        <w:t>І хитався в своїм кріслі,&lt;br /&gt;</w:t>
        <w:br/>
        <w:t>Поки не звалився.</w:t>
      </w:r>
    </w:p>
    <w:p>
      <w:r>
        <w:br/>
        <w:t>І муляри ізійшлися,&lt;br /&gt;</w:t>
        <w:br/>
        <w:t>Мисливого взяли,&lt;br /&gt;</w:t>
        <w:br/>
        <w:t>Назад руки ізв'язали,&lt;br /&gt;</w:t>
        <w:br/>
        <w:t>В стовп замурували.</w:t>
      </w:r>
    </w:p>
    <w:p>
      <w:r>
        <w:br/>
        <w:t>IX</w:t>
      </w:r>
    </w:p>
    <w:p>
      <w:r>
        <w:br/>
        <w:t>І по царству Соловея&lt;br /&gt;</w:t>
        <w:br/>
        <w:t>Всюди тихо було.&lt;br /&gt;</w:t>
        <w:br/>
        <w:t>І на пущі, й на степові&lt;br /&gt;</w:t>
        <w:br/>
        <w:t>Ніби сном заснуло.</w:t>
      </w:r>
    </w:p>
    <w:p>
      <w:r>
        <w:br/>
        <w:t>Сам причепа запиває,&lt;br /&gt;</w:t>
        <w:br/>
        <w:t>Спить, не просипає,&lt;br /&gt;</w:t>
        <w:br/>
        <w:t>Аж тут дудка десь здалека&lt;br /&gt;</w:t>
        <w:br/>
        <w:t>Грати зачинає.</w:t>
      </w:r>
    </w:p>
    <w:p>
      <w:r>
        <w:br/>
        <w:t>І ту дудку на&lt;br /&gt;</w:t>
        <w:br/>
        <w:t>Чує злотокрила,&lt;br /&gt;</w:t>
        <w:br/>
        <w:t>І з години на годину&lt;br /&gt;</w:t>
        <w:br/>
        <w:t>Виростають крила.</w:t>
      </w:r>
    </w:p>
    <w:p>
      <w:r>
        <w:br/>
        <w:t>І мисливий серед муру&lt;br /&gt;</w:t>
        <w:br/>
        <w:t>Тую дудку чує&lt;br /&gt;</w:t>
        <w:br/>
        <w:t>І зв язаш свої руки&lt;br /&gt;</w:t>
        <w:br/>
        <w:t>Пробує, моцює.</w:t>
      </w:r>
    </w:p>
    <w:p>
      <w:r>
        <w:br/>
        <w:t>І кінь його серед льоху&lt;br /&gt;</w:t>
        <w:br/>
        <w:t>Дудку зачуває,&lt;br /&gt;</w:t>
        <w:br/>
        <w:t>І — що пісні — копитами&lt;br /&gt;</w:t>
        <w:br/>
        <w:t>Браму розбиває.</w:t>
      </w:r>
    </w:p>
    <w:p>
      <w:r>
        <w:br/>
        <w:t>Чує дудку і причепа&lt;br /&gt;</w:t>
        <w:br/>
        <w:t>І не раз жахнеться,&lt;br /&gt;</w:t>
        <w:br/>
        <w:t>І із чаші золотої&lt;br /&gt;</w:t>
        <w:br/>
        <w:t>П'ється і не п'ється.</w:t>
      </w:r>
    </w:p>
    <w:p>
      <w:r>
        <w:br/>
        <w:t>Чи то дудка золотая&lt;br /&gt;</w:t>
        <w:br/>
        <w:t>Щось лихе віщує?&lt;br /&gt;</w:t>
        <w:br/>
        <w:t>Чи то так його сумління&lt;br /&gt;</w:t>
        <w:br/>
        <w:t>Мучить і мордує?</w:t>
      </w:r>
    </w:p>
    <w:p>
      <w:r>
        <w:br/>
        <w:t>І так йому тяжко-тяжко!&lt;br /&gt;</w:t>
        <w:br/>
        <w:t>І так нудно-нудної&lt;br /&gt;</w:t>
        <w:br/>
        <w:t>Тяжеліють руки й груди,&lt;br /&gt;</w:t>
        <w:br/>
        <w:t>І дихати трудно.</w:t>
      </w:r>
    </w:p>
    <w:p>
      <w:r>
        <w:br/>
        <w:t>А тут дудка грає-грає,&lt;br /&gt;</w:t>
        <w:br/>
        <w:t>Ніби вимовляє:&lt;br /&gt;</w:t>
        <w:br/>
        <w:t>"Стережися, злий причепо:&lt;br /&gt;</w:t>
        <w:br/>
        <w:t>Господь покарає".</w:t>
      </w:r>
    </w:p>
    <w:p>
      <w:r>
        <w:br/>
        <w:t>Ляже в постіль спочивати —&lt;br /&gt;</w:t>
        <w:br/>
        <w:t>Спиться і не спиться:&lt;br /&gt;</w:t>
        <w:br/>
        <w:t>Йому дудка золотая,&lt;br /&gt;</w:t>
        <w:br/>
        <w:t>Ніби кара, сниться.</w:t>
      </w:r>
    </w:p>
    <w:p>
      <w:r>
        <w:br/>
        <w:t>Сяде їсти — і не їсться,&lt;br /&gt;</w:t>
        <w:br/>
        <w:t>Пити — і не п'ється:&lt;br /&gt;</w:t>
        <w:br/>
        <w:t>Якась туга коло серця,&lt;br /&gt;</w:t>
        <w:br/>
        <w:t>Як гадюка, в'ється.</w:t>
      </w:r>
    </w:p>
    <w:p>
      <w:r>
        <w:br/>
        <w:t>І всі двері зачиняє,&lt;br /&gt;</w:t>
        <w:br/>
        <w:t>Вуха затикає,&lt;br /&gt;</w:t>
        <w:br/>
        <w:t>І сопілка грає-грає,&lt;br /&gt;</w:t>
        <w:br/>
        <w:t>Ніби вимовляє:</w:t>
      </w:r>
    </w:p>
    <w:p>
      <w:r>
        <w:br/>
        <w:t>"Кайся живо ти, причепо,&lt;br /&gt;</w:t>
        <w:br/>
        <w:t>Тілом і душою:&lt;br /&gt;</w:t>
        <w:br/>
        <w:t>Піднялась рука господня&lt;br /&gt;</w:t>
        <w:br/>
        <w:t>Кара над тобою".</w:t>
      </w:r>
    </w:p>
    <w:p>
      <w:r>
        <w:br/>
        <w:t>І ша!.. Тихо всюди стало,&lt;br /&gt;</w:t>
        <w:br/>
        <w:t>В цілім царстві тихо;&lt;br /&gt;</w:t>
        <w:br/>
        <w:t>Но страшніше воно було,&lt;br /&gt;</w:t>
        <w:br/>
        <w:t>Ніж самеє лихо.</w:t>
      </w:r>
    </w:p>
    <w:p>
      <w:r>
        <w:br/>
        <w:t>Х</w:t>
      </w:r>
    </w:p>
    <w:p>
      <w:r>
        <w:br/>
        <w:t>І остатню співак думу&lt;br /&gt;</w:t>
        <w:br/>
        <w:t>Грати зачинає,&lt;br /&gt;</w:t>
        <w:br/>
        <w:t>І дрижить земля від неї,&lt;br /&gt;</w:t>
        <w:br/>
        <w:t>Камінь розпукає.</w:t>
      </w:r>
    </w:p>
    <w:p>
      <w:r>
        <w:br/>
        <w:t>І двадцята коло льоху&lt;br /&gt;</w:t>
        <w:br/>
        <w:t>Брама затріщала,&lt;br /&gt;</w:t>
        <w:br/>
        <w:t>Враз із крюками, гаками&lt;br /&gt;</w:t>
        <w:br/>
        <w:t>Хрьопнула, упала,</w:t>
      </w:r>
    </w:p>
    <w:p>
      <w:r>
        <w:br/>
        <w:t>І затрясся стовп камінний,&lt;br /&gt;</w:t>
        <w:br/>
        <w:t>Набік похилився,&lt;br /&gt;</w:t>
        <w:br/>
        <w:t>І вершок його зламався,&lt;br /&gt;</w:t>
        <w:br/>
        <w:t>Покотом звалився.</w:t>
      </w:r>
    </w:p>
    <w:p>
      <w:r>
        <w:br/>
        <w:t>І далеко на степові&lt;br /&gt;</w:t>
        <w:br/>
        <w:t>Затряслась могила,&lt;br /&gt;</w:t>
        <w:br/>
        <w:t>І у сонної царівни&lt;br /&gt;</w:t>
        <w:br/>
        <w:t>Засвербіли крила.</w:t>
      </w:r>
    </w:p>
    <w:p>
      <w:r>
        <w:br/>
        <w:t>І царівна пробудилась,&lt;br /&gt;</w:t>
        <w:br/>
        <w:t>Все припом'янула&lt;br /&gt;</w:t>
        <w:br/>
        <w:t>І на вдяку до причепи&lt;br /&gt;</w:t>
        <w:br/>
        <w:t>Льотом полинула.</w:t>
      </w:r>
    </w:p>
    <w:p>
      <w:r>
        <w:br/>
        <w:t>А там уже і мисливий&lt;br /&gt;</w:t>
        <w:br/>
        <w:t>Конем своїм грає&lt;br /&gt;</w:t>
        <w:br/>
        <w:t>І сто тисяч своїх слугів&lt;br /&gt;</w:t>
        <w:br/>
        <w:t>З вуха випускає.</w:t>
      </w:r>
    </w:p>
    <w:p>
      <w:r>
        <w:br/>
        <w:t>І царівна свої крила&lt;br /&gt;</w:t>
        <w:br/>
        <w:t>Раптом потрясає —&lt;br /&gt;</w:t>
        <w:br/>
        <w:t>Сорок тисяч свого війська&lt;br /&gt;</w:t>
        <w:br/>
        <w:t>Із крил висипає.</w:t>
      </w:r>
    </w:p>
    <w:p>
      <w:r>
        <w:br/>
        <w:t>"Виступай, негідний враже,&lt;br /&gt;</w:t>
        <w:br/>
        <w:t>В чисте поле битись!&lt;br /&gt;</w:t>
        <w:br/>
        <w:t>Не будемо ми з тобою&lt;br /&gt;</w:t>
        <w:br/>
        <w:t>До смерті миритись!"</w:t>
      </w:r>
    </w:p>
    <w:p>
      <w:r>
        <w:br/>
        <w:t>І причепа у столиці&lt;br /&gt;</w:t>
        <w:br/>
        <w:t>Слуг своїх збирає&lt;br /&gt;</w:t>
        <w:br/>
        <w:t>І, чи радий, чи нерадий —&lt;br /&gt;</w:t>
        <w:br/>
        <w:t>В поле виступає.</w:t>
      </w:r>
    </w:p>
    <w:p>
      <w:r>
        <w:br/>
        <w:t>І обняло його силу&lt;br /&gt;</w:t>
        <w:br/>
        <w:t>Дві великих сили,&lt;br /&gt;</w:t>
        <w:br/>
        <w:t>І причепине все військо&lt;br /&gt;</w:t>
        <w:br/>
        <w:t>До ночі побили.</w:t>
      </w:r>
    </w:p>
    <w:p>
      <w:r>
        <w:br/>
        <w:t>А самого неубитим&lt;br /&gt;</w:t>
        <w:br/>
        <w:t>У полон узяли&lt;br /&gt;</w:t>
        <w:br/>
        <w:t>І сиділи і гадали,&lt;br /&gt;</w:t>
        <w:br/>
        <w:t>Кару вимишляли,</w:t>
      </w:r>
    </w:p>
    <w:p>
      <w:r>
        <w:br/>
        <w:t>Аж іде пастух-царевич&lt;br /&gt;</w:t>
        <w:br/>
        <w:t>І став розважати:&lt;br /&gt;</w:t>
        <w:br/>
        <w:t>"Не годиться нам брат брата&lt;br /&gt;</w:t>
        <w:br/>
        <w:t>За гріхи карати.</w:t>
      </w:r>
    </w:p>
    <w:p>
      <w:r>
        <w:br/>
        <w:t>Всі ми винні перед батьком,&lt;br /&gt;</w:t>
        <w:br/>
        <w:t>Зле усі ми жили,&lt;br /&gt;</w:t>
        <w:br/>
        <w:t>А ходім на суд і правду&lt;br /&gt;</w:t>
        <w:br/>
        <w:t>В степи до могили.</w:t>
      </w:r>
    </w:p>
    <w:p>
      <w:r>
        <w:br/>
        <w:t>Нехай батько знов явиться,&lt;br /&gt;</w:t>
        <w:br/>
        <w:t>Очі нам розв'яже&lt;br /&gt;</w:t>
        <w:br/>
        <w:t>І розсудить, і научить,&lt;br /&gt;</w:t>
        <w:br/>
        <w:t>І всю правду скаже".</w:t>
      </w:r>
    </w:p>
    <w:p>
      <w:r>
        <w:br/>
        <w:t>XI</w:t>
      </w:r>
    </w:p>
    <w:p>
      <w:r>
        <w:br/>
        <w:t>Нічка тиха, зорі світять,&lt;br /&gt;</w:t>
        <w:br/>
        <w:t>В небі місяць грає;&lt;br /&gt;</w:t>
        <w:br/>
        <w:t>Степ туманом обгорнувся&lt;br /&gt;</w:t>
        <w:br/>
        <w:t>І сном засипає.</w:t>
      </w:r>
    </w:p>
    <w:p>
      <w:r>
        <w:br/>
        <w:t>Не шумить сухий чорнобиль,&lt;br /&gt;</w:t>
        <w:br/>
        <w:t>Коник не стрекоче,&lt;br /&gt;</w:t>
        <w:br/>
        <w:t>Перепілка не співає,&lt;br /&gt;</w:t>
        <w:br/>
        <w:t>І вуж не сикоче.</w:t>
      </w:r>
    </w:p>
    <w:p>
      <w:r>
        <w:br/>
        <w:t>І дрімає степ широкий,&lt;br /&gt;</w:t>
        <w:br/>
        <w:t>І кругом біліє;&lt;br /&gt;</w:t>
        <w:br/>
        <w:t>Тільки давняя могила&lt;br /&gt;</w:t>
        <w:br/>
        <w:t>В степу зеленіє.</w:t>
      </w:r>
    </w:p>
    <w:p>
      <w:r>
        <w:br/>
        <w:t>І в могилі цар, цариця&lt;br /&gt;</w:t>
        <w:br/>
        <w:t>Сном опочивають.&lt;br /&gt;</w:t>
        <w:br/>
        <w:t>Над могилою їх діти&lt;br /&gt;</w:t>
        <w:br/>
        <w:t>Варту відбувають.</w:t>
      </w:r>
    </w:p>
    <w:p>
      <w:r>
        <w:br/>
        <w:t>Вдруг по степу загуділо.&lt;br /&gt;</w:t>
        <w:br/>
        <w:t>Затряслась могила,&lt;br /&gt;</w:t>
        <w:br/>
        <w:t>Стало сумно, стало страшно,&lt;br /&gt;</w:t>
        <w:br/>
        <w:t>Північ наступила.</w:t>
      </w:r>
    </w:p>
    <w:p>
      <w:r>
        <w:br/>
        <w:t>І дух царя Соловея&lt;br /&gt;</w:t>
        <w:br/>
        <w:t>Став наверх могили;&lt;br /&gt;</w:t>
        <w:br/>
        <w:t>Як діамант, його шати&lt;br /&gt;</w:t>
        <w:br/>
        <w:t>Пишнії світили.</w:t>
      </w:r>
    </w:p>
    <w:p>
      <w:r>
        <w:br/>
        <w:t>І на вінку несмертельнім&lt;br /&gt;</w:t>
        <w:br/>
        <w:t>Квітки виростали,&lt;br /&gt;</w:t>
        <w:br/>
        <w:t>Виростали, розпукали,&lt;br /&gt;</w:t>
        <w:br/>
        <w:t>Чоло обвивали.</w:t>
      </w:r>
    </w:p>
    <w:p>
      <w:r>
        <w:br/>
        <w:t>"Діти мої, любі діти! —&lt;br /&gt;</w:t>
        <w:br/>
        <w:t>Став їм говорити.-&lt;br /&gt;</w:t>
        <w:br/>
        <w:t>Не вміли ви шануватись,&lt;br /&gt;</w:t>
        <w:br/>
        <w:t>Не вміли ви жити!</w:t>
      </w:r>
    </w:p>
    <w:p>
      <w:r>
        <w:br/>
        <w:t>Єсть три сили в чоловіка:&lt;br /&gt;</w:t>
        <w:br/>
        <w:t>І першая — знання,&lt;br /&gt;</w:t>
        <w:br/>
        <w:t>Другая — добротворіння,&lt;br /&gt;</w:t>
        <w:br/>
        <w:t>Третяя — кохання.</w:t>
      </w:r>
    </w:p>
    <w:p>
      <w:r>
        <w:br/>
        <w:t>І в коханні три гілляки:&lt;br /&gt;</w:t>
        <w:br/>
        <w:t>І першая — грати,&lt;br /&gt;</w:t>
        <w:br/>
        <w:t>Друга — чари малювати,&lt;br /&gt;</w:t>
        <w:br/>
        <w:t>Третя — їх писати.</w:t>
      </w:r>
    </w:p>
    <w:p>
      <w:r>
        <w:br/>
        <w:t>І по силі із вас каждий&lt;br /&gt;</w:t>
        <w:br/>
        <w:t>Відібрав від бога,&lt;br /&gt;</w:t>
        <w:br/>
        <w:t>І каждому із вас була&lt;br /&gt;</w:t>
        <w:br/>
        <w:t>Простая дорога.</w:t>
      </w:r>
    </w:p>
    <w:p>
      <w:r>
        <w:br/>
        <w:t>Мисливому — розмишляти,&lt;br /&gt;</w:t>
        <w:br/>
        <w:t>Тайни пізнавати,&lt;br /&gt;</w:t>
        <w:br/>
        <w:t>Причепі — за все чіплятись,&lt;br /&gt;</w:t>
        <w:br/>
        <w:t>Добро вибирати.</w:t>
      </w:r>
    </w:p>
    <w:p>
      <w:r>
        <w:br/>
        <w:t>Пастухові — дивно грати,&lt;br /&gt;</w:t>
        <w:br/>
        <w:t>Дочці — помагати:&lt;br /&gt;</w:t>
        <w:br/>
        <w:t>Чари в краски малювати,&lt;br /&gt;</w:t>
        <w:br/>
        <w:t>Піснями писати.</w:t>
      </w:r>
    </w:p>
    <w:p>
      <w:r>
        <w:br/>
        <w:t>А усім вам — разом жити&lt;br /&gt;</w:t>
        <w:br/>
        <w:t>І в'язати сили...&lt;br /&gt;</w:t>
        <w:br/>
        <w:t>Діти мої, любі діти!&lt;br /&gt;</w:t>
        <w:br/>
        <w:t>А чи ж так ви жили?</w:t>
      </w:r>
    </w:p>
    <w:p>
      <w:r>
        <w:br/>
        <w:t>XII</w:t>
      </w:r>
    </w:p>
    <w:p>
      <w:r>
        <w:br/>
        <w:t>Сину старший, сину перший,&lt;br /&gt;</w:t>
        <w:br/>
        <w:t>Стань передо мною,&lt;br /&gt;</w:t>
        <w:br/>
        <w:t>Най розсуджу суд і правду&lt;br /&gt;</w:t>
        <w:br/>
        <w:t>Перше над тобою.</w:t>
      </w:r>
    </w:p>
    <w:p>
      <w:r>
        <w:br/>
        <w:t>Тобі, сину, добре серце&lt;br /&gt;</w:t>
        <w:br/>
        <w:t>Дала твоя мати,&lt;br /&gt;</w:t>
        <w:br/>
        <w:t>І ти міг би від кохання&lt;br /&gt;</w:t>
        <w:br/>
        <w:t>Гілля всі обняти.</w:t>
      </w:r>
    </w:p>
    <w:p>
      <w:r>
        <w:br/>
        <w:t>Лиш життя твоє пастуше&lt;br /&gt;</w:t>
        <w:br/>
        <w:t>Того не давало:&lt;br /&gt;</w:t>
        <w:br/>
        <w:t>Воно тебе в твоє серце&lt;br /&gt;</w:t>
        <w:br/>
        <w:t>Власне замикало.</w:t>
      </w:r>
    </w:p>
    <w:p>
      <w:r>
        <w:br/>
        <w:t>І з дитинства ти всі чари&lt;br /&gt;</w:t>
        <w:br/>
        <w:t>В серці лиш находив,&lt;br /&gt;</w:t>
        <w:br/>
        <w:t>І ті чари на світ божий&lt;br /&gt;</w:t>
        <w:br/>
        <w:t>Голосом виводив.</w:t>
      </w:r>
    </w:p>
    <w:p>
      <w:r>
        <w:br/>
        <w:t>Все то, сину, милий сину,&lt;br /&gt;</w:t>
        <w:br/>
        <w:t>Все то розважав я&lt;br /&gt;</w:t>
        <w:br/>
        <w:t>І по мислі тобі царство&lt;br /&gt;</w:t>
        <w:br/>
        <w:t>І дарунок дав я.</w:t>
      </w:r>
    </w:p>
    <w:p>
      <w:r>
        <w:br/>
        <w:t>І спасибі тобі, сину,&lt;br /&gt;</w:t>
        <w:br/>
        <w:t>Нічого казати:&lt;br /&gt;</w:t>
        <w:br/>
        <w:t>Ти умів на своїм місці&lt;br /&gt;</w:t>
        <w:br/>
        <w:t>Хороше стояти.</w:t>
      </w:r>
    </w:p>
    <w:p>
      <w:r>
        <w:br/>
        <w:t>Тим лиш тілько не хвалю я,&lt;br /&gt;</w:t>
        <w:br/>
        <w:t>Що-сь в собі замкнувся,&lt;br /&gt;</w:t>
        <w:br/>
        <w:t>Що й умерших відцурався,&lt;br /&gt;</w:t>
        <w:br/>
        <w:t>За живих забувся.</w:t>
      </w:r>
    </w:p>
    <w:p>
      <w:r>
        <w:br/>
        <w:t>Стань і ти передо мною,&lt;br /&gt;</w:t>
        <w:br/>
        <w:t>Донько злотокрила,&lt;br /&gt;</w:t>
        <w:br/>
        <w:t>Наіі розсуджу, чи так, донько,&lt;br /&gt;</w:t>
        <w:br/>
        <w:t>Як повинна-сь, жила.</w:t>
      </w:r>
    </w:p>
    <w:p>
      <w:r>
        <w:br/>
        <w:t>Тобі, доню моя мила,&lt;br /&gt;</w:t>
        <w:br/>
        <w:t>Опісля цариці&lt;br /&gt;</w:t>
        <w:br/>
        <w:t>Оставались на дідизну&lt;br /&gt;</w:t>
        <w:br/>
        <w:t>Степи без границі.</w:t>
      </w:r>
    </w:p>
    <w:p>
      <w:r>
        <w:br/>
        <w:t>Степи пишні і розкішні,&lt;br /&gt;</w:t>
        <w:br/>
        <w:t>Степи, чарів повні.&lt;br /&gt;</w:t>
        <w:br/>
        <w:t>Да і ти на серці мала&lt;br /&gt;</w:t>
        <w:br/>
        <w:t>Склони полюбовні.</w:t>
      </w:r>
    </w:p>
    <w:p>
      <w:r>
        <w:br/>
        <w:t>Ото й дав я тобі крила.&lt;br /&gt;</w:t>
        <w:br/>
        <w:t>Щоб ти скрізь літала,&lt;br /&gt;</w:t>
        <w:br/>
        <w:t>Що чарує — малювала,&lt;br /&gt;</w:t>
        <w:br/>
        <w:t>Піснями співала.</w:t>
      </w:r>
    </w:p>
    <w:p>
      <w:r>
        <w:br/>
        <w:t>А на що ж ти обернула&lt;br /&gt;</w:t>
        <w:br/>
        <w:t>Свої сильні крила?&lt;br /&gt;</w:t>
        <w:br/>
        <w:t>Тілько з розуму зводила,&lt;br /&gt;</w:t>
        <w:br/>
        <w:t>Кров людськую лила.</w:t>
      </w:r>
    </w:p>
    <w:p>
      <w:r>
        <w:br/>
        <w:t>І хоть близька з родом була,&lt;br /&gt;</w:t>
        <w:br/>
        <w:t>Ти ума не вчилась,&lt;br /&gt;</w:t>
        <w:br/>
        <w:t>Нахилилась до худібства&lt;br /&gt;</w:t>
        <w:br/>
        <w:t>І все погубила-сь.</w:t>
      </w:r>
    </w:p>
    <w:p>
      <w:r>
        <w:br/>
        <w:t>Доню моя злотокрила!&lt;br /&gt;</w:t>
        <w:br/>
        <w:t>Ти дитя миленьке!&lt;br /&gt;</w:t>
        <w:br/>
        <w:t>Не втішила-сь мене, доню,&lt;br /&gt;</w:t>
        <w:br/>
        <w:t>Ані свої неньки.</w:t>
      </w:r>
    </w:p>
    <w:p>
      <w:r>
        <w:br/>
        <w:t>XIII</w:t>
      </w:r>
    </w:p>
    <w:p>
      <w:r>
        <w:br/>
        <w:t>Стань і ти, мисливий сину,&lt;br /&gt;</w:t>
        <w:br/>
        <w:t>З своїм даром з неба!&lt;br /&gt;</w:t>
        <w:br/>
        <w:t>Чи той дар святий із неба&lt;br /&gt;</w:t>
        <w:br/>
        <w:t>Ти ужив, як треба?</w:t>
      </w:r>
    </w:p>
    <w:p>
      <w:r>
        <w:br/>
        <w:t>Тобі дав бог добрий розум&lt;br /&gt;</w:t>
        <w:br/>
        <w:t>До розпізнавання,&lt;br /&gt;</w:t>
        <w:br/>
        <w:t>І ти, сину, ще з дитинства&lt;br /&gt;</w:t>
        <w:br/>
        <w:t>Любив полювання.</w:t>
      </w:r>
    </w:p>
    <w:p>
      <w:r>
        <w:br/>
        <w:t>І, полюючи по лісу,&lt;br /&gt;</w:t>
        <w:br/>
        <w:t>Зілля виучав-єсь,&lt;br /&gt;</w:t>
        <w:br/>
        <w:t>І, полюючи за звіром,&lt;br /&gt;</w:t>
        <w:br/>
        <w:t>Звірів пізнавав-єсь.</w:t>
      </w:r>
    </w:p>
    <w:p>
      <w:r>
        <w:br/>
        <w:t>І як бігав через гори,&lt;br /&gt;</w:t>
        <w:br/>
        <w:t>Скали і обвали —&lt;br /&gt;</w:t>
        <w:br/>
        <w:t>Тобі думки і за землю&lt;br /&gt;</w:t>
        <w:br/>
        <w:t>В голови впадали...</w:t>
      </w:r>
    </w:p>
    <w:p>
      <w:r>
        <w:br/>
        <w:t>І як здобич попадалась,&lt;br /&gt;</w:t>
        <w:br/>
        <w:t>Треба ж було бити,&lt;br /&gt;</w:t>
        <w:br/>
        <w:t>Треба ж було в ціль ціляти,&lt;br /&gt;</w:t>
        <w:br/>
        <w:t>Луком не схибити.</w:t>
      </w:r>
    </w:p>
    <w:p>
      <w:r>
        <w:br/>
        <w:t>Все то розуму бажало,&lt;br /&gt;</w:t>
        <w:br/>
        <w:t>Щоб розміркувати,&lt;br /&gt;</w:t>
        <w:br/>
        <w:t>Все то мало тобі, сину,&lt;br /&gt;</w:t>
        <w:br/>
        <w:t>Розум розкривати.</w:t>
      </w:r>
    </w:p>
    <w:p>
      <w:r>
        <w:br/>
        <w:t>І по мислі дав я землю&lt;br /&gt;</w:t>
        <w:br/>
        <w:t>Для зізнання твого&lt;br /&gt;</w:t>
        <w:br/>
        <w:t>І на поміч, на підмогу&lt;br /&gt;</w:t>
        <w:br/>
        <w:t>Коня вороного.</w:t>
      </w:r>
    </w:p>
    <w:p>
      <w:r>
        <w:br/>
        <w:t>Но й ти, сину, мало, мало&lt;br /&gt;</w:t>
        <w:br/>
        <w:t>Розуму учився!&lt;br /&gt;</w:t>
        <w:br/>
        <w:t>Замість тихої науки,&lt;br /&gt;</w:t>
        <w:br/>
        <w:t>Ти з ріднею бився!..</w:t>
      </w:r>
    </w:p>
    <w:p>
      <w:r>
        <w:br/>
        <w:t>Стань і ти сюди, причепо!&lt;br /&gt;</w:t>
        <w:br/>
        <w:t>Стань передо мною,&lt;br /&gt;</w:t>
        <w:br/>
        <w:t>Най розсуджу свою правду&lt;br /&gt;</w:t>
        <w:br/>
        <w:t>І суд над тобою.</w:t>
      </w:r>
    </w:p>
    <w:p>
      <w:r>
        <w:br/>
        <w:t>Сину мій! Любив ти, сину,&lt;br /&gt;</w:t>
        <w:br/>
        <w:t>Все покуштувати,&lt;br /&gt;</w:t>
        <w:br/>
        <w:t>Лиш не хтів ти з-поміж злого&lt;br /&gt;</w:t>
        <w:br/>
        <w:t>Доброго пізнати.</w:t>
      </w:r>
    </w:p>
    <w:p>
      <w:r>
        <w:br/>
        <w:t>Ти допився до худібства,&lt;br /&gt;</w:t>
        <w:br/>
        <w:t>Душу затопив-єсь&lt;br /&gt;</w:t>
        <w:br/>
        <w:t>І від батька замість всього&lt;br /&gt;</w:t>
        <w:br/>
        <w:t>Лиш вина просив-єсь.</w:t>
      </w:r>
    </w:p>
    <w:p>
      <w:r>
        <w:br/>
        <w:t>Правда, діти, що і того&lt;br /&gt;</w:t>
        <w:br/>
        <w:t>Треба в вашім віку,&lt;br /&gt;</w:t>
        <w:br/>
        <w:t>Тілько здержпим в тому бути&lt;br /&gt;</w:t>
        <w:br/>
        <w:t>Треба чоловіку.</w:t>
      </w:r>
    </w:p>
    <w:p>
      <w:r>
        <w:br/>
        <w:t>Діти мої, любі діти!&lt;br /&gt;</w:t>
        <w:br/>
        <w:t>От вам правда щира:&lt;br /&gt;</w:t>
        <w:br/>
        <w:t>Не впивайтесь і не бийтесь,&lt;br /&gt;</w:t>
        <w:br/>
        <w:t>Не соромте мира!</w:t>
      </w:r>
    </w:p>
    <w:p>
      <w:r>
        <w:br/>
        <w:t>Жийте кожне свою силой,&lt;br /&gt;</w:t>
        <w:br/>
        <w:t>Тілько-но кохайтесь&lt;br /&gt;</w:t>
        <w:br/>
        <w:t>І всі четверо збирайтесь —&lt;br /&gt;</w:t>
        <w:br/>
        <w:t>Правди научайтесь".</w:t>
      </w:r>
    </w:p>
    <w:p>
      <w:r>
        <w:br/>
        <w:t>1857 года&lt;br /&gt;</w:t>
        <w:br/>
        <w:t>10-18 декабря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