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 Плаксій та Лоскотон</w:t>
      </w:r>
    </w:p>
    <w:p>
      <w:r>
        <w:br/>
        <w:t xml:space="preserve"> Цареве сімейство</w:t>
      </w:r>
    </w:p>
    <w:p>
      <w:r>
        <w:br/>
        <w:t>Там, де гори і долини,&lt;br /&gt;</w:t>
        <w:br/>
        <w:t>Де гуляє вітровій, —&lt;br /&gt;</w:t>
        <w:br/>
        <w:t>Там цвіте краса-країна&lt;br /&gt;</w:t>
        <w:br/>
        <w:t>З дивним ім'ям Сльозолий.&lt;br /&gt;</w:t>
        <w:br/>
        <w:t>І колись в країні тій&lt;br /&gt;</w:t>
        <w:br/>
        <w:t>Був па троні цар Плаксій,&lt;br /&gt;</w:t>
        <w:br/>
        <w:t>Голова його мов бочка,&lt;br /&gt;</w:t>
        <w:br/>
        <w:t>Очі — ніби кавуни.&lt;br /&gt;</w:t>
        <w:br/>
        <w:t>В Плаксія було три дочки&lt;br /&gt;</w:t>
        <w:br/>
        <w:t>І плаксивих три сини.&lt;br /&gt;</w:t>
        <w:br/>
        <w:t>Старша звалася Нудота,&lt;br /&gt;</w:t>
        <w:br/>
        <w:t>Середульшенька — Вай-Вай,&lt;br /&gt;</w:t>
        <w:br/>
        <w:t>Третя донечка — Плакота,&lt;br /&gt;</w:t>
        <w:br/>
        <w:t>Всі сльозливі через край.&lt;br /&gt;</w:t>
        <w:br/>
        <w:t>А цареві три сини&lt;br /&gt;</w:t>
        <w:br/>
        <w:t>Так і звались — Плаксуни.&lt;br /&gt;</w:t>
        <w:br/>
        <w:t>Отака була сім'я&lt;br /&gt;</w:t>
        <w:br/>
        <w:t>У царя у Плаксія.&lt;br /&gt;</w:t>
        <w:br/>
        <w:t>Цілі дні вони сиділи,&lt;br /&gt;</w:t>
        <w:br/>
        <w:t>Голосили, та сопіли,&lt;br /&gt;</w:t>
        <w:br/>
        <w:t>Та стогнали, та ревли,&lt;br /&gt;</w:t>
        <w:br/>
        <w:t>Сльози відрами лили.&lt;br /&gt;</w:t>
        <w:br/>
        <w:t>Цар Плаксій велів сердито:&lt;br /&gt;</w:t>
        <w:br/>
        <w:t>"Хай із ними день при дні&lt;br /&gt;</w:t>
        <w:br/>
        <w:t>Плачуть всі в країні діти,&lt;br /&gt;</w:t>
        <w:br/>
        <w:t>Бо сміятись і радіти&lt;br /&gt;</w:t>
        <w:br/>
        <w:t>У моєму царстві — ні!&lt;br /&gt;</w:t>
        <w:br/>
        <w:t>Хто всміхнеться — в часі тім&lt;br /&gt;</w:t>
        <w:br/>
        <w:t>Я того негайно з'їм!"&lt;br /&gt;</w:t>
        <w:br/>
        <w:t>Ще була у Плаксія&lt;br /&gt;</w:t>
        <w:br/>
        <w:t>Грізна гвардія своя:&lt;br /&gt;</w:t>
        <w:br/>
        <w:t>В ній служили молодці&lt;br /&gt;</w:t>
        <w:br/>
        <w:t>Забіяки-сльозівці.&lt;br /&gt;</w:t>
        <w:br/>
        <w:t>Хто сміявсь — вони хапали&lt;br /&gt;</w:t>
        <w:br/>
        <w:t>І нагайками шмагали,&lt;br /&gt;</w:t>
        <w:br/>
        <w:t>Так що в царстві тому скрізь&lt;br /&gt;</w:t>
        <w:br/>
        <w:t>Вистачало плачу й сліз.&lt;br /&gt;</w:t>
        <w:br/>
        <w:t>Цар любив, як плачуть діти,&lt;br /&gt;</w:t>
        <w:br/>
        <w:t>Бо любив їх сльози пити.&lt;br /&gt;</w:t>
        <w:br/>
        <w:t>Отакий був цар Плаксій&lt;br /&gt;</w:t>
        <w:br/>
        <w:t>Україні Сльозолий.</w:t>
      </w:r>
    </w:p>
    <w:p>
      <w:r>
        <w:br/>
        <w:t>Дядько Лоскотон</w:t>
      </w:r>
    </w:p>
    <w:p>
      <w:r>
        <w:br/>
        <w:t>Але в тому диво-царстві,&lt;br /&gt;</w:t>
        <w:br/>
        <w:t>Зневажаючи закон,&lt;br /&gt;</w:t>
        <w:br/>
        <w:t>Жив у мандрах і митарстві&lt;br /&gt;</w:t>
        <w:br/>
        <w:t>Добрий дядько Лоскотон.&lt;br /&gt;</w:t>
        <w:br/>
        <w:t>Він приходив кожний вечір —&lt;br /&gt;</w:t>
        <w:br/>
        <w:t>Хай чи дощ іде, чи сніг —&lt;br /&gt;</w:t>
        <w:br/>
        <w:t>До голодної малечі&lt;br /&gt;</w:t>
        <w:br/>
        <w:t>І усім приносив сміх.&lt;br /&gt;</w:t>
        <w:br/>
        <w:t>Мав він вдачу теплу й щиру,&lt;br /&gt;</w:t>
        <w:br/>
        <w:t>Ще й лукавинку в очах.&lt;br /&gt;</w:t>
        <w:br/>
        <w:t>І була накидка сіра&lt;br /&gt;</w:t>
        <w:br/>
        <w:t>В Лоскотана на плечах.&lt;br /&gt;</w:t>
        <w:br/>
        <w:t>Лоскотливі мав він вуса&lt;br /&gt;</w:t>
        <w:br/>
        <w:t>І м'якенькі, наче пух.&lt;br /&gt;</w:t>
        <w:br/>
        <w:t>І м'яке волосся русе&lt;br /&gt;</w:t>
        <w:br/>
        <w:t>Розсипалося до вух.&lt;br /&gt;</w:t>
        <w:br/>
        <w:t>Він як прийде, залоскоче,&lt;br /&gt;</w:t>
        <w:br/>
        <w:t>То сміється, хто й не хоче.&lt;br /&gt;</w:t>
        <w:br/>
        <w:t>Тільки де він появлявся,&lt;br /&gt;</w:t>
        <w:br/>
        <w:t>Зразу плач там припинявся,&lt;br /&gt;</w:t>
        <w:br/>
        <w:t>І приходив до усіх&lt;br /&gt;</w:t>
        <w:br/>
        <w:t>Голосний та щирий сміх.</w:t>
      </w:r>
    </w:p>
    <w:p>
      <w:r>
        <w:br/>
        <w:t>Не любили Лоскотона&lt;br /&gt;</w:t>
        <w:br/>
        <w:t>Цар Плаксій і Плаксуни,&lt;br /&gt;</w:t>
        <w:br/>
        <w:t>Видавали заборони&lt;br /&gt;</w:t>
        <w:br/>
        <w:t>Проти лоскоту вони.&lt;br /&gt;</w:t>
        <w:br/>
        <w:t>І за дядьком Лоскотоном&lt;br /&gt;</w:t>
        <w:br/>
        <w:t>Із нагайками в руках&lt;br /&gt;</w:t>
        <w:br/>
        <w:t>Охоронці злих законів&lt;br /&gt;</w:t>
        <w:br/>
        <w:t>Полювали по хатах.&lt;br /&gt;</w:t>
        <w:br/>
        <w:t>Але дядько Лоскотон&lt;br /&gt;</w:t>
        <w:br/>
        <w:t>Не боявся цих заслон:&lt;br /&gt;</w:t>
        <w:br/>
        <w:t>Він ходив по всій країні&lt;br /&gt;</w:t>
        <w:br/>
        <w:t>І носив з собою сміх&lt;br /&gt;</w:t>
        <w:br/>
        <w:t>В розмальованій торбині,&lt;br /&gt;</w:t>
        <w:br/>
        <w:t>В пальцях лагідних своїх.</w:t>
      </w:r>
    </w:p>
    <w:p>
      <w:r>
        <w:br/>
        <w:t>Арешт Лоскотона</w:t>
      </w:r>
    </w:p>
    <w:p>
      <w:r>
        <w:br/>
        <w:t>Розізливсь тоді Плаксій —&lt;br /&gt;</w:t>
        <w:br/>
        <w:t>Цар країни Сльозолий.&lt;br /&gt;</w:t>
        <w:br/>
        <w:t>Гнівно він гукнув із трону:&lt;br /&gt;</w:t>
        <w:br/>
        <w:t>"Гей, ледачі сльозівці!&lt;br /&gt;</w:t>
        <w:br/>
        <w:t>Хто впіймає Лоскотона,&lt;br /&gt;</w:t>
        <w:br/>
        <w:t>Буде муж моїй дочці!&lt;br /&gt;</w:t>
        <w:br/>
        <w:t>Хто його посадить в льох —&lt;br /&gt;</w:t>
        <w:br/>
        <w:t>Вибирай одну із трьох!&lt;br /&gt;</w:t>
        <w:br/>
        <w:t>Бо уже цей Лоскотон&lt;br /&gt;</w:t>
        <w:br/>
        <w:t>Скоро нам розвалить трон:&lt;br /&gt;</w:t>
        <w:br/>
        <w:t>Що тоді ми будем пити,&lt;br /&gt;</w:t>
        <w:br/>
        <w:t>Як не будуть плакать діти!"&lt;br /&gt;</w:t>
        <w:br/>
        <w:t>І завзяті сльозівці&lt;br /&gt;</w:t>
        <w:br/>
        <w:t>Понеслись у всі кінці,&lt;br /&gt;</w:t>
        <w:br/>
        <w:t>Щоб скарати по закону&lt;br /&gt;</w:t>
        <w:br/>
        <w:t>Баламута Лоскотона.&lt;br /&gt;</w:t>
        <w:br/>
        <w:t>Довго скрізь його шукали,&lt;br /&gt;</w:t>
        <w:br/>
        <w:t>У всі шпари заглядали,&lt;br /&gt;</w:t>
        <w:br/>
        <w:t>Перерили всі двори,&lt;br /&gt;</w:t>
        <w:br/>
        <w:t>Обходили всі бори,&lt;br /&gt;</w:t>
        <w:br/>
        <w:t>Час потратили дарма:&lt;br /&gt;</w:t>
        <w:br/>
        <w:t>Лоскотона скрізь нема,&lt;br /&gt;</w:t>
        <w:br/>
        <w:t>Бо його завжди і всюди&lt;br /&gt;</w:t>
        <w:br/>
        <w:t>Од ловців ховали люди.&lt;br /&gt;</w:t>
        <w:br/>
        <w:t>Опівночі Лоскотон,&lt;br /&gt;</w:t>
        <w:br/>
        <w:t>Коли всіх колише сон,&lt;br /&gt;</w:t>
        <w:br/>
        <w:t>Йшов собі в бідняцькі хати&lt;br /&gt;</w:t>
        <w:br/>
        <w:t>Їхніх діток розважати.</w:t>
      </w:r>
    </w:p>
    <w:p>
      <w:r>
        <w:br/>
        <w:t>Був тоді у Плаксія&lt;br /&gt;</w:t>
        <w:br/>
        <w:t>Лютий посіпака,&lt;br /&gt;</w:t>
        <w:br/>
        <w:t>Віроломний, як змія,&lt;br /&gt;</w:t>
        <w:br/>
        <w:t>Капітан Макака.&lt;br /&gt;</w:t>
        <w:br/>
        <w:t>Так хотілося йому&lt;br /&gt;</w:t>
        <w:br/>
        <w:t>Царським зятем стати,&lt;br /&gt;</w:t>
        <w:br/>
        <w:t>Що ні разу в ту зиму&lt;br /&gt;</w:t>
        <w:br/>
        <w:t>Не лягав і спати.&lt;br /&gt;</w:t>
        <w:br/>
        <w:t>Все ходив, усе він слухав&lt;br /&gt;</w:t>
        <w:br/>
        <w:t>І нарешті все рознюхав.&lt;br /&gt;</w:t>
        <w:br/>
        <w:t>На світанку Лоскотон,&lt;br /&gt;</w:t>
        <w:br/>
        <w:t>Насмішивши діток,&lt;br /&gt;</w:t>
        <w:br/>
        <w:t>У міцний поринув сон&lt;br /&gt;</w:t>
        <w:br/>
        <w:t>Між кленових віток.&lt;br /&gt;</w:t>
        <w:br/>
        <w:t>А лукавий капітан&lt;br /&gt;</w:t>
        <w:br/>
        <w:t>Підікрався змієм&lt;br /&gt;</w:t>
        <w:br/>
        <w:t>Й Лоскотонові аркан&lt;br /&gt;</w:t>
        <w:br/>
        <w:t>Зашморгнув на шиї.&lt;br /&gt;</w:t>
        <w:br/>
        <w:t>Руки вивернув назад,&lt;br /&gt;</w:t>
        <w:br/>
        <w:t>Міцно спутав ноги&lt;br /&gt;</w:t>
        <w:br/>
        <w:t>І мерщій у Плаксоград&lt;br /&gt;</w:t>
        <w:br/>
        <w:t>Рушив у дорогу...</w:t>
      </w:r>
    </w:p>
    <w:p>
      <w:r>
        <w:br/>
        <w:t>Весілля в палаці</w:t>
      </w:r>
    </w:p>
    <w:p>
      <w:r>
        <w:br/>
        <w:t>Лоскотона посадили&lt;br /&gt;</w:t>
        <w:br/>
        <w:t>За вузенькі грати,&lt;br /&gt;</w:t>
        <w:br/>
        <w:t>А в палаці порішили:&lt;br /&gt;</w:t>
        <w:br/>
        <w:t>— Час весілля грати...-&lt;br /&gt;</w:t>
        <w:br/>
        <w:t>Гей, зійшлися царенята&lt;br /&gt;</w:t>
        <w:br/>
        <w:t>І придворна свита&lt;br /&gt;</w:t>
        <w:br/>
        <w:t>Наречених шанувати,&lt;br /&gt;</w:t>
        <w:br/>
        <w:t>Сльози діток пити.&lt;br /&gt;</w:t>
        <w:br/>
        <w:t>До вінця веде жених&lt;br /&gt;</w:t>
        <w:br/>
        <w:t>Висохлу Нудоту,&lt;br /&gt;</w:t>
        <w:br/>
        <w:t>Та дивитися на них&lt;br /&gt;</w:t>
        <w:br/>
        <w:t>Зовсім неохота.&lt;br /&gt;</w:t>
        <w:br/>
        <w:t>Хоч Макака був бридкий,&lt;br /&gt;</w:t>
        <w:br/>
        <w:t>А вона ще гірша,&lt;br /&gt;</w:t>
        <w:br/>
        <w:t>Їм поет один гладкий&lt;br /&gt;</w:t>
        <w:br/>
        <w:t>Присвятив ще й вірша.&lt;br /&gt;</w:t>
        <w:br/>
        <w:t>Стільки там було хвальби,&lt;br /&gt;</w:t>
        <w:br/>
        <w:t>Так скрасив їх вроду —&lt;br /&gt;</w:t>
        <w:br/>
        <w:t>Навіть жаби від ганьби&lt;br /&gt;</w:t>
        <w:br/>
        <w:t>Булькнули у воду!&lt;br /&gt;</w:t>
        <w:br/>
        <w:t>Але цар ходив, пишався,&lt;br /&gt;</w:t>
        <w:br/>
        <w:t>Він із зятем цілувався,&lt;br /&gt;</w:t>
        <w:br/>
        <w:t>Похвалявся: "Ну, тепер&lt;br /&gt;</w:t>
        <w:br/>
        <w:t>Лоскотон, вважай, умер!&lt;br /&gt;</w:t>
        <w:br/>
        <w:t>Недоступним став для всіх&lt;br /&gt;</w:t>
        <w:br/>
        <w:t>Голосний та щирий сміх.&lt;br /&gt;</w:t>
        <w:br/>
        <w:t>Тож від радості стрибайте!&lt;br /&gt;</w:t>
        <w:br/>
        <w:t>Тож від радості ридайте!&lt;br /&gt;</w:t>
        <w:br/>
        <w:t>Ми тепер встановим скрізь&lt;br /&gt;</w:t>
        <w:br/>
        <w:t>Віковічне царство сліз!"&lt;br /&gt;</w:t>
        <w:br/>
        <w:t>Так розхвастався Плаксій —&lt;br /&gt;</w:t>
        <w:br/>
        <w:t>Цар країни Сльозолий.</w:t>
      </w:r>
    </w:p>
    <w:p>
      <w:r>
        <w:br/>
        <w:t>Звільнення Лоскотона</w:t>
      </w:r>
    </w:p>
    <w:p>
      <w:r>
        <w:br/>
        <w:t>Та поки гуло весілля,&lt;br /&gt;</w:t>
        <w:br/>
        <w:t>То п'яниці вартові&lt;br /&gt;</w:t>
        <w:br/>
        <w:t>Напились якогось зілля&lt;br /&gt;</w:t>
        <w:br/>
        <w:t>Та й поснули у траві.&lt;br /&gt;</w:t>
        <w:br/>
        <w:t>А вночі йшли до в'язниці&lt;br /&gt;</w:t>
        <w:br/>
        <w:t>Батраки й робітники,&lt;br /&gt;</w:t>
        <w:br/>
        <w:t>Щоб звільнити із темниці&lt;br /&gt;</w:t>
        <w:br/>
        <w:t>Лоскотона на віки.&lt;br /&gt;</w:t>
        <w:br/>
        <w:t>Рознесли всі перепони,&lt;br /&gt;</w:t>
        <w:br/>
        <w:t>Гнули грати, мов прути:&lt;br /&gt;</w:t>
        <w:br/>
        <w:t>— Гей, веселий Лоскотоне,&lt;br /&gt;</w:t>
        <w:br/>
        <w:t>Це прийшли твої брати!&lt;br /&gt;</w:t>
        <w:br/>
        <w:t>Йди до нас, веселий брате,&lt;br /&gt;</w:t>
        <w:br/>
        <w:t>В нашу здружену сім'ю!&lt;br /&gt;</w:t>
        <w:br/>
        <w:t>Підем разом догравати&lt;br /&gt;</w:t>
        <w:br/>
        <w:t>Ми весілля Плаксію...</w:t>
      </w:r>
    </w:p>
    <w:p>
      <w:r>
        <w:br/>
        <w:t>Продовження весілля</w:t>
      </w:r>
    </w:p>
    <w:p>
      <w:r>
        <w:br/>
        <w:t>У палаці кожен скаче&lt;br /&gt;</w:t>
        <w:br/>
        <w:t>Та від щастя гірко плаче,&lt;br /&gt;</w:t>
        <w:br/>
        <w:t>Ллються сльози, як ріка, —&lt;br /&gt;</w:t>
        <w:br/>
        <w:t>Бачте, радість в них така!</w:t>
      </w:r>
    </w:p>
    <w:p>
      <w:r>
        <w:br/>
        <w:t>Раптом цар упав на трон:&lt;br /&gt;</w:t>
        <w:br/>
        <w:t>— Ой, рятуйте — Лоскотом! —&lt;br /&gt;</w:t>
        <w:br/>
        <w:t>Всі відразу "ох!" та "ах!",&lt;br /&gt;</w:t>
        <w:br/>
        <w:t>Жах у кожного в очах.&lt;br /&gt;</w:t>
        <w:br/>
        <w:t>А веселий Лоскотон&lt;br /&gt;</w:t>
        <w:br/>
        <w:t>До царя стрибнув на трон&lt;br /&gt;</w:t>
        <w:br/>
        <w:t>І сказав йому якраз:&lt;br /&gt;</w:t>
        <w:br/>
        <w:t>— Насмієшся ти хоч раз!.. —&lt;br /&gt;</w:t>
        <w:br/>
        <w:t>Став царя він лоскотати,&lt;br /&gt;</w:t>
        <w:br/>
        <w:t>І Плаксій став реготати.&lt;br /&gt;</w:t>
        <w:br/>
        <w:t>Так сміявсь — аж заливався,&lt;br /&gt;</w:t>
        <w:br/>
        <w:t>Аж від реготу качався,&lt;br /&gt;</w:t>
        <w:br/>
        <w:t>Кулаками очі тер —&lt;br /&gt;</w:t>
        <w:br/>
        <w:t>Потім лопнув і помер.</w:t>
      </w:r>
    </w:p>
    <w:p>
      <w:r>
        <w:br/>
        <w:t>Ой, була ж тоді потіха —&lt;br /&gt;</w:t>
        <w:br/>
        <w:t>Цар Плаксій помер од сміху!&lt;br /&gt;</w:t>
        <w:br/>
        <w:t>З ним придворні одубіли,&lt;br /&gt;</w:t>
        <w:br/>
        <w:t>Бо сміятися не вміли.&lt;br /&gt;</w:t>
        <w:br/>
        <w:t>А цареві три сини,&lt;br /&gt;</w:t>
        <w:br/>
        <w:t>Три завзяті Плаксуни,&lt;br /&gt;</w:t>
        <w:br/>
        <w:t>Так сміялись-реготали,&lt;br /&gt;</w:t>
        <w:br/>
        <w:t>Що штани з них поспадали —&lt;br /&gt;</w:t>
        <w:br/>
        <w:t>Тож всі троє без штанів&lt;br /&gt;</w:t>
        <w:br/>
        <w:t>До чужих втекли країв.</w:t>
      </w:r>
    </w:p>
    <w:p>
      <w:r>
        <w:br/>
        <w:t>Три царівни теж навтьоки&lt;br /&gt;</w:t>
        <w:br/>
        <w:t>У чотири бігли боки.&lt;br /&gt;</w:t>
        <w:br/>
        <w:t>Кровопивці-сльозівці&lt;br /&gt;</w:t>
        <w:br/>
        <w:t>Стали п'явками в ріці,&lt;br /&gt;</w:t>
        <w:br/>
        <w:t>А Макака-забіяка&lt;br /&gt;</w:t>
        <w:br/>
        <w:t>З'їв себе із переляку.&lt;br /&gt;</w:t>
        <w:br/>
        <w:t>Так веселий Лоскотон&lt;br /&gt;</w:t>
        <w:br/>
        <w:t>Розвалив поганський трон.&lt;br /&gt;</w:t>
        <w:br/>
        <w:t>Сам же він живе й понині,&lt;br /&gt;</w:t>
        <w:br/>
        <w:t>Дітям носить щирий сміх&lt;br /&gt;</w:t>
        <w:br/>
        <w:t>В розмальованій торбині,&lt;br /&gt;</w:t>
        <w:br/>
        <w:t>В пальцях лагідних своїх.&lt;br /&gt;</w:t>
        <w:br/>
        <w:t>Схочеш сам піти в цей край,&lt;br /&gt;</w:t>
        <w:br/>
        <w:t>То маршрут запам'ятай:&lt;br /&gt;</w:t>
        <w:br/>
        <w:t>Треба йти спочатку прямо.&lt;br /&gt;</w:t>
        <w:br/>
        <w:t>Потім вправо завернуть,&lt;br /&gt;</w:t>
        <w:br/>
        <w:t>А тоді поміж дубами&lt;br /&gt;</w:t>
        <w:br/>
        <w:t>Поведе наліво путь.&lt;br /&gt;</w:t>
        <w:br/>
        <w:t>Після цього вже помалу&lt;br /&gt;</w:t>
        <w:br/>
        <w:t>Чимчикуй куди попало:&lt;br /&gt;</w:t>
        <w:br/>
        <w:t>Як од втоми не впадеш —&lt;br /&gt;</w:t>
        <w:br/>
        <w:t>В цю країну попадеш.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 Плаксій та Лоскотон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