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Цар-Чередар</w:t>
      </w:r>
    </w:p>
    <w:p>
      <w:r>
        <w:br/>
        <w:t xml:space="preserve"> &lt;p&gt;Жив та володів колись могучий, славний цар, приступний і для дворян, і для мирян, — словом, отець всім. Уже не говорю про літніх людей, досвідом багатих, що їх всюди велів почитати, але й маленькі діти коло нього, наче курчата коло квочки, таборами громадилися. Дітей дуже любив: то було його найбільшим блаженством приглядатися діточкам, підглядати їхні забави, бажання і фантазійні затії. Бо хто ж, як не дитина, зуміє в своїй буйній уяві взяти один кінець мотузка в зуби, другий дати товаришеві і уявити собі, що "я" не "я", а степовий скороногий жеребець, що летить світами, поре повітря і мчить, стрілою мчить, і ніхто не годен його ні догнати, ні здержати. Тому й цар любив маленьких, наївних сердечних діточок з буйною фантазією, а уже найдужче —свою єдину донечку, свою зіничку, пестійку царівну Анусю.</w:t>
      </w:r>
    </w:p>
    <w:p>
      <w:r>
        <w:br/>
        <w:t>У царівни Анусі була старенька няня, що на двірських поведенціях зуби з'їла. Палажкою кликалася і ще Анусину покійницю мамуню вибавила, а тепер коло неї падкувала, найпаче же коло її лялечок заходилася, щоби завжди були гарненько одягнені, вичесані по першій моді, відповідно до пори і двірського настрою. А щоби лялечки ніколи не скучали, то говорила їм баєчки про закляті замки або показувала, як старі баби дрімають.</w:t>
      </w:r>
    </w:p>
    <w:p>
      <w:r>
        <w:br/>
        <w:t>Та царівна Ануся не дуже вдовольнилася товариством старенької няні. Палажка була повільна, сонлива, часто заходилася судорожним кашлем, а іншим разом попадала в твердий сон, тому пестійка Ануся все линула до свого най добрішого татунечка-царя зі своїми примхами.</w:t>
      </w:r>
    </w:p>
    <w:p>
      <w:r>
        <w:br/>
        <w:t>Та батенько-цар не в силі був відмовити своїй ненаглядній донечці Анусі, чого би була не забажала. Хоч би йшлося про шибу з вікна, про когутика з вежі замкової, але все за її волею мусило діятися. Прибігає, бувало, до батька-царя, прилеститься, приголубиться, повисне на його шиї і благає, і молить:</w:t>
      </w:r>
    </w:p>
    <w:p>
      <w:r>
        <w:br/>
        <w:t>Цар-Чередар</w:t>
      </w:r>
    </w:p>
    <w:p>
      <w:r>
        <w:br/>
        <w:t>— Татунечку, царю золотенький! Мої лялечки скучають, метушаться, не хочуть слухати старенької Палажки, піди заколиши їх дрібочку! Вони відразу татунечка послухають, а такі тоді поважні і щасливі, що їх величність сам цар над царями благоволив з ними говорити.</w:t>
      </w:r>
    </w:p>
    <w:p>
      <w:r>
        <w:br/>
        <w:t>Слухає цар доні, звісно тато, рад би своїй коханій небо прихилити; займає місце старенької няні Палажки, сідає при колисці і колише, виводить колискові доненим лялечкам на сон грядущий; співає цар, аж по всіх чертогах лунає. А не завсіди однаковим голосом співає коронований пестун. Скаже Ануся-царівна: "Татунечку, тепер дуже голосно", то цар співає так високо, що аж стіни дрижать, аж шиби бренькотять; скаже: "Татунечку, тихесенько тепер", — то цар і до цього пристосується і потихеньку співає, наче легіт-вітер непомітно струнами на лірі відзивається.</w:t>
      </w:r>
    </w:p>
    <w:p>
      <w:r>
        <w:br/>
        <w:t>Або іншим разом надворі благодать Божа, веснонька у розпалі, а царівна біжить до батенька-царя, цілує по руках і з новими примхами:</w:t>
      </w:r>
    </w:p>
    <w:p>
      <w:r>
        <w:br/>
        <w:t>— Татунечку діямантовий, царю могучий над царями, ти не відмовиш мені того?</w:t>
      </w:r>
    </w:p>
    <w:p>
      <w:r>
        <w:br/>
        <w:t>— Перше мушу знати, чого?</w:t>
      </w:r>
    </w:p>
    <w:p>
      <w:r>
        <w:br/>
        <w:t>— Перше скажи, татунечку, що не відмовиш, що вволиш мені волю.</w:t>
      </w:r>
    </w:p>
    <w:p>
      <w:r>
        <w:br/>
        <w:t>Тут цар признається, що не відмовить, а Ануся далі:</w:t>
      </w:r>
    </w:p>
    <w:p>
      <w:r>
        <w:br/>
        <w:t>— Татунечку, мої лялечки санкуватися хочуть, — молить чародійка татунева, і все вимолить, все на своїм поставить. Цар ні словечком на се не перечить, лише дзвінок на шию і в шлею до санок запряжеться, а царівна Ануся за віжки і поводить ца-рем-татом, витріскує бичиком так проворно — і царський візник ліпше не вміє.</w:t>
      </w:r>
    </w:p>
    <w:p>
      <w:r>
        <w:br/>
        <w:t>Являться в таку пору, приміром, міністри з хрестами і медалями — так їх царівна-чародійка відразу до санок впрягає і гонить ними, гонить то труськом, то вискоком по всіх царських чертогах аж до утоми, аж до останньої краплі поту.</w:t>
      </w:r>
    </w:p>
    <w:p>
      <w:r>
        <w:br/>
        <w:t>Пріли декоровані головачі при тім ляльчинім санкуванні, сто разів більше пріли, ніж при винаході способу, як понаправляти діри в мішку державної каси; та годі ж було інакше, коли сам цар-отець сирітки Анусі також у шлею запрягався.</w:t>
      </w:r>
    </w:p>
    <w:p>
      <w:r>
        <w:br/>
        <w:t>При такім дивогляднім санкуванні йшлося тільки про те, щоби перевірити, в котрій кімнаті замети, в котрій сніги в пояс, а в котрій знаменита санна дорога, гладка і утерта. А що всюди помости були світлі, гладкі — сущі дзеркала, тому треба було собі все те уявити, і відповідно до цього або на місці ногами перебирати, або повагом вперед рухатися, або з усіх сил бігти вискоком.</w:t>
      </w:r>
    </w:p>
    <w:p>
      <w:r>
        <w:br/>
        <w:t>А як не збагнуть уявні декоровані жеребці уявної санної дороги, так враз візничок-царівна смикає віжками, потріскує батіжком і кричить:</w:t>
      </w:r>
    </w:p>
    <w:p>
      <w:r>
        <w:br/>
        <w:t>— На місці, на місці ногами... Замети... дебра... полетимо з берега в прірву.</w:t>
      </w:r>
    </w:p>
    <w:p>
      <w:r>
        <w:br/>
        <w:t>Або в іншім місці уявні жеребці змучаться, бо уже забагато того доброго, і зачинають повагом, нога за ногою, та візник-ца-рівна накликує:</w:t>
      </w:r>
    </w:p>
    <w:p>
      <w:r>
        <w:br/>
        <w:t>— Вискоком, дуже скоро! Дорога утерта рівнесенько, гладко, як на помості.</w:t>
      </w:r>
    </w:p>
    <w:p>
      <w:r>
        <w:br/>
        <w:t>Так царівна Ануся видумувала, вигадувала за кожним разом якісь нові примхи, аж нарешті видумала таке, що недобре скінчилося.</w:t>
      </w:r>
    </w:p>
    <w:p>
      <w:r>
        <w:br/>
        <w:t>Говорить раз до своєї старенької няні Палажки ось так:</w:t>
      </w:r>
    </w:p>
    <w:p>
      <w:r>
        <w:br/>
        <w:t>— Нині перед заходом сонця їду собі з моїм золотеньким тату-нечком, з моїм царем над царями, на море послухати, як водиця сичить, булькотить, перевертається, коли по заході той огненний круг сонячний зануриться в морі.</w:t>
      </w:r>
    </w:p>
    <w:p>
      <w:r>
        <w:br/>
        <w:t>Треба було видіти стареньку няню Палажку, як з переляку очі витріщила, кілька разів перехрестилася і царівну перехрестила від всякого врага і супостата. Занепокоїлася немічна двірська нахлібниця, говорить до царівни таким дивним дрижачим голосом:</w:t>
      </w:r>
    </w:p>
    <w:p>
      <w:r>
        <w:br/>
        <w:t>— Господи, спаси нас від таких гріховних помислів. Вечером на море? Ніхто того не видав, не чув. У таку неодвітну пору всього лиха допитатися можна: застуда, чиханка, лихоманка, запалення, а на додачу на такій бездонній глибині і з якимись диявольськими капостями можна стрітися — і погадати лячно.</w:t>
      </w:r>
    </w:p>
    <w:p>
      <w:r>
        <w:br/>
        <w:t>А проте... проте... — стала стара винахідлива на ріжні двірські примх. — Ми тоту забаганку, наймилостивіша і найкрасніша царівно над царівнами, вспіємо і без моря, і без сонця здійснити: закличемо найстаршого коваля із царської кузні і велимо йому кинути розпечену на вугіллі круглу залізяку в балію з водою, то буде ще голосніше шкварчати, кипіти, шипіти від самого зануреного у воді сонечка.</w:t>
      </w:r>
    </w:p>
    <w:p>
      <w:r>
        <w:br/>
        <w:t>— Надіятися тільки на того царського коваля, то недалеко зайдемо. Знаємо його дуже добре, як то він по ковадлі маленьким молоточком поценькує, погладжує, а другі величезними молотами надсаджуються. Ще захоче сто міхів ковальських і сто помічників собі найняти до роздмухування жару. Ні, на те не годжуся.</w:t>
      </w:r>
    </w:p>
    <w:p>
      <w:r>
        <w:br/>
        <w:t>Так сказала Ануся-царівна до свої сивенької няні Палажки. Побігла вмиг до свого батенька, царя над царями, зложила перед ним, звабниця, свої ніжні рученьки, мов до молитви, і повідає:</w:t>
      </w:r>
    </w:p>
    <w:p>
      <w:r>
        <w:br/>
        <w:t>— Татунечку золотенький! Найпокірнішу просьбу до твоїх царських стіп складаю: ідемо нині перед заходом сонця на море —хочу послухати, як вода вариться, наколи сонечко зануриться в воду. Обоє тільки їдемо: ти, найкращий мій татунечку, і я з тобою. Не візьмемо ні нашої немічної сонливої дами Палажки, ні моряків; вони тільки постогнують, покашлюють, а шуми, крики такі виправляють, що своїх слів не чуєш і других не розумієш.</w:t>
      </w:r>
    </w:p>
    <w:p>
      <w:r>
        <w:br/>
        <w:t>Не по нутру цареві тота просьба царівни Анусі. З кермом та вітрилами він рідко коли до діла мав. Кермував, щоправда, кораблем державним, але ж не кораблями на воді, а якщо й веслував на човні, то не сам, а під наглядом славних моряків, та й було се не на морі, а на ставі в замковім парку. І було се дуже давно, в літах весни-молодости.</w:t>
      </w:r>
    </w:p>
    <w:p>
      <w:r>
        <w:br/>
        <w:t>Тяжко приходилося цареві плисти на море з донею, а ще тяжче було відмовити їй. Вирішив їхати.</w:t>
      </w:r>
    </w:p>
    <w:p>
      <w:r>
        <w:br/>
        <w:t>2</w:t>
      </w:r>
    </w:p>
    <w:p>
      <w:r>
        <w:br/>
        <w:t>Скоро тільки сонечко стало спускатися на чисту дзеркальну морську поверхню, цар і царівна відчалили від берега. Спершу все було чудесно, знаменито: вітер дув стома ковальськими міхами просто у вітрила золотого царського човна і ніс його стрілою на хвилях морських у напрямку призахідного сонця.</w:t>
      </w:r>
    </w:p>
    <w:p>
      <w:r>
        <w:br/>
        <w:t>Уже й береги щезли, уже й небо оперлося краями на море в тім місці, звідки виплили, а вони все ще пчивуть, щоб бути ближче того місця, де сонечко зануриться в воду, — щоби добре прислухатися, як вода зашваркотить із превеликого сонячного жару.</w:t>
      </w:r>
    </w:p>
    <w:p>
      <w:r>
        <w:br/>
        <w:t>Під'їхали так близенечко, що, здавалося, ніби сонечко крайчиком свого круга доторкнулося до гладкого морського плеса. Слухають, слухають — що за чудасія? Нічогісінько не чути. Під-плили ще ближче — круг сонячний майже весь потонув у морі, напружують слух — нічого не чути. Тихесенько, наче перед великою бурею, а що найважливіше, що вода не закипіла, навіть настільки не зашкварчала, що свічка у церкві.</w:t>
      </w:r>
    </w:p>
    <w:p>
      <w:r>
        <w:br/>
        <w:t>— Вертаймо, татунечку золотенький, — каже царівна батькові. А зажурена така — сльози по щоках котяться.</w:t>
      </w:r>
    </w:p>
    <w:p>
      <w:r>
        <w:br/>
        <w:t>Зрадів цар слову "вертаймо" і що прогулянка скінчилася. Та легко сказати "вертаймо", але як наставити вітрила, щоб човен до берега вернувся? Пробував цар і так, і сяк — не повелося. А тут ось і вітер десь нагло зірвався, але такий сильний, що й кермо з рук вирвав, і вітрила помотав, — нічого не вдієш. А небо все темними хмарами вкрилося; громи, блискавиці, тьма темнюща, а човном, хоч і золотим, жене буря, перекидає по хвилях морських, мов шкаралупою з яйця, жене десь у безвість. Та ще й зверху дощик не падає, а як з відра ллє.</w:t>
      </w:r>
    </w:p>
    <w:p>
      <w:r>
        <w:br/>
        <w:t>Пригорнув цар доню Анусю до себе, накрив її, скільки міг, перед зливою студеною і подумав собі: Господи, помилуй і спаси нас! Дійся Твоя воля святая...".</w:t>
      </w:r>
    </w:p>
    <w:p>
      <w:r>
        <w:br/>
        <w:t>З тими словами закінчилося царське плавання морем. Далі втратив цар притомність і не знав, що з ними обома діялося. Коли отямився, то побачив коло себе якихось чоловіків, котрі згортали грубу верству болота з його царського кунтуша, а коло його доні жінки падкували і її брудне мокре вбрання старалися хоч дрібку почистити і упорядкувати. Цар відчував утому і дриґотів з холоду. На погіднім небі сяяло сонечко, натовп збирався коло врятованого царя і його доньки.</w:t>
      </w:r>
    </w:p>
    <w:p>
      <w:r>
        <w:br/>
        <w:t>Буря викинула царя з царівною на суходіл, а човна розбила об скелю.</w:t>
      </w:r>
    </w:p>
    <w:p>
      <w:r>
        <w:br/>
        <w:t>— Наша жиє! — оголосили радісно жінки, що заходилися коло царівни.</w:t>
      </w:r>
    </w:p>
    <w:p>
      <w:r>
        <w:br/>
        <w:t>— Наш також воскрес! — відказали весело мужики, що заходилися коло царя.</w:t>
      </w:r>
    </w:p>
    <w:p>
      <w:r>
        <w:br/>
        <w:t>— Тепер ведімо їх до якої хати: треба їх у що-небудь сухе переодягнути.</w:t>
      </w:r>
    </w:p>
    <w:p>
      <w:r>
        <w:br/>
        <w:t>Прислухався цар до розмов, роззирнувся по мужиках, жінках, дітях і враз зміркував, що не в своїм краю знаходиться. Справді, розуміє кожне слово, але видить — не з його держави люди. Видно з їхньої поведінки, що не лихі і не варвари, то вже, може, не повісять, і не з'їдять його живцем. Але признаватися, що він цар, небезпечно, і можна через таку сповідь втрапити у халепу. Зрештою, куди йому, замащеному, заболоченому в такій знищеній дрантивій одежі, говорити, що він цар? В кращому випадку подумають собі, що не всі в нього в хаті. Але чує цар далі, а тут уже і його грішним тілом зацікавилися: обговорюють його ситну поставу, дивуються з його білої шкіри, ніжних "панських" рук, і поплескують, обмацують його спину, наче свиню, призначену на заріз.</w:t>
      </w:r>
    </w:p>
    <w:p>
      <w:r>
        <w:br/>
        <w:t>І з його Анусею жінки таку саму чудасію роблять — ніби любуються нею, що така гарна, і не криються зі своїми гадками: "Ах, яка куріпочка! Тільки нею й ласувати!"</w:t>
      </w:r>
    </w:p>
    <w:p>
      <w:r>
        <w:br/>
        <w:t>Царю здалося, що має діло зі справжніми людожерами, які без всякого сумніву готуються їх з'їсти, тільки невідомо сирими чи звареними.</w:t>
      </w:r>
    </w:p>
    <w:p>
      <w:r>
        <w:br/>
        <w:t>Довго сперечалися чоловіки й жінки, до кого саме завести морських потопельників та в якій хаті їх примістити. Кожен хотів радо гостити їх в себе. Врешті, за порадою старости, вирішили помістити їх тимчасово в пустій хатині під лісом і забезпечити їх чистою одежею.</w:t>
      </w:r>
    </w:p>
    <w:p>
      <w:r>
        <w:br/>
        <w:t>Так і зробили: завели обох до хатини під лісом, обігріли, напоїли, нагодували, зодягли.</w:t>
      </w:r>
    </w:p>
    <w:p>
      <w:r>
        <w:br/>
        <w:t>Цар приймав ті добродійства своїх рятівників, наче злу ворожбу, і постійно мучився гадками, що попав поміж дикунівлюдожерів. Несподівано один випадок навів його на нові гадки і змусив сприйняти цих людей, як дітей з буйною фантазією.</w:t>
      </w:r>
    </w:p>
    <w:p>
      <w:r>
        <w:br/>
        <w:t>Найбільше розсмішив царя хвалько-багач, що свою глупоту хотів на розум перетворити. Він приступив до паря і сказав:</w:t>
      </w:r>
    </w:p>
    <w:p>
      <w:r>
        <w:br/>
        <w:t>— Мені видиться, що ви коваль, а в нас на цілі Гориславичі тільки оден. Ходіть до мене, я вам відразу і кузню, і ковадло, і все ковальське знаряддя постараюся.</w:t>
      </w:r>
    </w:p>
    <w:p>
      <w:r>
        <w:br/>
        <w:t>Цар на се здвигнув раменами. Гучний сміх наповнив кімнату.</w:t>
      </w:r>
    </w:p>
    <w:p>
      <w:r>
        <w:br/>
        <w:t>— Тобі, чудаку, — відізвався один з натовпу, — гроші розуму не придбали. Хто ж вигадав чоловіка з такими ніжними руками прикладати до коваля? Тут навіть сліпий тобі скаже, що ти великий йолоп... Моя тобі рада: поміняй свою пусту макітру на першу-ліпшу, то тільки виграєш.</w:t>
      </w:r>
    </w:p>
    <w:p>
      <w:r>
        <w:br/>
        <w:t>— А я вам кажу, що се або дуже великий пан, або кухар з якого княжого двору, — каже на це інший.</w:t>
      </w:r>
    </w:p>
    <w:p>
      <w:r>
        <w:br/>
        <w:t>— З чого ж ти вносиш, що він кухар? — спитало кілька рівночасно.</w:t>
      </w:r>
    </w:p>
    <w:p>
      <w:r>
        <w:br/>
        <w:t>— Тямите нашого придуркуватого Гриця, як то він ще малим хлопцем в нас по хатах скитався? Яке те було замліле, захуділе, замуцкане, аж неприємно було на нього глядіти, а нині ви всі бачили, який гладун з нього: руки пухонькі, білесенькі, і весь собі такий відкормлений, ситненький — з найвищої гори скотиться і нічо йому не буде. "Я уже, — каже, — п'ятнайцять літ у князя Чревоугодника за головного кухара, ціла сотня в мене послуга-чів, — от вони, придивіться...". Тут став показувати ріжні фотографії свої і передом, і задом, як то він поміж тими горшкомий-никами сущий полководець непобідимий. "В небі мені краще не буде, — хвалився жеребець. — Я там старший від єнерала".</w:t>
      </w:r>
    </w:p>
    <w:p>
      <w:r>
        <w:br/>
        <w:t>Тут цар раптом встав з лави, здійняв трембіту, приложив до уст, попробував раз, другий, чи добра, а далі як не затрубить собі так кріпко, як не раз в часі ловів, аж в вухах всім залящало.</w:t>
      </w:r>
    </w:p>
    <w:p>
      <w:r>
        <w:br/>
        <w:t>Всі ахнули, здивувалися.</w:t>
      </w:r>
    </w:p>
    <w:p>
      <w:r>
        <w:br/>
        <w:t>— Чередар, їй Богу, чередар громадський, — сказав один з найстарших мужиків у Гориславичах до всіх зібраних, а цареві повідає:</w:t>
      </w:r>
    </w:p>
    <w:p>
      <w:r>
        <w:br/>
        <w:t>— Чудесно, сватуненьку, трубиш, нема й що казати. Навіть моя сонлива Марта на такий трубний глас із першого сну прохопиться. От ми тому дві неділі похоронили громадського череда-ря, а на його місце годі найти намісника: ніхто не хоче пасти, всі в нас — пани-господарі. А ти, видно, до того годишся. От і хата, і торби, і трембіта — все майно, що по нім лишилося, — то твоє. З громади платня чередарська також несогірша, а до того ще й наші жінки не пожалують ні сиру, ні масла, ні інших харчів.</w:t>
      </w:r>
    </w:p>
    <w:p>
      <w:r>
        <w:br/>
        <w:t>Прийняв цар місце чередаря із вдячністю, надіючись, що коли-небудь доля над ним змилосердиться і він зі своєю коханою донечкою Анусею вернеться знову у свої царські чертоги.</w:t>
      </w:r>
    </w:p>
    <w:p>
      <w:r>
        <w:br/>
        <w:t>Але доля не змилостивилася: минав рік за роком, а він все з Анусею або зимою в чередарській хижі, або літом з чередою в полонинах. І допровадив свою пастирську проворність до того, що він йшов попереду череди, а за ним вівці, мов за отаманом військо.</w:t>
      </w:r>
    </w:p>
    <w:p>
      <w:r>
        <w:br/>
        <w:t>А наслідки цього були такі, що громадські щедроти не маліли, а з кожним днем збільшувалися.</w:t>
      </w:r>
    </w:p>
    <w:p>
      <w:r>
        <w:br/>
        <w:t>Ануся, колишня царівна, не забувала і постійно про те тямила, що її примхи перетворили на батькові царську багряницю в чередарські рубищі. Вона стала взірцевою, слухняною дитиною. Забула про лялечки, а взялася сама порядкувати у хижі та помагати батькові.</w:t>
      </w:r>
    </w:p>
    <w:p>
      <w:r>
        <w:br/>
        <w:t>Чимало літ минуло, чорна борода чередарова побіліла, а Ану-ся-царівна і зростом, і станом, і красою — на все село Горислави-чі. Та й робітниця з неї — під сонцем іншої такої не знайдеш: весь день суетиться при хазяйстві, увечері коло свого татунечка-царя падкує, мовби хотіла йому його страждання бодай частково нагородити своєю любов'ю.</w:t>
      </w:r>
    </w:p>
    <w:p>
      <w:r>
        <w:br/>
        <w:t>Чередарева Ануся у всіх на устах: молоді й старі пропадають за нею..</w:t>
      </w:r>
    </w:p>
    <w:p>
      <w:r>
        <w:br/>
        <w:t>Якось вона зустрілася з дивним молодиком на кладці, що була перекинута над бездонною прірвою, яку не кожен важився переходити. Ходили туди тільки сміливці, в тому числі й Ануся.</w:t>
      </w:r>
    </w:p>
    <w:p>
      <w:r>
        <w:br/>
        <w:t>От іде вона в полонину, сміливо ступає на кладку і на самій середині зустрічається з молоденьким панком, що мав усі груди в орденах. Давно, дуже давно не стрічалася Ануся з такими гарними молодцями. Постояли обоє хвильку, поглянули на себе — і молодик повідає:</w:t>
      </w:r>
    </w:p>
    <w:p>
      <w:r>
        <w:br/>
        <w:t>— Хто кому — з дороги, красна дівице?</w:t>
      </w:r>
    </w:p>
    <w:p>
      <w:r>
        <w:br/>
        <w:t>— Ніхто нікому, чесний господине! — відказує Ануся.</w:t>
      </w:r>
    </w:p>
    <w:p>
      <w:r>
        <w:br/>
        <w:t>І взяла хлопця за лікті, обернулася з ним на місці раз, а опісля зробила півколеса в ту саму сторону другий раз і пішла собі своєю дорогою, а молодця зоставила на кладці в найбільшім здивуванні.</w:t>
      </w:r>
    </w:p>
    <w:p>
      <w:r>
        <w:br/>
        <w:t>Коли царівна стала розказувати про свою пригоду на кладці татунечкові, то цар-чередар занепокоївся і спитав:</w:t>
      </w:r>
    </w:p>
    <w:p>
      <w:r>
        <w:br/>
        <w:t>— А хто кому з кладки вступився?</w:t>
      </w:r>
    </w:p>
    <w:p>
      <w:r>
        <w:br/>
        <w:t>— Ніхто нікому, — відповіла царівна і показала на батькові, як то вона на однім місці з парубком обернулася. А далі описала, як виглядав той парубок, як пишно був вбраний. — Самі золоті медалі мав на грудях, — закінчила з захопленням, — і довго стояв на однім місці та споглядав за мною.</w:t>
      </w:r>
    </w:p>
    <w:p>
      <w:r>
        <w:br/>
        <w:t>— А ти оглядалася?</w:t>
      </w:r>
    </w:p>
    <w:p>
      <w:r>
        <w:br/>
        <w:t>— Так.</w:t>
      </w:r>
    </w:p>
    <w:p>
      <w:r>
        <w:br/>
        <w:t>— Скільки разів?</w:t>
      </w:r>
    </w:p>
    <w:p>
      <w:r>
        <w:br/>
        <w:t>— Не тямлю.</w:t>
      </w:r>
    </w:p>
    <w:p>
      <w:r>
        <w:br/>
        <w:t>— В цьому, моя люба, я нічого злого не бачу, але не вадило би відповісти тому молодику так: "Богатирі, лицарі завжди вступаються слабшим. Тому я прошу не ходити більше до мене в полонину, краще йти прямою дорогою, куди всі люди ходять.</w:t>
      </w:r>
    </w:p>
    <w:p>
      <w:r>
        <w:br/>
        <w:t>3</w:t>
      </w:r>
    </w:p>
    <w:p>
      <w:r>
        <w:br/>
        <w:t>Зажурився цар-чередар тою зустріччю Анусі з молодиком на кладці. Стільки літ прожити у Гориславичах з тими людьми, аж раптом якась нечиста сила наднесла молодого гульвісу, а з ним і неспокій поселився в чередареву душу.</w:t>
      </w:r>
    </w:p>
    <w:p>
      <w:r>
        <w:br/>
        <w:t>Гадка ця постійно мучила його і вдень, і вночі. Та якби ж то знати, що се чоловік чесний, праведний!? А ну ж то бродяга, виряджений за пана, по лісах скитається. Так думає цар-чередар і тужно йому — так тужно, як ніколи дотепер за своєю донею. Всіляких способів уживав, щоби позбутися того неприємного почуття, але годі: постійно про одне і те саме гадає.</w:t>
      </w:r>
    </w:p>
    <w:p>
      <w:r>
        <w:br/>
        <w:t>От і тепер він в полонині з чередою, а гадки його при Ану-сі, все позирає на свою хату, все жде з нетерпінням тої щасливої хвилі, коли Ануся здалека на кичері з'явиться і стане його руками вітати, а потому, коли прибіжить до нього, стане пташечкою щебетати: "Видиш, я в пору завжди, ніколи ні на хвильку не припізнюся. З вітром до тебе гнала, ніг під собою не чула". Так думає цар-чередар, і забув на все, що круг нього жиє, радіє, торжествує: забув царство рослинне, що йому під ногами м'яким килимом стелиться, забув і на пташиний спів, нічого не бачить, не чує, все тільки дивиться в ту сторону, звідки його зіничка Ануся надбігає. Двічі вже здавалося йому, буцім вона не сама спішить до нього, а ще хтось товаришує їй, та коли уважніше придивився, то упевнився, що то йому ввижалося.</w:t>
      </w:r>
    </w:p>
    <w:p>
      <w:r>
        <w:br/>
        <w:t>Одного дня жде цар-чередар на свою доню Анусю в полонині і не може діждатися. Уже і сонечко давно перейшло той верх, коли вона, звичайно, приходила, уже і три другі верхи перейшло і на четвертий оперлося, а її все ще не видно.</w:t>
      </w:r>
    </w:p>
    <w:p>
      <w:r>
        <w:br/>
        <w:t>Занепокоївся цар-чередар, став зі своєю чередою спускатися в доли, ближче до своєї хижі наближатися, і то зі страхом-трепетом, став думати, може, що злого приключилося, а ту Ануся біжить до нього, обрадувана:</w:t>
      </w:r>
    </w:p>
    <w:p>
      <w:r>
        <w:br/>
        <w:t>— Прости, татунечку, що нині не могла до тебе вийти в полонину, бо хати нашої самої не могла я лишити. Гості в нас, такі рідкі гості, непригадані: сам цар сього краю зі своїми міністрами на нашім подвір'ю під вікнами гостяться, а сей молоденький з орденами, що колись стрівся зі мною на кладці, також з ними — то сам царевич. Всі вони на ловах в тих лісах. Під нашою хатою сподобали собі місце і спочивають. Я їх гощу.</w:t>
      </w:r>
    </w:p>
    <w:p>
      <w:r>
        <w:br/>
        <w:t>Так сказала Ануся, і не ждала навіть, що татуненько скаже, помчала стрілою до гостей.</w:t>
      </w:r>
    </w:p>
    <w:p>
      <w:r>
        <w:br/>
        <w:t>Підходить чередар ближче до хати і бачить на подвір'ї табір — цар з дружиною під його вікнами. На подвір'ї — стіл на-</w:t>
      </w:r>
    </w:p>
    <w:p>
      <w:r>
        <w:br/>
        <w:t>критий білою скатертиною, довкола стола — величність з міністрами. Ануся щось розповідає, а всі слухають. Пригадав собі цар свою колишню велич і не дивується, що Ануся його така жива, весела, яку її до сих пір ніколи не видів.</w:t>
      </w:r>
    </w:p>
    <w:p>
      <w:r>
        <w:br/>
        <w:t>"Поміж своїх попала, — думає, — не дурно якась нудьга мене кілька днів томила. Побачимо, що далі буде".</w:t>
      </w:r>
    </w:p>
    <w:p>
      <w:r>
        <w:br/>
        <w:t>Наразі нічого такого надзвичайного не сталося: були великі пани, погостилися і забралися невідомо куди.</w:t>
      </w:r>
    </w:p>
    <w:p>
      <w:r>
        <w:br/>
        <w:t>Але наступного дня з'явився міністр і говорить чередареві:</w:t>
      </w:r>
    </w:p>
    <w:p>
      <w:r>
        <w:br/>
        <w:t>— Цар благоволив зізволити на шлюб свого сина-царевича з твоєю дочкою.</w:t>
      </w:r>
    </w:p>
    <w:p>
      <w:r>
        <w:br/>
        <w:t>Та цар-чередар ані ціточки не втішився тою новиною, тільки без всяких красних слів питає просто з мосту:</w:t>
      </w:r>
    </w:p>
    <w:p>
      <w:r>
        <w:br/>
        <w:t>— А що ж він уміє?</w:t>
      </w:r>
    </w:p>
    <w:p>
      <w:r>
        <w:br/>
        <w:t>— Хто? — здивувався міністр, не здогадуючись, про що че-редарові йдеться.</w:t>
      </w:r>
    </w:p>
    <w:p>
      <w:r>
        <w:br/>
        <w:t>— Як то хто? А чей же мова про жениха, про царевича питаю.</w:t>
      </w:r>
    </w:p>
    <w:p>
      <w:r>
        <w:br/>
        <w:t>"Здурів чередар", — гадає міністр і розважає, як би ту його врозумити, напровадити на праву дорогу. І толкує, що царевич щойно народився, то відразу став спадкоємцем царського престолу, і що подібні бажання немудрі і не пасують до царської достойності.</w:t>
      </w:r>
    </w:p>
    <w:p>
      <w:r>
        <w:br/>
        <w:t>Цар-чередар не дав себе збити з пантелику міністерськими напучуваннями і відказав:</w:t>
      </w:r>
    </w:p>
    <w:p>
      <w:r>
        <w:br/>
        <w:t>— Того всього замало. Я знаю такого, що був не тільки спадкоємцем престолу, але й сам сидів на престолі і управляв великою державою, а опісля тяжко бідував тому, що не мав ніякого талану в руках.</w:t>
      </w:r>
    </w:p>
    <w:p>
      <w:r>
        <w:br/>
        <w:t>Побачив міністр, що зі старим чередарем нічого не ізвладає, розпрощався з ним про око чемно, а в душі бажав йому, щоби люципери з пекла до нього послами ходили. Вернувся до царя, звістив про невдачі свого посольства, а провину зложив на темноту і безтолковість чередарську.</w:t>
      </w:r>
    </w:p>
    <w:p>
      <w:r>
        <w:br/>
        <w:t>Цар однак інакше думав: "Дивак чередар зі своїми бажаннями, але по його боці також правда". Покликав до себе ца-</w:t>
      </w:r>
    </w:p>
    <w:p>
      <w:r>
        <w:br/>
        <w:t>Цар-Чередар</w:t>
      </w:r>
    </w:p>
    <w:p>
      <w:r>
        <w:br/>
        <w:t>ревича-сина і розповів, що його бажанням на перешкоді сам чередар.</w:t>
      </w:r>
    </w:p>
    <w:p>
      <w:r>
        <w:br/>
        <w:t>— Я виконав твою волю, зробив усе, що було в моїй владі, а далі сам собі зараджуй.</w:t>
      </w:r>
    </w:p>
    <w:p>
      <w:r>
        <w:br/>
        <w:t>Всміхнувся царевич:</w:t>
      </w:r>
    </w:p>
    <w:p>
      <w:r>
        <w:br/>
        <w:t>— Ті перешкоди я сам зумію побороти; чередарова умова мене не злякала. Я уже знайшов на се раду, щоби старого вдоволити.</w:t>
      </w:r>
    </w:p>
    <w:p>
      <w:r>
        <w:br/>
        <w:t>Так сказав царевич і, мабуть, за порадою Анусі пішов до старенького діда Івана Постольника, що виплітав чудесні личаки, і в нього навчився за короткий час того ремесла.</w:t>
      </w:r>
    </w:p>
    <w:p>
      <w:r>
        <w:br/>
        <w:t>Коли царевич зробив сам четверту пару личаків, Іван Постол ьник потер руки з утіхи:</w:t>
      </w:r>
    </w:p>
    <w:p>
      <w:r>
        <w:br/>
        <w:t>— Ваша княжа світлість уже самі можуть бути учителем. Відібрали мені ремесло і пожиток, пропала тепер моя доля в громаді.</w:t>
      </w:r>
    </w:p>
    <w:p>
      <w:r>
        <w:br/>
        <w:t>Взяв царевич ті чотири пари личаків і цілий оберемок лика, приніс до чередаря і зробив на його очах п'яту пару — велику, а з решти лика — шосту пару, маленьку, себто на ногу Анусі, і каже:</w:t>
      </w:r>
    </w:p>
    <w:p>
      <w:r>
        <w:br/>
        <w:t>— Взувайтеся і самі розсудіть, чи добрі. Можу забезпечити в це взуття цілу державу.</w:t>
      </w:r>
    </w:p>
    <w:p>
      <w:r>
        <w:br/>
        <w:t>Взув чередар личаки, пробує ходити — чудесно!</w:t>
      </w:r>
    </w:p>
    <w:p>
      <w:r>
        <w:br/>
        <w:t>— Знамениті, — каже. — У ремісника золота рука. Знав би я колись, будучи царем над царями, хоча би такі личаки виплітати, не потребував би за громадською чередою босими ногами на камінні спотикатися.</w:t>
      </w:r>
    </w:p>
    <w:p>
      <w:r>
        <w:br/>
        <w:t>Тут чередар відкрився, що він також був колись царем... Він погодився тепер на шлюб Анусі з царевичем.</w:t>
      </w:r>
    </w:p>
    <w:p>
      <w:r>
        <w:br/>
        <w:t>Радість була велика, і цар з міністрами радів дуже, що його сват — не чередар, а рівний йому цар. Він велів кораблями вивезти свого свата до його держави.</w:t>
      </w:r>
    </w:p>
    <w:p>
      <w:r>
        <w:br/>
        <w:t>А уже найбільше гордилися мужики в селі Гориславичах, що не тільки у них був чередарем цар, але й доня його в них виросла в чередарівці на їхню майбутню царицю.</w:t>
      </w:r>
    </w:p>
    <w:p>
      <w:r>
        <w:br/>
        <w:t>Борислав, 13/2. 1916.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Цар-Чередар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