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Троєкутний бій</w:t>
      </w:r>
    </w:p>
    <w:p>
      <w:r>
        <w:br/>
        <w:t xml:space="preserve"> &lt;p&gt;Ніч. Електричні ліхтарі, як парубки, моргають на молоді тополі, милуються, грають світлом на біло-зеленому листі...</w:t>
      </w:r>
    </w:p>
    <w:p>
      <w:r>
        <w:br/>
        <w:t>І сміються, переливаючись метеорами, зорі з безодні небесної...</w:t>
      </w:r>
    </w:p>
    <w:p>
      <w:r>
        <w:br/>
        <w:t>— 3-з-уй...— бба-х-х!..</w:t>
      </w:r>
    </w:p>
    <w:p>
      <w:r>
        <w:br/>
        <w:t>Над мільйонним сонним городом свище гарматне ядро: жахливий, пронизуючий свист. На вулицях тихо-тихо; десь недалеко горить, як свічка, маленька крамниця, вітер помалу підлизує своїми червоно-жовтими язиками іскри, крутить незадоволено полум’я по тонких балках і, як звір, важко дише і — перескакує до нової жертви — зеленого штахету...</w:t>
      </w:r>
    </w:p>
    <w:p>
      <w:r>
        <w:br/>
        <w:t>По радіо з першого на четвертий поверх пролунало:</w:t>
      </w:r>
    </w:p>
    <w:p>
      <w:r>
        <w:br/>
        <w:t>— Б’ють по вокзалу?!</w:t>
      </w:r>
    </w:p>
    <w:p>
      <w:r>
        <w:br/>
        <w:t>— Летять через нас! Через нас, чуєте?!</w:t>
      </w:r>
    </w:p>
    <w:p>
      <w:r>
        <w:br/>
        <w:t>— Краще кажіть, бо не чу... Де горить?..</w:t>
      </w:r>
    </w:p>
    <w:p>
      <w:r>
        <w:br/>
        <w:t>Настала невеличка тиша.</w:t>
      </w:r>
    </w:p>
    <w:p>
      <w:r>
        <w:br/>
        <w:t>І, сміючись, як молодість, покотились серед молочного туману ранку нервові звуки піаніно: рішучі, буйні, повстанчі...</w:t>
      </w:r>
    </w:p>
    <w:p>
      <w:r>
        <w:br/>
        <w:t>— До бою, сильні!</w:t>
      </w:r>
    </w:p>
    <w:p>
      <w:r>
        <w:br/>
        <w:t>— Назустріч смерті! — співає кожний акорд.</w:t>
      </w:r>
    </w:p>
    <w:p>
      <w:r>
        <w:br/>
        <w:t>...Востаннє гукнула гармата, а ядро прорізало туман ранку і розсипалось кульками-намистом на мокрих тротуарах.</w:t>
      </w:r>
    </w:p>
    <w:p>
      <w:r>
        <w:br/>
        <w:t>Коло сірого забору затанцювали довгою стрічкою тіні, прищулились, коли...</w:t>
      </w:r>
    </w:p>
    <w:p>
      <w:r>
        <w:br/>
        <w:t>— За-ля-ж!</w:t>
      </w:r>
    </w:p>
    <w:p>
      <w:r>
        <w:br/>
        <w:t>— Та-та-та...— зацокотів глухо "Maxim", кулі засвистіли по довгих мовчазних вулицях, цокнулись у кам’яні стіни домів і...</w:t>
      </w:r>
    </w:p>
    <w:p>
      <w:r>
        <w:br/>
        <w:t>Похмурий, жовтогарячий ранок... зустрів чубатих січовиків.</w:t>
      </w:r>
    </w:p>
    <w:p>
      <w:r>
        <w:br/>
        <w:t>Ранком прокинувся заляканий, трусливий двоногий звірок і — до центру города: біжить, штовхає, лізе в бите скло, а на обличчі в нього грає радість...</w:t>
      </w:r>
    </w:p>
    <w:p>
      <w:r>
        <w:br/>
        <w:t>О, він так любить політичні перевороти! Головне — тепле місце в господі нового пана: він — вічний міщанин.</w:t>
      </w:r>
    </w:p>
    <w:p>
      <w:r>
        <w:br/>
        <w:t>Поспішають ці двоногі хижачки до Хрещатого Яру, бо там... цілуються брати росіяни з українцями...</w:t>
      </w:r>
    </w:p>
    <w:p>
      <w:r>
        <w:br/>
        <w:t>— Слава, ура!..</w:t>
      </w:r>
    </w:p>
    <w:p>
      <w:r>
        <w:br/>
        <w:t>Посипались перед чорною, загорілою кіннотою білі троянди:</w:t>
      </w:r>
    </w:p>
    <w:p>
      <w:r>
        <w:br/>
        <w:t>— Нашим оборонцям! — ніжний, тендітний голос.</w:t>
      </w:r>
    </w:p>
    <w:p>
      <w:r>
        <w:br/>
        <w:t>— Ай-ла!</w:t>
      </w:r>
    </w:p>
    <w:p>
      <w:r>
        <w:br/>
        <w:t>Злякано шарахнувся на тротуар двоногий звір і — очі до неба:</w:t>
      </w:r>
    </w:p>
    <w:p>
      <w:r>
        <w:br/>
        <w:t>— Цок-цок-цок-цок-пах-пах!</w:t>
      </w:r>
    </w:p>
    <w:p>
      <w:r>
        <w:br/>
        <w:t>Низько літає аероплан і лякає зотлілу душу міщанина порожніми...</w:t>
      </w:r>
    </w:p>
    <w:p>
      <w:r>
        <w:br/>
        <w:t>— Ура-а-а, русскій флаг!</w:t>
      </w:r>
    </w:p>
    <w:p>
      <w:r>
        <w:br/>
        <w:t>Біжать, животи трясуться, підборідок корчиться в блаженно-радісну посмішку... Квітами, гіллячками засипають.</w:t>
      </w:r>
    </w:p>
    <w:p>
      <w:r>
        <w:br/>
        <w:t>— Ах, какая прєлєсть: офіцер, такой нєжний, молоденькій...</w:t>
      </w:r>
    </w:p>
    <w:p>
      <w:r>
        <w:br/>
        <w:t>Дві кирпаті дами пруться на шию і кричать: "Русскій флаг, добровольческая армія!"</w:t>
      </w:r>
    </w:p>
    <w:p>
      <w:r>
        <w:br/>
        <w:t>Кругом гудуть церковні дзвони, змішані з гамом цього свята панського, а...</w:t>
      </w:r>
    </w:p>
    <w:p>
      <w:r>
        <w:br/>
        <w:t>— "Аполло"[1] опять будет,— помніш, Манька, Анісімова,— Грозний, серйозний...</w:t>
      </w:r>
    </w:p>
    <w:p>
      <w:r>
        <w:br/>
        <w:t>— "Ще не вмерла..." Слава, слава!</w:t>
      </w:r>
    </w:p>
    <w:p>
      <w:r>
        <w:br/>
        <w:t>— Офіцер, Шурка, єслі мучіт, так і монєту гоніт...</w:t>
      </w:r>
    </w:p>
    <w:p>
      <w:r>
        <w:br/>
        <w:t>— Оні, знаєш, хорошєнькіх...</w:t>
      </w:r>
    </w:p>
    <w:p>
      <w:r>
        <w:br/>
        <w:t>Радісно-схвильовано шепнеться товар: покупці прибули!</w:t>
      </w:r>
    </w:p>
    <w:p>
      <w:r>
        <w:br/>
        <w:t>"Folie nuit" — одчинено: славний, пане-отамане, куточок, душа споч... ліворуч.</w:t>
      </w:r>
    </w:p>
    <w:p>
      <w:r>
        <w:br/>
        <w:t>Січовик вартує. Суворий, завзятий, з "крівавого фронту" — обличчя задумливе, посміхається, а брови... легко... з презирством до панської слинявої юрби — розходяться... Грає таємна посмішка.</w:t>
      </w:r>
    </w:p>
    <w:p>
      <w:r>
        <w:br/>
        <w:t>— Півтора місяця немає переміни білизни.</w:t>
      </w:r>
    </w:p>
    <w:p>
      <w:r>
        <w:br/>
        <w:t>— Розумієте, "панянки" починають ся турбувати!..</w:t>
      </w:r>
    </w:p>
    <w:p>
      <w:r>
        <w:br/>
        <w:t>І посміхнулась Зелена Буковина в подертій, пошматованій австрійській шинелі, сіреньких штанцях, картузику і чорній-чорній потлілій сорочці з "панянками"...</w:t>
      </w:r>
    </w:p>
    <w:p>
      <w:r>
        <w:br/>
        <w:t>Квітки сиплються, цим потлілим сорочкам трошки боязко:</w:t>
      </w:r>
    </w:p>
    <w:p>
      <w:r>
        <w:br/>
        <w:t>— Вони чужі, то й!..</w:t>
      </w:r>
    </w:p>
    <w:p>
      <w:r>
        <w:br/>
        <w:t>Ритмічним кроком іде офіцерська рота; блищать на сонці золоті погони, дзенькають шпори, а в такт шпорам дзенькає, грає панська душа, радіє...</w:t>
      </w:r>
    </w:p>
    <w:p>
      <w:r>
        <w:br/>
        <w:t>Золоті погони сліплять очі, радують виснажену душу і хвилюють-хвилюють дрібненькі почуття...</w:t>
      </w:r>
    </w:p>
    <w:p>
      <w:r>
        <w:br/>
        <w:t>— Лясь, лясь!</w:t>
      </w:r>
    </w:p>
    <w:p>
      <w:r>
        <w:br/>
        <w:t>Праворуч товста жандармська морда б’є якогось грішнонещасного чиновника:</w:t>
      </w:r>
    </w:p>
    <w:p>
      <w:r>
        <w:br/>
        <w:t>— Лєзєш, арестант!</w:t>
      </w:r>
    </w:p>
    <w:p>
      <w:r>
        <w:br/>
        <w:t>— Да здравствует Кієв — мать городов русскіх!</w:t>
      </w:r>
    </w:p>
    <w:p>
      <w:r>
        <w:br/>
        <w:t>— Долой жидов!</w:t>
      </w:r>
    </w:p>
    <w:p>
      <w:r>
        <w:br/>
        <w:t>Повіяв легенький вітер, і покотилося Хрещатим Яром зле, звірюче: "Жиди..."</w:t>
      </w:r>
    </w:p>
    <w:p>
      <w:r>
        <w:br/>
        <w:t>Йшла російська патріотична маніфестація.</w:t>
      </w:r>
    </w:p>
    <w:p>
      <w:r>
        <w:br/>
        <w:t>Попереду бігли з прапорцями якісь гімназиста, гостро розглядали юрбу і гукали: "Долой, долой!.."</w:t>
      </w:r>
    </w:p>
    <w:p>
      <w:r>
        <w:br/>
        <w:t>Загув, захвилювався Хрещатий Яр і сірими стінами покотив страсть юрби до дніпрових хвиль.</w:t>
      </w:r>
    </w:p>
    <w:p>
      <w:r>
        <w:br/>
        <w:t>Легко, безжурно ляскав хвилями Дніпро, прорізував старий нові напрямки, розмовляв з соромливою шилягою і — кожною хвилею — вперед, вперед...</w:t>
      </w:r>
    </w:p>
    <w:p>
      <w:r>
        <w:br/>
        <w:t>А сонце математично лило електрику на зубаті кам’яні городи, чорно-сиві степи... ой, хороше цілувало кучері Дніпра — хвилі...</w:t>
      </w:r>
    </w:p>
    <w:p>
      <w:r>
        <w:br/>
        <w:t>Одна людська маса безупинно боролась і ревла.</w:t>
      </w:r>
    </w:p>
    <w:p>
      <w:r>
        <w:br/>
        <w:t>На улиці шматок людського м’яса і дві невеличкі калюжі крові.</w:t>
      </w:r>
    </w:p>
    <w:p>
      <w:r>
        <w:br/>
        <w:t>— Кро-ком — руш!</w:t>
      </w:r>
    </w:p>
    <w:p>
      <w:r>
        <w:br/>
        <w:t>Хтось хапливо посковзнувся, а шматок м’яса, як стара підошва, притрушений сірим пилом улиці, одскочив в колію...</w:t>
      </w:r>
    </w:p>
    <w:p>
      <w:r>
        <w:br/>
        <w:t>— Долой українській флаг! Нємєцкая видумка!</w:t>
      </w:r>
    </w:p>
    <w:p>
      <w:r>
        <w:br/>
        <w:t>— Русская, добровольческая...</w:t>
      </w:r>
    </w:p>
    <w:p>
      <w:r>
        <w:br/>
        <w:t>— Царського прапора не треба!</w:t>
      </w:r>
    </w:p>
    <w:p>
      <w:r>
        <w:br/>
        <w:t>— Рви його! Чорна сотня...</w:t>
      </w:r>
    </w:p>
    <w:p>
      <w:r>
        <w:br/>
        <w:t>Лайка.</w:t>
      </w:r>
    </w:p>
    <w:p>
      <w:r>
        <w:br/>
        <w:t>В повітрі почали робити гімнастику волосаті руки.</w:t>
      </w:r>
    </w:p>
    <w:p>
      <w:r>
        <w:br/>
        <w:t>Буде бій.</w:t>
      </w:r>
    </w:p>
    <w:p>
      <w:r>
        <w:br/>
        <w:t>— Гей-ло! Прапор зняти! Ми бились за Україну... знять!..</w:t>
      </w:r>
    </w:p>
    <w:p>
      <w:r>
        <w:br/>
        <w:t>Клацнули затвори рушниць, і майнула патріотична юрба з майдану; тільки Зелена Буковина в сірій австрійській шинелі, як Христос на муках, заціпила рішуче рушницю до бою...</w:t>
      </w:r>
    </w:p>
    <w:p>
      <w:r>
        <w:br/>
        <w:t>— "Не пора, не пора",— хрипло затяг якийсь патріотичний голос, далі урвався...</w:t>
      </w:r>
    </w:p>
    <w:p>
      <w:r>
        <w:br/>
        <w:t>— Гр-грр...</w:t>
      </w:r>
    </w:p>
    <w:p>
      <w:r>
        <w:br/>
        <w:t>На майдані, за шматок людського тіла, притрушеного пилом і облитого червоною кров’ю, зчепились в боротьбі дві чорно-біластих собаки: лютих, голодних...</w:t>
      </w:r>
    </w:p>
    <w:p>
      <w:r>
        <w:br/>
        <w:t>Січовик прицілився: постріл — і все змішалось, затанцювало, завило...</w:t>
      </w:r>
    </w:p>
    <w:p>
      <w:r>
        <w:br/>
        <w:t>Десь прожогом пролетіла кавалерія...</w:t>
      </w:r>
    </w:p>
    <w:p>
      <w:r>
        <w:br/>
        <w:t>— По ескадро-ну!</w:t>
      </w:r>
    </w:p>
    <w:p>
      <w:r>
        <w:br/>
        <w:t>Жахливий крик. Тікають, давлять... коні стають дибки, а за обгорілим зеленим штахетом нервово цокотить кулемет — і строчить-строчить...</w:t>
      </w:r>
    </w:p>
    <w:p>
      <w:r>
        <w:br/>
        <w:t>— Зз-уй! — з вокзалу свище на залиті вечірнім сонцем бані Софії гарматне ядро...</w:t>
      </w:r>
    </w:p>
    <w:p>
      <w:r>
        <w:br/>
        <w:t>— Гу-ой-уй!</w:t>
      </w:r>
    </w:p>
    <w:p>
      <w:r>
        <w:br/>
        <w:t>Обмережалось над Печерськом небо червоно-сизим полум’ям, а шестидюймовий — назад і клюкнув носом в зелено-червоні огники семафора.</w:t>
      </w:r>
    </w:p>
    <w:p>
      <w:r>
        <w:br/>
        <w:t>Поважно, рішуче, як кобець, гукнула з-за Дніпра троєкутним боєм більшовицька артилерія: засміялась червоними поділками залізна птиця над жахом мільйонного города вічних міщан...</w:t>
      </w:r>
    </w:p>
    <w:p>
      <w:r>
        <w:br/>
        <w:t>— А-а?! 3-з-за Дніпра?..</w:t>
      </w:r>
    </w:p>
    <w:p>
      <w:r>
        <w:br/>
        <w:t>І застигла од жаху блаженно-радісна посмішка на обличчі панському, закам’яніла,— тільки підборідок кривий і досі трясеться й корчиться од несподіванки, як у божевільних...</w:t>
      </w:r>
    </w:p>
    <w:p>
      <w:r>
        <w:br/>
        <w:t>1921</w:t>
      </w:r>
    </w:p>
    <w:p>
      <w:r>
        <w:br/>
        <w:t>[1] Театр-вар’єте у дореволюційному Києві.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Троєкутний 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