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Трофеї</w:t>
      </w:r>
    </w:p>
    <w:p>
      <w:r>
        <w:br/>
        <w:t xml:space="preserve"> Жозе-Марі Ередіа&lt;br /&gt;</w:t>
        <w:br/>
        <w:t>Трофеї</w:t>
      </w:r>
    </w:p>
    <w:p>
      <w:r>
        <w:br/>
        <w:t>Перекладач: Микола Зеров&lt;br /&gt;</w:t>
        <w:br/>
        <w:t>Джерело: З книги: Микола Зеров. Твори в двох томах. К.: Дніпро, 1990</w:t>
      </w:r>
    </w:p>
    <w:p>
      <w:r>
        <w:br/>
        <w:t>Забуття</w:t>
      </w:r>
    </w:p>
    <w:p>
      <w:r>
        <w:br/>
        <w:t>В руїнах давній храм на гострому шпилі,&lt;br /&gt;</w:t>
        <w:br/>
        <w:t>Там незворушно сплять у мертвому спокої&lt;br /&gt;</w:t>
        <w:br/>
        <w:t>Богині з мармуру і бронзові герої,&lt;br /&gt;</w:t>
        <w:br/>
        <w:t>Що славу їх гучну поховано в землі.</w:t>
      </w:r>
    </w:p>
    <w:p>
      <w:r>
        <w:br/>
        <w:t>I тільки волопас там сходить на чолі&lt;br /&gt;</w:t>
        <w:br/>
        <w:t>Важкої череди в години водопою,&lt;br /&gt;</w:t>
        <w:br/>
        <w:t>I ріг його тоді дзвенить старовиною,&lt;br /&gt;</w:t>
        <w:br/>
        <w:t>I чорна тінь встає на лазурoвім тлі.</w:t>
      </w:r>
    </w:p>
    <w:p>
      <w:r>
        <w:br/>
        <w:t>Природа-мати там ласкава, многодарна,&lt;br /&gt;</w:t>
        <w:br/>
        <w:t>I кожної весни проречисто і марно&lt;br /&gt;</w:t>
        <w:br/>
        <w:t>Ростить новий акант на мармурі колон,</w:t>
      </w:r>
    </w:p>
    <w:p>
      <w:r>
        <w:br/>
        <w:t>I тільки людський рід, сліпий і легкодухий,&lt;br /&gt;</w:t>
        <w:br/>
        <w:t>Не чує хвиль нічних, що жалісно і глухо&lt;br /&gt;</w:t>
        <w:br/>
        <w:t>Повабливих сирен оплакують крізь сон.</w:t>
      </w:r>
    </w:p>
    <w:p>
      <w:r>
        <w:br/>
        <w:t>Присвятний напис</w:t>
      </w:r>
    </w:p>
    <w:p>
      <w:r>
        <w:br/>
        <w:t>Мій дар Ареєві, Незгоді та Війні.&lt;br /&gt;</w:t>
        <w:br/>
        <w:t>О друже добрий мій, допоможи старому&lt;br /&gt;</w:t>
        <w:br/>
        <w:t>Цей меч пощерблений, недобиток шолому&lt;br /&gt;</w:t>
        <w:br/>
        <w:t>І щит, мій добрий щит повісить на стіні.</w:t>
      </w:r>
    </w:p>
    <w:p>
      <w:r>
        <w:br/>
        <w:t>Візьми туди ж і лук. Ти б не повірив, ні —&lt;br /&gt;</w:t>
        <w:br/>
        <w:t>Що я коноплею по дереву твердому&lt;br /&gt;</w:t>
        <w:br/>
        <w:t>Його обмотував — він не дававсь нікому —&lt;br /&gt;</w:t>
        <w:br/>
        <w:t>I руки накладав на тятиву міцні.</w:t>
      </w:r>
    </w:p>
    <w:p>
      <w:r>
        <w:br/>
        <w:t>А от і сагайдак. Летючої, дзвінкої,&lt;br /&gt;</w:t>
        <w:br/>
        <w:t>Дарма стрілецької ти в нім шукаєш зброї&lt;br /&gt;</w:t>
        <w:br/>
        <w:t>Моїх досвідчених і прудкокрилих стріл:</w:t>
      </w:r>
    </w:p>
    <w:p>
      <w:r>
        <w:br/>
        <w:t>Я їх не розгубив. На службу нашій волі&lt;br /&gt;</w:t>
        <w:br/>
        <w:t>Я чесно їх віддав. У купах перських тіл&lt;br /&gt;</w:t>
        <w:br/>
        <w:t>Зосталися вони на Марафонськім полі.</w:t>
      </w:r>
    </w:p>
    <w:p>
      <w:r>
        <w:br/>
        <w:t>На Отрії</w:t>
      </w:r>
    </w:p>
    <w:p>
      <w:r>
        <w:br/>
        <w:t>Глянь: западає день, і вітер посвіжів,&lt;br /&gt;</w:t>
        <w:br/>
        <w:t>Не в'ються оводи уже над чередою,&lt;br /&gt;</w:t>
        <w:br/>
        <w:t>I тіні довшають. Побудь, побудь зо мною,&lt;br /&gt;</w:t>
        <w:br/>
        <w:t>Сердечний гостю мій, посланниче богів!</w:t>
      </w:r>
    </w:p>
    <w:p>
      <w:r>
        <w:br/>
        <w:t>За кухлем молока з гірських моїх грунтів&lt;br /&gt;</w:t>
        <w:br/>
        <w:t>Там, за вершиною Тіфреста сніговою,&lt;br /&gt;</w:t>
        <w:br/>
        <w:t>Ген-ген побачиш ти Олімп перед собою,&lt;br /&gt;</w:t>
        <w:br/>
        <w:t>Красу темпейських лук і пієрійських нив.</w:t>
      </w:r>
    </w:p>
    <w:p>
      <w:r>
        <w:br/>
        <w:t>А там Евбея спить на лоні хвиль безмовних&lt;br /&gt;</w:t>
        <w:br/>
        <w:t>I Ета, де Геракл, конаючи, воздвиг&lt;br /&gt;</w:t>
        <w:br/>
        <w:t>Останнє огнище і перший свій жертовник.</w:t>
      </w:r>
    </w:p>
    <w:p>
      <w:r>
        <w:br/>
        <w:t>А там ясний Парнас і непорочний сніг,&lt;br /&gt;</w:t>
        <w:br/>
        <w:t>Де громовий Пегас, збудившись із зорею,&lt;br /&gt;</w:t>
        <w:br/>
        <w:t>В свій несмертельний льот рушає над землею</w:t>
      </w:r>
    </w:p>
    <w:p>
      <w:r>
        <w:br/>
        <w:t>Горам божественним</w:t>
      </w:r>
    </w:p>
    <w:p>
      <w:r>
        <w:br/>
        <w:t>Ви, сині льодовці, гранітні верховини,&lt;br /&gt;</w:t>
        <w:br/>
        <w:t>Уламки гострих скель, ви, подуви вітрів&lt;br /&gt;</w:t>
        <w:br/>
        <w:t>Над морем золотим розложистих ланів,&lt;br /&gt;</w:t>
        <w:br/>
        <w:t>Провалля і ліси, де спочивають тіні;</w:t>
      </w:r>
    </w:p>
    <w:p>
      <w:r>
        <w:br/>
        <w:t>Печери темряві, непривітні долини,&lt;br /&gt;</w:t>
        <w:br/>
        <w:t>Де непокірливі вигнанці давніх днів&lt;br /&gt;</w:t>
        <w:br/>
        <w:t>Воліли наслухать до клекоту орлів,-&lt;br /&gt;</w:t>
        <w:br/>
        <w:t>Благословення вам од рабської родини!</w:t>
      </w:r>
    </w:p>
    <w:p>
      <w:r>
        <w:br/>
        <w:t>Утікши від тюрми і міста клятих стін,&lt;br /&gt;</w:t>
        <w:br/>
        <w:t>Цю стеллу і олтар поставив раб Гемін&lt;br /&gt;</w:t>
        <w:br/>
        <w:t>Вам, гори, сторожі незайманої волі.</w:t>
      </w:r>
    </w:p>
    <w:p>
      <w:r>
        <w:br/>
        <w:t>На вас, ясні шпилі, що мовчите весь вік,&lt;br /&gt;</w:t>
        <w:br/>
        <w:t>В повітрі чистому, яким не дишуть долі,&lt;br /&gt;</w:t>
        <w:br/>
        <w:t>Людини вольної лунає вольний крик.</w:t>
      </w:r>
    </w:p>
    <w:p>
      <w:r>
        <w:br/>
        <w:t>Завойовники</w:t>
      </w:r>
    </w:p>
    <w:p>
      <w:r>
        <w:br/>
        <w:t>Мов зграю сторожких над падлом шуляків,&lt;br /&gt;</w:t>
        <w:br/>
        <w:t>Яким докучили біда і безнадія,-&lt;br /&gt;</w:t>
        <w:br/>
        <w:t>З Палoса рідного так поривала мрія&lt;br /&gt;</w:t>
        <w:br/>
        <w:t>Неситих, сміливих і хижих моряків.</w:t>
      </w:r>
    </w:p>
    <w:p>
      <w:r>
        <w:br/>
        <w:t>Їх вабили скарби далеких берегів,&lt;br /&gt;</w:t>
        <w:br/>
        <w:t>Де щире золото в підземних жилах спіє,&lt;br /&gt;</w:t>
        <w:br/>
        <w:t>I під пасатами їх щогли віковії&lt;br /&gt;</w:t>
        <w:br/>
        <w:t>Хилились наперед до західних світів.</w:t>
      </w:r>
    </w:p>
    <w:p>
      <w:r>
        <w:br/>
        <w:t>В чеканні славних діл і вчинків героїчних&lt;br /&gt;</w:t>
        <w:br/>
        <w:t>Фосфорно-осяйна блакить морів тропічних&lt;br /&gt;</w:t>
        <w:br/>
        <w:t>Злотистим маревом вінчала їхні сни;</w:t>
      </w:r>
    </w:p>
    <w:p>
      <w:r>
        <w:br/>
        <w:t>Або, схилившися над хвилі неозорі,&lt;br /&gt;</w:t>
        <w:br/>
        <w:t>Із білих каравел дивилися вони,&lt;br /&gt;</w:t>
        <w:br/>
        <w:t>Як від незнаних вод незнані сходять зорі.</w:t>
      </w:r>
    </w:p>
    <w:p>
      <w:r>
        <w:br/>
        <w:t>Джерело юності</w:t>
      </w:r>
    </w:p>
    <w:p>
      <w:r>
        <w:br/>
        <w:t>Хуан Понс де Леон, піддавшись сатані,&lt;br /&gt;</w:t>
        <w:br/>
        <w:t>Знеможений, старий і від наук похилий,&lt;br /&gt;</w:t>
        <w:br/>
        <w:t>Як кучері йому посохли й побіліли,&lt;br /&gt;</w:t>
        <w:br/>
        <w:t>По води юності подався чарівні.</w:t>
      </w:r>
    </w:p>
    <w:p>
      <w:r>
        <w:br/>
        <w:t>Солону шир морів в жадобі й марнім сні&lt;br /&gt;</w:t>
        <w:br/>
        <w:t>Три роки пінив він і напинав вітрила,&lt;br /&gt;</w:t>
        <w:br/>
        <w:t>Аж поки крізь туман бермудський поріділий&lt;br /&gt;</w:t>
        <w:br/>
        <w:t>Флоріда процвіла в морській далечині.</w:t>
      </w:r>
    </w:p>
    <w:p>
      <w:r>
        <w:br/>
        <w:t>I тут, конкістадор, безумний і упертий,&lt;br /&gt;</w:t>
        <w:br/>
        <w:t>В землі незнаній ти, на власнім ложі смерті,&lt;br /&gt;</w:t>
        <w:br/>
        <w:t>Рукою кволою поставив прапор свій.</w:t>
      </w:r>
    </w:p>
    <w:p>
      <w:r>
        <w:br/>
        <w:t>Старий! Ти щастя знав, і смерть, така ласкава,&lt;br /&gt;</w:t>
        <w:br/>
        <w:t>Не доторкнулася твоїх зухвалих мрій,&lt;br /&gt;</w:t>
        <w:br/>
        <w:t>I юністю навік тебе окрила слава.</w:t>
      </w:r>
    </w:p>
    <w:p>
      <w:r>
        <w:br/>
        <w:t>Вицвіт огню</w:t>
      </w:r>
    </w:p>
    <w:p>
      <w:r>
        <w:br/>
        <w:t>Безріччя хаосу і довгий ряд віків&lt;br /&gt;</w:t>
        <w:br/>
        <w:t>Вулкан метав огнем на цю гірську терасу&lt;br /&gt;</w:t>
        <w:br/>
        <w:t>I понад сніжними верхами Чімборасо&lt;br /&gt;</w:t>
        <w:br/>
        <w:t>Кривавим проростом у небі червонів.</w:t>
      </w:r>
    </w:p>
    <w:p>
      <w:r>
        <w:br/>
        <w:t>А нині все мовчить. Вже ні сірчаних злив,&lt;br /&gt;</w:t>
        <w:br/>
        <w:t>Ні попелу нема з прапрадідного часу,&lt;br /&gt;</w:t>
        <w:br/>
        <w:t>А лава, кров землі, застигла в темну масу,&lt;br /&gt;</w:t>
        <w:br/>
        <w:t>Шпилі усталились і гуркіт занімів.</w:t>
      </w:r>
    </w:p>
    <w:p>
      <w:r>
        <w:br/>
        <w:t>Лиш на останній крик вгамованого бунту&lt;br /&gt;</w:t>
        <w:br/>
        <w:t>У зморшках страдницьких спотвореного грунту,&lt;br /&gt;</w:t>
        <w:br/>
        <w:t>Край вивітрених скель, де чорне спить жерлo,</w:t>
      </w:r>
    </w:p>
    <w:p>
      <w:r>
        <w:br/>
        <w:t>Мов вибух громовий у тиші урочистій,&lt;br /&gt;</w:t>
        <w:br/>
        <w:t>Злітає кактуса легке струнке стебло&lt;br /&gt;</w:t>
        <w:br/>
        <w:t>I розкриває враз свій цвіт полуменистий</w:t>
      </w:r>
    </w:p>
    <w:p>
      <w:r>
        <w:br/>
        <w:t>Треббія</w:t>
      </w:r>
    </w:p>
    <w:p>
      <w:r>
        <w:br/>
        <w:t>Зоря страшного дня поймає верховини;&lt;br /&gt;</w:t>
        <w:br/>
        <w:t>Все прокидається; в розбурханій ріці&lt;br /&gt;</w:t>
        <w:br/>
        <w:t>На водопої вже нумідські верхівці,&lt;br /&gt;</w:t>
        <w:br/>
        <w:t>I поклик сурмачів зловісним зойком лине.</w:t>
      </w:r>
    </w:p>
    <w:p>
      <w:r>
        <w:br/>
        <w:t>Даремно Треббія несамовито рине;&lt;br /&gt;</w:t>
        <w:br/>
        <w:t>Перечить Сціпіон, відраджують жерці,&lt;br /&gt;</w:t>
        <w:br/>
        <w:t>I б'є холодний дощ. "Вложити топірці!" —&lt;br /&gt;</w:t>
        <w:br/>
        <w:t>Семпроніїв наказ триває без одміни.</w:t>
      </w:r>
    </w:p>
    <w:p>
      <w:r>
        <w:br/>
        <w:t>В небесній заграві, міняючись щомить,&lt;br /&gt;</w:t>
        <w:br/>
        <w:t>Інсубрів селище на обрії горить,&lt;br /&gt;</w:t>
        <w:br/>
        <w:t>I чути рик слона з навітряного краю.</w:t>
      </w:r>
    </w:p>
    <w:p>
      <w:r>
        <w:br/>
        <w:t>А хижий Ганнібал добувся до застав&lt;br /&gt;</w:t>
        <w:br/>
        <w:t>I потай з-під моста уважно наслухає&lt;br /&gt;</w:t>
        <w:br/>
        <w:t>До тупоту когорт і легкокінних лав.</w:t>
      </w:r>
    </w:p>
    <w:p>
      <w:r>
        <w:br/>
        <w:t>Луперк</w:t>
      </w:r>
    </w:p>
    <w:p>
      <w:r>
        <w:br/>
        <w:t>М. Валерій Марціал, кн. I, епігр 117</w:t>
      </w:r>
    </w:p>
    <w:p>
      <w:r>
        <w:br/>
        <w:t>Луперк ще здалека кричить: "Поете мій,&lt;br /&gt;</w:t>
        <w:br/>
        <w:t>Твій збірник епіграм — то ж золота латина;&lt;br /&gt;</w:t>
        <w:br/>
        <w:t>Для мене він, божусь, є насолод вершина...&lt;br /&gt;</w:t>
        <w:br/>
        <w:t>Я завтра шлю слугу — позич мені сувій!"</w:t>
      </w:r>
    </w:p>
    <w:p>
      <w:r>
        <w:br/>
        <w:t>"Ні, ні! Твій раб старий, кульгавий і сліпий,&lt;br /&gt;</w:t>
        <w:br/>
        <w:t>А сходи в нас круті, і дім у нас — руїна&lt;br /&gt;</w:t>
        <w:br/>
        <w:t>Ти ж мешкаєш, я чув на спаді Палатіна,&lt;br /&gt;</w:t>
        <w:br/>
        <w:t>Атрект, мій видавець, либонь, сусіда твій</w:t>
      </w:r>
    </w:p>
    <w:p>
      <w:r>
        <w:br/>
        <w:t>Всім пропонує там його книгарня щедра&lt;br /&gt;</w:t>
        <w:br/>
        <w:t>Флакка, Вергілія, Теренція і Федра —&lt;br /&gt;</w:t>
        <w:br/>
        <w:t>Померлих і живих довічні імена.</w:t>
      </w:r>
    </w:p>
    <w:p>
      <w:r>
        <w:br/>
        <w:t>Там, тертий пемзою, до продажу готовий&lt;br /&gt;</w:t>
        <w:br/>
        <w:t>За п'ять динаріїв — така йому ціна —&lt;br /&gt;</w:t>
        <w:br/>
        <w:t>Стоїть і Марціал в одежі пурпуровій".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Трофеї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